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10080"/>
      </w:tblGrid>
      <w:tr w:rsidR="00DB1F65" w:rsidRPr="00423058" w14:paraId="7B75AEB9" w14:textId="77777777">
        <w:trPr>
          <w:jc w:val="center"/>
        </w:trPr>
        <w:tc>
          <w:tcPr>
            <w:tcW w:w="10080" w:type="dxa"/>
            <w:shd w:val="clear" w:color="auto" w:fill="315BA5"/>
            <w:vAlign w:val="center"/>
          </w:tcPr>
          <w:p w14:paraId="45B99428" w14:textId="77777777" w:rsidR="00DB1F65" w:rsidRPr="001C64D6" w:rsidRDefault="00C97A70" w:rsidP="009C69E3">
            <w:pPr>
              <w:spacing w:after="0" w:line="240" w:lineRule="auto"/>
              <w:jc w:val="center"/>
              <w:rPr>
                <w:lang w:val="fr-FR"/>
              </w:rPr>
            </w:pPr>
            <w:r w:rsidRPr="001C64D6">
              <w:rPr>
                <w:b/>
                <w:color w:val="FFFFFF"/>
                <w:sz w:val="32"/>
                <w:lang w:val="fr-FR"/>
              </w:rPr>
              <w:t>FICHE DE POSTE N° 3 – ASSISTANT(E) EN COMMUNICATION</w:t>
            </w:r>
          </w:p>
        </w:tc>
      </w:tr>
    </w:tbl>
    <w:p w14:paraId="6CBCFA7F" w14:textId="77777777" w:rsidR="00DB1F65" w:rsidRPr="001C64D6" w:rsidRDefault="00C97A70" w:rsidP="009C69E3">
      <w:pPr>
        <w:spacing w:after="0" w:line="240" w:lineRule="auto"/>
        <w:jc w:val="center"/>
        <w:rPr>
          <w:lang w:val="fr-FR"/>
        </w:rPr>
      </w:pPr>
      <w:r w:rsidRPr="001C64D6">
        <w:rPr>
          <w:i/>
          <w:color w:val="ED6615"/>
          <w:lang w:val="fr-FR"/>
        </w:rPr>
        <w:t>Communication institutionnelle, digitale, événementielle et valorisation des résultats du programme</w:t>
      </w:r>
    </w:p>
    <w:tbl>
      <w:tblPr>
        <w:tblW w:w="0" w:type="auto"/>
        <w:jc w:val="center"/>
        <w:tblLayout w:type="fixed"/>
        <w:tblLook w:val="04A0" w:firstRow="1" w:lastRow="0" w:firstColumn="1" w:lastColumn="0" w:noHBand="0" w:noVBand="1"/>
      </w:tblPr>
      <w:tblGrid>
        <w:gridCol w:w="2664"/>
        <w:gridCol w:w="6696"/>
      </w:tblGrid>
      <w:tr w:rsidR="00DB1F65" w:rsidRPr="00423058" w14:paraId="26DA986C"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28E2CDC1" w14:textId="77777777" w:rsidR="00DB1F65" w:rsidRDefault="00C97A70" w:rsidP="009C69E3">
            <w:pPr>
              <w:spacing w:after="0" w:line="240" w:lineRule="auto"/>
            </w:pPr>
            <w:r>
              <w:rPr>
                <w:b/>
                <w:color w:val="315BA5"/>
                <w:sz w:val="19"/>
              </w:rPr>
              <w:t>Structure</w:t>
            </w:r>
          </w:p>
        </w:tc>
        <w:tc>
          <w:tcPr>
            <w:tcW w:w="6696" w:type="dxa"/>
            <w:tcBorders>
              <w:top w:val="single" w:sz="3" w:space="0" w:color="D9E2E8"/>
              <w:left w:val="single" w:sz="3" w:space="0" w:color="D9E2E8"/>
              <w:bottom w:val="single" w:sz="3" w:space="0" w:color="D9E2E8"/>
              <w:right w:val="single" w:sz="3" w:space="0" w:color="D9E2E8"/>
            </w:tcBorders>
            <w:vAlign w:val="center"/>
          </w:tcPr>
          <w:p w14:paraId="1FFC2315" w14:textId="77777777" w:rsidR="00DB1F65" w:rsidRPr="001C64D6" w:rsidRDefault="00C97A70" w:rsidP="009C69E3">
            <w:pPr>
              <w:spacing w:after="0" w:line="240" w:lineRule="auto"/>
              <w:rPr>
                <w:lang w:val="fr-FR"/>
              </w:rPr>
            </w:pPr>
            <w:r w:rsidRPr="001C64D6">
              <w:rPr>
                <w:sz w:val="19"/>
                <w:lang w:val="fr-FR"/>
              </w:rPr>
              <w:t>Réseau Togolais de l’Évaluation (RéTEva)</w:t>
            </w:r>
          </w:p>
        </w:tc>
      </w:tr>
      <w:tr w:rsidR="00DB1F65" w:rsidRPr="00423058" w14:paraId="515EEAA2"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2B163F20" w14:textId="77777777" w:rsidR="00DB1F65" w:rsidRDefault="00C97A70" w:rsidP="009C69E3">
            <w:pPr>
              <w:spacing w:after="0" w:line="240" w:lineRule="auto"/>
            </w:pPr>
            <w:r>
              <w:rPr>
                <w:b/>
                <w:color w:val="315BA5"/>
                <w:sz w:val="19"/>
              </w:rPr>
              <w:t>Programme</w:t>
            </w:r>
          </w:p>
        </w:tc>
        <w:tc>
          <w:tcPr>
            <w:tcW w:w="6696" w:type="dxa"/>
            <w:tcBorders>
              <w:top w:val="single" w:sz="3" w:space="0" w:color="D9E2E8"/>
              <w:left w:val="single" w:sz="3" w:space="0" w:color="D9E2E8"/>
              <w:bottom w:val="single" w:sz="3" w:space="0" w:color="D9E2E8"/>
              <w:right w:val="single" w:sz="3" w:space="0" w:color="D9E2E8"/>
            </w:tcBorders>
            <w:vAlign w:val="center"/>
          </w:tcPr>
          <w:p w14:paraId="0F808AF1" w14:textId="5861ADEB" w:rsidR="00DB1F65" w:rsidRPr="001C64D6" w:rsidRDefault="00C97A70" w:rsidP="009C69E3">
            <w:pPr>
              <w:spacing w:after="0" w:line="240" w:lineRule="auto"/>
              <w:rPr>
                <w:lang w:val="fr-FR"/>
              </w:rPr>
            </w:pPr>
            <w:r w:rsidRPr="001C64D6">
              <w:rPr>
                <w:sz w:val="19"/>
                <w:lang w:val="fr-FR"/>
              </w:rPr>
              <w:t xml:space="preserve">Programme mis en œuvre </w:t>
            </w:r>
          </w:p>
        </w:tc>
      </w:tr>
      <w:tr w:rsidR="00DB1F65" w:rsidRPr="00423058" w14:paraId="4C475C07"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415C33B3" w14:textId="77777777" w:rsidR="00DB1F65" w:rsidRDefault="00C97A70" w:rsidP="009C69E3">
            <w:pPr>
              <w:spacing w:after="0" w:line="240" w:lineRule="auto"/>
            </w:pPr>
            <w:r>
              <w:rPr>
                <w:b/>
                <w:color w:val="315BA5"/>
                <w:sz w:val="19"/>
              </w:rPr>
              <w:t>Lieu</w:t>
            </w:r>
          </w:p>
        </w:tc>
        <w:tc>
          <w:tcPr>
            <w:tcW w:w="6696" w:type="dxa"/>
            <w:tcBorders>
              <w:top w:val="single" w:sz="3" w:space="0" w:color="D9E2E8"/>
              <w:left w:val="single" w:sz="3" w:space="0" w:color="D9E2E8"/>
              <w:bottom w:val="single" w:sz="3" w:space="0" w:color="D9E2E8"/>
              <w:right w:val="single" w:sz="3" w:space="0" w:color="D9E2E8"/>
            </w:tcBorders>
            <w:vAlign w:val="center"/>
          </w:tcPr>
          <w:p w14:paraId="0938349F" w14:textId="77777777" w:rsidR="00DB1F65" w:rsidRPr="001C64D6" w:rsidRDefault="00C97A70" w:rsidP="009C69E3">
            <w:pPr>
              <w:spacing w:after="0" w:line="240" w:lineRule="auto"/>
              <w:rPr>
                <w:lang w:val="fr-FR"/>
              </w:rPr>
            </w:pPr>
            <w:r w:rsidRPr="001C64D6">
              <w:rPr>
                <w:sz w:val="19"/>
                <w:lang w:val="fr-FR"/>
              </w:rPr>
              <w:t>Lomé, avec déplacements selon les activités</w:t>
            </w:r>
          </w:p>
        </w:tc>
      </w:tr>
      <w:tr w:rsidR="00DB1F65" w:rsidRPr="00423058" w14:paraId="411D62A1"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68A24F15" w14:textId="77777777" w:rsidR="00DB1F65" w:rsidRDefault="00C97A70" w:rsidP="009C69E3">
            <w:pPr>
              <w:spacing w:after="0" w:line="240" w:lineRule="auto"/>
            </w:pPr>
            <w:r>
              <w:rPr>
                <w:b/>
                <w:color w:val="315BA5"/>
                <w:sz w:val="19"/>
              </w:rPr>
              <w:t>Supervision</w:t>
            </w:r>
          </w:p>
        </w:tc>
        <w:tc>
          <w:tcPr>
            <w:tcW w:w="6696" w:type="dxa"/>
            <w:tcBorders>
              <w:top w:val="single" w:sz="3" w:space="0" w:color="D9E2E8"/>
              <w:left w:val="single" w:sz="3" w:space="0" w:color="D9E2E8"/>
              <w:bottom w:val="single" w:sz="3" w:space="0" w:color="D9E2E8"/>
              <w:right w:val="single" w:sz="3" w:space="0" w:color="D9E2E8"/>
            </w:tcBorders>
            <w:vAlign w:val="center"/>
          </w:tcPr>
          <w:p w14:paraId="35C0D0F7" w14:textId="77777777" w:rsidR="00DB1F65" w:rsidRPr="001C64D6" w:rsidRDefault="00C97A70" w:rsidP="009C69E3">
            <w:pPr>
              <w:spacing w:after="0" w:line="240" w:lineRule="auto"/>
              <w:rPr>
                <w:lang w:val="fr-FR"/>
              </w:rPr>
            </w:pPr>
            <w:r w:rsidRPr="001C64D6">
              <w:rPr>
                <w:sz w:val="19"/>
                <w:lang w:val="fr-FR"/>
              </w:rPr>
              <w:t>Coordination / responsable de programme ou communication désigné(e) par le RéTEva</w:t>
            </w:r>
          </w:p>
        </w:tc>
      </w:tr>
      <w:tr w:rsidR="00DB1F65" w:rsidRPr="00423058" w14:paraId="5F2AB1D9" w14:textId="77777777">
        <w:trPr>
          <w:jc w:val="center"/>
        </w:trPr>
        <w:tc>
          <w:tcPr>
            <w:tcW w:w="2664" w:type="dxa"/>
            <w:tcBorders>
              <w:top w:val="single" w:sz="3" w:space="0" w:color="D9E2E8"/>
              <w:left w:val="single" w:sz="3" w:space="0" w:color="D9E2E8"/>
              <w:bottom w:val="single" w:sz="3" w:space="0" w:color="D9E2E8"/>
              <w:right w:val="single" w:sz="3" w:space="0" w:color="D9E2E8"/>
            </w:tcBorders>
            <w:shd w:val="clear" w:color="auto" w:fill="EAF2F7"/>
            <w:vAlign w:val="center"/>
          </w:tcPr>
          <w:p w14:paraId="1F5D9E98" w14:textId="77777777" w:rsidR="00DB1F65" w:rsidRDefault="00C97A70" w:rsidP="009C69E3">
            <w:pPr>
              <w:spacing w:after="0" w:line="240" w:lineRule="auto"/>
            </w:pPr>
            <w:r>
              <w:rPr>
                <w:b/>
                <w:color w:val="315BA5"/>
                <w:sz w:val="19"/>
              </w:rPr>
              <w:t>Relations de travail</w:t>
            </w:r>
          </w:p>
        </w:tc>
        <w:tc>
          <w:tcPr>
            <w:tcW w:w="6696" w:type="dxa"/>
            <w:tcBorders>
              <w:top w:val="single" w:sz="3" w:space="0" w:color="D9E2E8"/>
              <w:left w:val="single" w:sz="3" w:space="0" w:color="D9E2E8"/>
              <w:bottom w:val="single" w:sz="3" w:space="0" w:color="D9E2E8"/>
              <w:right w:val="single" w:sz="3" w:space="0" w:color="D9E2E8"/>
            </w:tcBorders>
            <w:vAlign w:val="center"/>
          </w:tcPr>
          <w:p w14:paraId="6599FA78" w14:textId="286C28B0" w:rsidR="00DB1F65" w:rsidRPr="001C64D6" w:rsidRDefault="00C97A70" w:rsidP="009C69E3">
            <w:pPr>
              <w:spacing w:after="0" w:line="240" w:lineRule="auto"/>
              <w:rPr>
                <w:lang w:val="fr-FR"/>
              </w:rPr>
            </w:pPr>
            <w:r w:rsidRPr="001C64D6">
              <w:rPr>
                <w:sz w:val="19"/>
                <w:lang w:val="fr-FR"/>
              </w:rPr>
              <w:t>Équipe RéTEva, partenaires, médias, prestataires, participants et bénéficiaires</w:t>
            </w:r>
          </w:p>
        </w:tc>
      </w:tr>
    </w:tbl>
    <w:p w14:paraId="03F5AD06" w14:textId="77777777" w:rsidR="00DB1F65" w:rsidRPr="001C64D6" w:rsidRDefault="00DB1F65" w:rsidP="009C69E3">
      <w:pPr>
        <w:spacing w:after="0" w:line="240" w:lineRule="auto"/>
        <w:rPr>
          <w:lang w:val="fr-FR"/>
        </w:rPr>
      </w:pPr>
    </w:p>
    <w:p w14:paraId="02FB74D5" w14:textId="77777777" w:rsidR="00DB1F65" w:rsidRPr="001C64D6" w:rsidRDefault="00C97A70" w:rsidP="009C69E3">
      <w:pPr>
        <w:keepNext/>
        <w:spacing w:after="0" w:line="240" w:lineRule="auto"/>
        <w:rPr>
          <w:lang w:val="fr-FR"/>
        </w:rPr>
      </w:pPr>
      <w:r w:rsidRPr="001C64D6">
        <w:rPr>
          <w:b/>
          <w:color w:val="315BA5"/>
          <w:sz w:val="23"/>
          <w:lang w:val="fr-FR"/>
        </w:rPr>
        <w:t>1. FINALITÉ DU POSTE</w:t>
      </w:r>
    </w:p>
    <w:p w14:paraId="03BDC4F5" w14:textId="77777777" w:rsidR="00DB1F65" w:rsidRPr="001C64D6" w:rsidRDefault="00C97A70" w:rsidP="009C69E3">
      <w:pPr>
        <w:spacing w:after="0" w:line="240" w:lineRule="auto"/>
        <w:rPr>
          <w:lang w:val="fr-FR"/>
        </w:rPr>
      </w:pPr>
      <w:r w:rsidRPr="001C64D6">
        <w:rPr>
          <w:lang w:val="fr-FR"/>
        </w:rPr>
        <w:t>L’Assistant(e) en communication contribue à la visibilité professionnelle du programme et à la valorisation de ses activités, résultats et connaissances. Il/elle produit des contenus accessibles, fiables et cohérents, dans le respect des validations, de l’identité institutionnelle, de la dignité des bénéficiaires et des exigences de sauvegarde.</w:t>
      </w:r>
    </w:p>
    <w:p w14:paraId="2239999D" w14:textId="77777777" w:rsidR="00DB1F65" w:rsidRDefault="00C97A70" w:rsidP="009C69E3">
      <w:pPr>
        <w:keepNext/>
        <w:spacing w:after="0" w:line="240" w:lineRule="auto"/>
      </w:pPr>
      <w:r>
        <w:rPr>
          <w:b/>
          <w:color w:val="315BA5"/>
          <w:sz w:val="23"/>
        </w:rPr>
        <w:t>2. RESPONSABILITÉS PRINCIPALES</w:t>
      </w:r>
    </w:p>
    <w:p w14:paraId="16C6E5C2" w14:textId="77777777" w:rsidR="00DB1F65" w:rsidRDefault="00C97A70" w:rsidP="009C69E3">
      <w:pPr>
        <w:keepNext/>
        <w:spacing w:after="0" w:line="240" w:lineRule="auto"/>
      </w:pPr>
      <w:r>
        <w:rPr>
          <w:b/>
          <w:color w:val="ED6615"/>
        </w:rPr>
        <w:t>Planification et contenus</w:t>
      </w:r>
    </w:p>
    <w:p w14:paraId="676903E0" w14:textId="77777777" w:rsidR="00DB1F65" w:rsidRPr="001C64D6" w:rsidRDefault="00C97A70" w:rsidP="009C69E3">
      <w:pPr>
        <w:pStyle w:val="Listepuces"/>
        <w:spacing w:after="0" w:line="240" w:lineRule="auto"/>
        <w:ind w:left="317" w:hanging="173"/>
        <w:rPr>
          <w:lang w:val="fr-FR"/>
        </w:rPr>
      </w:pPr>
      <w:r w:rsidRPr="001C64D6">
        <w:rPr>
          <w:lang w:val="fr-FR"/>
        </w:rPr>
        <w:t>Contribuer au plan de communication et tenir un calendrier éditorial réaliste et actualisé.</w:t>
      </w:r>
    </w:p>
    <w:p w14:paraId="42C69A01" w14:textId="77777777" w:rsidR="00DB1F65" w:rsidRPr="001C64D6" w:rsidRDefault="00C97A70" w:rsidP="009C69E3">
      <w:pPr>
        <w:pStyle w:val="Listepuces"/>
        <w:spacing w:after="0" w:line="240" w:lineRule="auto"/>
        <w:ind w:left="317" w:hanging="173"/>
        <w:rPr>
          <w:lang w:val="fr-FR"/>
        </w:rPr>
      </w:pPr>
      <w:r w:rsidRPr="001C64D6">
        <w:rPr>
          <w:lang w:val="fr-FR"/>
        </w:rPr>
        <w:t>Rédiger des contenus institutionnels, actualités, messages, synthèses, invitations et supports destinés aux canaux du programme.</w:t>
      </w:r>
    </w:p>
    <w:p w14:paraId="580EF0A1" w14:textId="77777777" w:rsidR="00DB1F65" w:rsidRPr="001C64D6" w:rsidRDefault="00C97A70" w:rsidP="009C69E3">
      <w:pPr>
        <w:pStyle w:val="Listepuces"/>
        <w:spacing w:after="0" w:line="240" w:lineRule="auto"/>
        <w:ind w:left="317" w:hanging="173"/>
        <w:rPr>
          <w:lang w:val="fr-FR"/>
        </w:rPr>
      </w:pPr>
      <w:r w:rsidRPr="001C64D6">
        <w:rPr>
          <w:lang w:val="fr-FR"/>
        </w:rPr>
        <w:t>Adapter des contenus techniques en formats clairs, pédagogiques et accessibles au public visé.</w:t>
      </w:r>
    </w:p>
    <w:p w14:paraId="50322947" w14:textId="77777777" w:rsidR="00DB1F65" w:rsidRDefault="00C97A70" w:rsidP="009C69E3">
      <w:pPr>
        <w:keepNext/>
        <w:spacing w:after="0" w:line="240" w:lineRule="auto"/>
      </w:pPr>
      <w:r>
        <w:rPr>
          <w:b/>
          <w:color w:val="ED6615"/>
        </w:rPr>
        <w:t>Communication digitale</w:t>
      </w:r>
    </w:p>
    <w:p w14:paraId="2F666C00" w14:textId="77777777" w:rsidR="00DB1F65" w:rsidRPr="001C64D6" w:rsidRDefault="00C97A70" w:rsidP="009C69E3">
      <w:pPr>
        <w:pStyle w:val="Listepuces"/>
        <w:spacing w:after="0" w:line="240" w:lineRule="auto"/>
        <w:ind w:left="317" w:hanging="173"/>
        <w:rPr>
          <w:lang w:val="fr-FR"/>
        </w:rPr>
      </w:pPr>
      <w:r w:rsidRPr="001C64D6">
        <w:rPr>
          <w:lang w:val="fr-FR"/>
        </w:rPr>
        <w:t>Animer les réseaux sociaux et plateformes retenus, après validation des contenus selon le circuit prévu.</w:t>
      </w:r>
    </w:p>
    <w:p w14:paraId="074A025D" w14:textId="77777777" w:rsidR="00DB1F65" w:rsidRPr="001C64D6" w:rsidRDefault="00C97A70" w:rsidP="009C69E3">
      <w:pPr>
        <w:pStyle w:val="Listepuces"/>
        <w:spacing w:after="0" w:line="240" w:lineRule="auto"/>
        <w:ind w:left="317" w:hanging="173"/>
        <w:rPr>
          <w:lang w:val="fr-FR"/>
        </w:rPr>
      </w:pPr>
      <w:r w:rsidRPr="001C64D6">
        <w:rPr>
          <w:lang w:val="fr-FR"/>
        </w:rPr>
        <w:t>Préparer ou faire préparer des visuels, infographies et contenus multimédias sobres et professionnels.</w:t>
      </w:r>
    </w:p>
    <w:p w14:paraId="3D494C67" w14:textId="77777777" w:rsidR="00DB1F65" w:rsidRPr="001C64D6" w:rsidRDefault="00C97A70" w:rsidP="009C69E3">
      <w:pPr>
        <w:pStyle w:val="Listepuces"/>
        <w:spacing w:after="0" w:line="240" w:lineRule="auto"/>
        <w:ind w:left="317" w:hanging="173"/>
        <w:rPr>
          <w:lang w:val="fr-FR"/>
        </w:rPr>
      </w:pPr>
      <w:r w:rsidRPr="001C64D6">
        <w:rPr>
          <w:lang w:val="fr-FR"/>
        </w:rPr>
        <w:t>Suivre les performances des publications et proposer des ajustements fondés sur les données disponibles.</w:t>
      </w:r>
    </w:p>
    <w:p w14:paraId="4004E21C" w14:textId="77777777" w:rsidR="00DB1F65" w:rsidRDefault="00C97A70" w:rsidP="009C69E3">
      <w:pPr>
        <w:keepNext/>
        <w:spacing w:after="0" w:line="240" w:lineRule="auto"/>
      </w:pPr>
      <w:r>
        <w:rPr>
          <w:b/>
          <w:color w:val="ED6615"/>
        </w:rPr>
        <w:t>Communication événementielle et médias</w:t>
      </w:r>
    </w:p>
    <w:p w14:paraId="16632C15" w14:textId="77777777" w:rsidR="00DB1F65" w:rsidRPr="001C64D6" w:rsidRDefault="00C97A70" w:rsidP="009C69E3">
      <w:pPr>
        <w:pStyle w:val="Listepuces"/>
        <w:spacing w:after="0" w:line="240" w:lineRule="auto"/>
        <w:ind w:left="317" w:hanging="173"/>
        <w:rPr>
          <w:lang w:val="fr-FR"/>
        </w:rPr>
      </w:pPr>
      <w:r w:rsidRPr="001C64D6">
        <w:rPr>
          <w:lang w:val="fr-FR"/>
        </w:rPr>
        <w:t>Préparer la communication avant, pendant et après les ateliers, conférences, formations, missions ou événements.</w:t>
      </w:r>
    </w:p>
    <w:p w14:paraId="759EE849" w14:textId="77777777" w:rsidR="00DB1F65" w:rsidRPr="001C64D6" w:rsidRDefault="00C97A70" w:rsidP="009C69E3">
      <w:pPr>
        <w:pStyle w:val="Listepuces"/>
        <w:spacing w:after="0" w:line="240" w:lineRule="auto"/>
        <w:ind w:left="317" w:hanging="173"/>
        <w:rPr>
          <w:lang w:val="fr-FR"/>
        </w:rPr>
      </w:pPr>
      <w:r w:rsidRPr="001C64D6">
        <w:rPr>
          <w:lang w:val="fr-FR"/>
        </w:rPr>
        <w:t>Assurer une couverture photo/vidéo conforme aux règles de consentement, de protection et de dignité.</w:t>
      </w:r>
    </w:p>
    <w:p w14:paraId="6C421D5F" w14:textId="77777777" w:rsidR="00DB1F65" w:rsidRPr="001C64D6" w:rsidRDefault="00C97A70" w:rsidP="009C69E3">
      <w:pPr>
        <w:pStyle w:val="Listepuces"/>
        <w:spacing w:after="0" w:line="240" w:lineRule="auto"/>
        <w:ind w:left="317" w:hanging="173"/>
        <w:rPr>
          <w:lang w:val="fr-FR"/>
        </w:rPr>
      </w:pPr>
      <w:r w:rsidRPr="001C64D6">
        <w:rPr>
          <w:lang w:val="fr-FR"/>
        </w:rPr>
        <w:t>Appuyer les relations médias, communiqués de presse et documentation des retombées lorsque requis.</w:t>
      </w:r>
    </w:p>
    <w:p w14:paraId="3F6DB23C" w14:textId="77777777" w:rsidR="00DB1F65" w:rsidRDefault="00C97A70" w:rsidP="009C69E3">
      <w:pPr>
        <w:keepNext/>
        <w:spacing w:after="0" w:line="240" w:lineRule="auto"/>
      </w:pPr>
      <w:r>
        <w:rPr>
          <w:b/>
          <w:color w:val="ED6615"/>
        </w:rPr>
        <w:t>Capitalisation et archivage</w:t>
      </w:r>
    </w:p>
    <w:p w14:paraId="6E5B70D9" w14:textId="77777777" w:rsidR="00DB1F65" w:rsidRPr="001C64D6" w:rsidRDefault="00C97A70" w:rsidP="009C69E3">
      <w:pPr>
        <w:pStyle w:val="Listepuces"/>
        <w:spacing w:after="0" w:line="240" w:lineRule="auto"/>
        <w:ind w:left="317" w:hanging="173"/>
        <w:rPr>
          <w:lang w:val="fr-FR"/>
        </w:rPr>
      </w:pPr>
      <w:r w:rsidRPr="001C64D6">
        <w:rPr>
          <w:lang w:val="fr-FR"/>
        </w:rPr>
        <w:t>Organiser la photothèque, vidéothèque et bibliothèque des supports de communication.</w:t>
      </w:r>
    </w:p>
    <w:p w14:paraId="450538DB" w14:textId="77777777" w:rsidR="00DB1F65" w:rsidRPr="001C64D6" w:rsidRDefault="00C97A70" w:rsidP="009C69E3">
      <w:pPr>
        <w:pStyle w:val="Listepuces"/>
        <w:spacing w:after="0" w:line="240" w:lineRule="auto"/>
        <w:ind w:left="317" w:hanging="173"/>
        <w:rPr>
          <w:lang w:val="fr-FR"/>
        </w:rPr>
      </w:pPr>
      <w:r w:rsidRPr="001C64D6">
        <w:rPr>
          <w:lang w:val="fr-FR"/>
        </w:rPr>
        <w:t>Valoriser les principaux résultats, connaissances et enseignements du programme dans des formats appropriés.</w:t>
      </w:r>
    </w:p>
    <w:p w14:paraId="7463057E" w14:textId="77777777" w:rsidR="00DB1F65" w:rsidRPr="001C64D6" w:rsidRDefault="00C97A70" w:rsidP="009C69E3">
      <w:pPr>
        <w:pStyle w:val="Listepuces"/>
        <w:spacing w:after="0" w:line="240" w:lineRule="auto"/>
        <w:ind w:left="317" w:hanging="173"/>
        <w:rPr>
          <w:lang w:val="fr-FR"/>
        </w:rPr>
      </w:pPr>
      <w:r w:rsidRPr="001C64D6">
        <w:rPr>
          <w:lang w:val="fr-FR"/>
        </w:rPr>
        <w:t>Veiller à l’exactitude, à la validation et à l’archivage des contenus publiés.</w:t>
      </w:r>
    </w:p>
    <w:p w14:paraId="15D6AE1C" w14:textId="77777777" w:rsidR="00DB1F65" w:rsidRDefault="00C97A70" w:rsidP="009C69E3">
      <w:pPr>
        <w:keepNext/>
        <w:spacing w:after="0" w:line="240" w:lineRule="auto"/>
      </w:pPr>
      <w:r>
        <w:rPr>
          <w:b/>
          <w:color w:val="315BA5"/>
          <w:sz w:val="23"/>
        </w:rPr>
        <w:t>3. RÉSULTATS / LIVRABLES ATTENDUS</w:t>
      </w:r>
    </w:p>
    <w:p w14:paraId="67E21B0C" w14:textId="77777777" w:rsidR="00DB1F65" w:rsidRPr="001C64D6" w:rsidRDefault="00C97A70" w:rsidP="009C69E3">
      <w:pPr>
        <w:pStyle w:val="Listepuces"/>
        <w:spacing w:after="0" w:line="240" w:lineRule="auto"/>
        <w:ind w:left="317" w:hanging="173"/>
        <w:rPr>
          <w:lang w:val="fr-FR"/>
        </w:rPr>
      </w:pPr>
      <w:r w:rsidRPr="001C64D6">
        <w:rPr>
          <w:lang w:val="fr-FR"/>
        </w:rPr>
        <w:t>Calendrier éditorial actualisé et appliqué.</w:t>
      </w:r>
    </w:p>
    <w:p w14:paraId="68348202" w14:textId="77777777" w:rsidR="00DB1F65" w:rsidRPr="001C64D6" w:rsidRDefault="00C97A70" w:rsidP="009C69E3">
      <w:pPr>
        <w:pStyle w:val="Listepuces"/>
        <w:spacing w:after="0" w:line="240" w:lineRule="auto"/>
        <w:ind w:left="317" w:hanging="173"/>
        <w:rPr>
          <w:lang w:val="fr-FR"/>
        </w:rPr>
      </w:pPr>
      <w:r w:rsidRPr="001C64D6">
        <w:rPr>
          <w:lang w:val="fr-FR"/>
        </w:rPr>
        <w:t>Contenus et supports de communication produits dans les délais et validés avant diffusion.</w:t>
      </w:r>
    </w:p>
    <w:p w14:paraId="416C8116" w14:textId="77777777" w:rsidR="00DB1F65" w:rsidRPr="001C64D6" w:rsidRDefault="00C97A70" w:rsidP="009C69E3">
      <w:pPr>
        <w:pStyle w:val="Listepuces"/>
        <w:spacing w:after="0" w:line="240" w:lineRule="auto"/>
        <w:ind w:left="317" w:hanging="173"/>
        <w:rPr>
          <w:lang w:val="fr-FR"/>
        </w:rPr>
      </w:pPr>
      <w:r w:rsidRPr="001C64D6">
        <w:rPr>
          <w:lang w:val="fr-FR"/>
        </w:rPr>
        <w:t>Couverture professionnelle et éthique des activités du programme.</w:t>
      </w:r>
    </w:p>
    <w:p w14:paraId="7AA0F438" w14:textId="77777777" w:rsidR="00DB1F65" w:rsidRPr="001C64D6" w:rsidRDefault="00C97A70" w:rsidP="009C69E3">
      <w:pPr>
        <w:pStyle w:val="Listepuces"/>
        <w:spacing w:after="0" w:line="240" w:lineRule="auto"/>
        <w:ind w:left="317" w:hanging="173"/>
        <w:rPr>
          <w:lang w:val="fr-FR"/>
        </w:rPr>
      </w:pPr>
      <w:r w:rsidRPr="001C64D6">
        <w:rPr>
          <w:lang w:val="fr-FR"/>
        </w:rPr>
        <w:t>Statistiques périodiques de visibilité et d’engagement.</w:t>
      </w:r>
    </w:p>
    <w:p w14:paraId="0BC5F046" w14:textId="77777777" w:rsidR="00DB1F65" w:rsidRPr="001C64D6" w:rsidRDefault="00C97A70" w:rsidP="009C69E3">
      <w:pPr>
        <w:pStyle w:val="Listepuces"/>
        <w:spacing w:after="0" w:line="240" w:lineRule="auto"/>
        <w:ind w:left="317" w:hanging="173"/>
        <w:rPr>
          <w:lang w:val="fr-FR"/>
        </w:rPr>
      </w:pPr>
      <w:r w:rsidRPr="001C64D6">
        <w:rPr>
          <w:lang w:val="fr-FR"/>
        </w:rPr>
        <w:t>Photothèque, vidéothèque et archives de communication organisées et sécurisées.</w:t>
      </w:r>
    </w:p>
    <w:p w14:paraId="439F5E82" w14:textId="77777777" w:rsidR="00DB1F65" w:rsidRPr="001C64D6" w:rsidRDefault="00C97A70" w:rsidP="009C69E3">
      <w:pPr>
        <w:keepNext/>
        <w:spacing w:after="0" w:line="240" w:lineRule="auto"/>
        <w:rPr>
          <w:lang w:val="fr-FR"/>
        </w:rPr>
      </w:pPr>
      <w:r w:rsidRPr="001C64D6">
        <w:rPr>
          <w:b/>
          <w:color w:val="315BA5"/>
          <w:sz w:val="23"/>
          <w:lang w:val="fr-FR"/>
        </w:rPr>
        <w:t>4. PROFIL RECHERCHÉ</w:t>
      </w:r>
    </w:p>
    <w:p w14:paraId="53F97A17" w14:textId="77777777" w:rsidR="00DB1F65" w:rsidRPr="001C64D6" w:rsidRDefault="00C97A70" w:rsidP="009C69E3">
      <w:pPr>
        <w:spacing w:after="0" w:line="240" w:lineRule="auto"/>
        <w:rPr>
          <w:lang w:val="fr-FR"/>
        </w:rPr>
      </w:pPr>
      <w:r w:rsidRPr="001C64D6">
        <w:rPr>
          <w:b/>
          <w:lang w:val="fr-FR"/>
        </w:rPr>
        <w:t xml:space="preserve">Formation : </w:t>
      </w:r>
      <w:r w:rsidRPr="001C64D6">
        <w:rPr>
          <w:lang w:val="fr-FR"/>
        </w:rPr>
        <w:t>Bac+3 au minimum en communication, communication digitale, journalisme, marketing digital, relations publiques ou domaine équivalent.</w:t>
      </w:r>
    </w:p>
    <w:p w14:paraId="24CDAE88" w14:textId="77777777" w:rsidR="00DB1F65" w:rsidRPr="001C64D6" w:rsidRDefault="00C97A70" w:rsidP="009C69E3">
      <w:pPr>
        <w:spacing w:after="0" w:line="240" w:lineRule="auto"/>
        <w:rPr>
          <w:lang w:val="fr-FR"/>
        </w:rPr>
      </w:pPr>
      <w:r w:rsidRPr="001C64D6">
        <w:rPr>
          <w:b/>
          <w:lang w:val="fr-FR"/>
        </w:rPr>
        <w:t xml:space="preserve">Expérience : </w:t>
      </w:r>
      <w:r w:rsidRPr="001C64D6">
        <w:rPr>
          <w:lang w:val="fr-FR"/>
        </w:rPr>
        <w:t>Une première expérience ou des stages significatifs en communication institutionnelle ou digitale, idéalement dans une ONG, un projet de développement, une association, un réseau ou une institution.</w:t>
      </w:r>
    </w:p>
    <w:p w14:paraId="01AD59A6" w14:textId="77777777" w:rsidR="00DB1F65" w:rsidRPr="001C64D6" w:rsidRDefault="00C97A70" w:rsidP="009C69E3">
      <w:pPr>
        <w:spacing w:after="0" w:line="240" w:lineRule="auto"/>
        <w:rPr>
          <w:lang w:val="fr-FR"/>
        </w:rPr>
      </w:pPr>
      <w:r w:rsidRPr="001C64D6">
        <w:rPr>
          <w:b/>
          <w:lang w:val="fr-FR"/>
        </w:rPr>
        <w:t xml:space="preserve">Langues : </w:t>
      </w:r>
      <w:r w:rsidRPr="001C64D6">
        <w:rPr>
          <w:lang w:val="fr-FR"/>
        </w:rPr>
        <w:t>Excellente maîtrise du français écrit et oral. La connaissance de l’anglais constitue un atout.</w:t>
      </w:r>
    </w:p>
    <w:p w14:paraId="7254D84B" w14:textId="77777777" w:rsidR="00DB1F65" w:rsidRPr="001C64D6" w:rsidRDefault="00C97A70" w:rsidP="009C69E3">
      <w:pPr>
        <w:spacing w:after="0" w:line="240" w:lineRule="auto"/>
        <w:rPr>
          <w:lang w:val="fr-FR"/>
        </w:rPr>
      </w:pPr>
      <w:r w:rsidRPr="001C64D6">
        <w:rPr>
          <w:b/>
          <w:lang w:val="fr-FR"/>
        </w:rPr>
        <w:t xml:space="preserve">Outils : </w:t>
      </w:r>
      <w:r w:rsidRPr="001C64D6">
        <w:rPr>
          <w:lang w:val="fr-FR"/>
        </w:rPr>
        <w:t>Bonne maîtrise des réseaux sociaux, de PowerPoint et des outils courants de création graphique ; notions de photo, vidéo et analyse de statistiques digitales.</w:t>
      </w:r>
    </w:p>
    <w:p w14:paraId="3BFAAEC8" w14:textId="77777777" w:rsidR="00DB1F65" w:rsidRDefault="00C97A70" w:rsidP="009C69E3">
      <w:pPr>
        <w:keepNext/>
        <w:spacing w:after="0" w:line="240" w:lineRule="auto"/>
      </w:pPr>
      <w:r>
        <w:rPr>
          <w:b/>
          <w:color w:val="315BA5"/>
          <w:sz w:val="23"/>
        </w:rPr>
        <w:t>5. COMPÉTENCES CLÉS</w:t>
      </w:r>
    </w:p>
    <w:p w14:paraId="1B10110A" w14:textId="77777777" w:rsidR="00DB1F65" w:rsidRPr="001C64D6" w:rsidRDefault="00C97A70" w:rsidP="009C69E3">
      <w:pPr>
        <w:pStyle w:val="Listepuces"/>
        <w:spacing w:after="0" w:line="240" w:lineRule="auto"/>
        <w:ind w:left="317" w:hanging="173"/>
        <w:rPr>
          <w:lang w:val="fr-FR"/>
        </w:rPr>
      </w:pPr>
      <w:r w:rsidRPr="001C64D6">
        <w:rPr>
          <w:lang w:val="fr-FR"/>
        </w:rPr>
        <w:t>Excellente rédaction et capacité de synthèse.</w:t>
      </w:r>
    </w:p>
    <w:p w14:paraId="526A7311" w14:textId="77777777" w:rsidR="00DB1F65" w:rsidRPr="001C64D6" w:rsidRDefault="00C97A70" w:rsidP="009C69E3">
      <w:pPr>
        <w:pStyle w:val="Listepuces"/>
        <w:spacing w:after="0" w:line="240" w:lineRule="auto"/>
        <w:ind w:left="317" w:hanging="173"/>
        <w:rPr>
          <w:lang w:val="fr-FR"/>
        </w:rPr>
      </w:pPr>
      <w:r w:rsidRPr="001C64D6">
        <w:rPr>
          <w:lang w:val="fr-FR"/>
        </w:rPr>
        <w:t>Communication digitale et gestion de contenus.</w:t>
      </w:r>
    </w:p>
    <w:p w14:paraId="58CD2320" w14:textId="77777777" w:rsidR="00DB1F65" w:rsidRPr="001C64D6" w:rsidRDefault="00C97A70" w:rsidP="009C69E3">
      <w:pPr>
        <w:pStyle w:val="Listepuces"/>
        <w:spacing w:after="0" w:line="240" w:lineRule="auto"/>
        <w:ind w:left="317" w:hanging="173"/>
        <w:rPr>
          <w:lang w:val="fr-FR"/>
        </w:rPr>
      </w:pPr>
      <w:r w:rsidRPr="001C64D6">
        <w:rPr>
          <w:lang w:val="fr-FR"/>
        </w:rPr>
        <w:t>Création de visuels professionnels et adaptation de messages aux publics.</w:t>
      </w:r>
    </w:p>
    <w:p w14:paraId="50C95532" w14:textId="77777777" w:rsidR="00DB1F65" w:rsidRPr="001C64D6" w:rsidRDefault="00C97A70" w:rsidP="009C69E3">
      <w:pPr>
        <w:pStyle w:val="Listepuces"/>
        <w:spacing w:after="0" w:line="240" w:lineRule="auto"/>
        <w:ind w:left="317" w:hanging="173"/>
        <w:rPr>
          <w:lang w:val="fr-FR"/>
        </w:rPr>
      </w:pPr>
      <w:r w:rsidRPr="001C64D6">
        <w:rPr>
          <w:lang w:val="fr-FR"/>
        </w:rPr>
        <w:t>Organisation de la couverture événementielle et archivage multimédia.</w:t>
      </w:r>
    </w:p>
    <w:p w14:paraId="56D63F72" w14:textId="77777777" w:rsidR="00DB1F65" w:rsidRPr="001C64D6" w:rsidRDefault="00C97A70" w:rsidP="009C69E3">
      <w:pPr>
        <w:pStyle w:val="Listepuces"/>
        <w:spacing w:after="0" w:line="240" w:lineRule="auto"/>
        <w:ind w:left="317" w:hanging="173"/>
        <w:rPr>
          <w:lang w:val="fr-FR"/>
        </w:rPr>
      </w:pPr>
      <w:r w:rsidRPr="001C64D6">
        <w:rPr>
          <w:lang w:val="fr-FR"/>
        </w:rPr>
        <w:lastRenderedPageBreak/>
        <w:t>Capacité à respecter un circuit de validation et à travailler avec plusieurs parties prenantes.</w:t>
      </w:r>
    </w:p>
    <w:p w14:paraId="744CE1E9" w14:textId="77777777" w:rsidR="00DB1F65" w:rsidRPr="001C64D6" w:rsidRDefault="00C97A70" w:rsidP="009C69E3">
      <w:pPr>
        <w:keepNext/>
        <w:spacing w:after="0" w:line="240" w:lineRule="auto"/>
        <w:rPr>
          <w:lang w:val="fr-FR"/>
        </w:rPr>
      </w:pPr>
      <w:r w:rsidRPr="001C64D6">
        <w:rPr>
          <w:b/>
          <w:color w:val="315BA5"/>
          <w:sz w:val="23"/>
          <w:lang w:val="fr-FR"/>
        </w:rPr>
        <w:t>6. VALEURS ET COMPORTEMENTS ATTENDUS</w:t>
      </w:r>
    </w:p>
    <w:p w14:paraId="44839E42" w14:textId="77777777" w:rsidR="00DB1F65" w:rsidRPr="001C64D6" w:rsidRDefault="00C97A70" w:rsidP="009C69E3">
      <w:pPr>
        <w:spacing w:after="0" w:line="240" w:lineRule="auto"/>
        <w:rPr>
          <w:lang w:val="fr-FR"/>
        </w:rPr>
      </w:pPr>
      <w:r w:rsidRPr="001C64D6">
        <w:rPr>
          <w:lang w:val="fr-FR"/>
        </w:rPr>
        <w:t>Le/la titulaire devra faire preuve de comportements compatibles avec les standards des organisations internationales :</w:t>
      </w:r>
    </w:p>
    <w:p w14:paraId="085B1223" w14:textId="77777777" w:rsidR="00DB1F65" w:rsidRPr="001C64D6" w:rsidRDefault="00C97A70" w:rsidP="009C69E3">
      <w:pPr>
        <w:pStyle w:val="Listepuces"/>
        <w:spacing w:after="0" w:line="240" w:lineRule="auto"/>
        <w:ind w:left="317" w:hanging="173"/>
        <w:rPr>
          <w:lang w:val="fr-FR"/>
        </w:rPr>
      </w:pPr>
      <w:r w:rsidRPr="001C64D6">
        <w:rPr>
          <w:lang w:val="fr-FR"/>
        </w:rPr>
        <w:t>Respect de la dignité, de l’inclusion et de la diversité.</w:t>
      </w:r>
    </w:p>
    <w:p w14:paraId="28D3791F" w14:textId="77777777" w:rsidR="00DB1F65" w:rsidRPr="001C64D6" w:rsidRDefault="00C97A70" w:rsidP="009C69E3">
      <w:pPr>
        <w:pStyle w:val="Listepuces"/>
        <w:spacing w:after="0" w:line="240" w:lineRule="auto"/>
        <w:ind w:left="317" w:hanging="173"/>
        <w:rPr>
          <w:lang w:val="fr-FR"/>
        </w:rPr>
      </w:pPr>
      <w:r w:rsidRPr="001C64D6">
        <w:rPr>
          <w:lang w:val="fr-FR"/>
        </w:rPr>
        <w:t>Intégrité, exactitude et responsabilité dans l’information diffusée.</w:t>
      </w:r>
    </w:p>
    <w:p w14:paraId="53DA5AC6" w14:textId="77777777" w:rsidR="00DB1F65" w:rsidRPr="001C64D6" w:rsidRDefault="00C97A70" w:rsidP="009C69E3">
      <w:pPr>
        <w:pStyle w:val="Listepuces"/>
        <w:spacing w:after="0" w:line="240" w:lineRule="auto"/>
        <w:ind w:left="317" w:hanging="173"/>
        <w:rPr>
          <w:lang w:val="fr-FR"/>
        </w:rPr>
      </w:pPr>
      <w:r w:rsidRPr="001C64D6">
        <w:rPr>
          <w:lang w:val="fr-FR"/>
        </w:rPr>
        <w:t>Créativité compatible avec une communication institutionnelle sobre et crédible.</w:t>
      </w:r>
    </w:p>
    <w:p w14:paraId="7AD946D3" w14:textId="77777777" w:rsidR="00DB1F65" w:rsidRPr="001C64D6" w:rsidRDefault="00C97A70" w:rsidP="009C69E3">
      <w:pPr>
        <w:pStyle w:val="Listepuces"/>
        <w:spacing w:after="0" w:line="240" w:lineRule="auto"/>
        <w:ind w:left="317" w:hanging="173"/>
        <w:rPr>
          <w:lang w:val="fr-FR"/>
        </w:rPr>
      </w:pPr>
      <w:r w:rsidRPr="001C64D6">
        <w:rPr>
          <w:lang w:val="fr-FR"/>
        </w:rPr>
        <w:t>Réactivité, sens de l’organisation et travail d’équipe.</w:t>
      </w:r>
    </w:p>
    <w:p w14:paraId="7C7F183E" w14:textId="77777777" w:rsidR="00DB1F65" w:rsidRPr="001C64D6" w:rsidRDefault="00C97A70" w:rsidP="009C69E3">
      <w:pPr>
        <w:pStyle w:val="Listepuces"/>
        <w:spacing w:after="0" w:line="240" w:lineRule="auto"/>
        <w:ind w:left="317" w:hanging="173"/>
        <w:rPr>
          <w:lang w:val="fr-FR"/>
        </w:rPr>
      </w:pPr>
      <w:r w:rsidRPr="001C64D6">
        <w:rPr>
          <w:lang w:val="fr-FR"/>
        </w:rPr>
        <w:t>Discrétion et respect strict de la confidentialité et des droits des bénéficiaires.</w:t>
      </w:r>
    </w:p>
    <w:p w14:paraId="32D1EBA6" w14:textId="77777777" w:rsidR="00DB1F65" w:rsidRPr="001C64D6" w:rsidRDefault="00C97A70" w:rsidP="009C69E3">
      <w:pPr>
        <w:keepNext/>
        <w:spacing w:after="0" w:line="240" w:lineRule="auto"/>
        <w:rPr>
          <w:lang w:val="fr-FR"/>
        </w:rPr>
      </w:pPr>
      <w:r w:rsidRPr="001C64D6">
        <w:rPr>
          <w:b/>
          <w:color w:val="315BA5"/>
          <w:sz w:val="23"/>
          <w:lang w:val="fr-FR"/>
        </w:rPr>
        <w:t>7. RESPONSABILITÉS SPÉCIFIQUES DE SAUVEGARDE LIÉES AU POSTE</w:t>
      </w:r>
    </w:p>
    <w:p w14:paraId="3A4A1326" w14:textId="77777777" w:rsidR="00DB1F65" w:rsidRPr="001C64D6" w:rsidRDefault="00C97A70" w:rsidP="009C69E3">
      <w:pPr>
        <w:pStyle w:val="Listepuces"/>
        <w:spacing w:after="0" w:line="240" w:lineRule="auto"/>
        <w:ind w:left="317" w:hanging="173"/>
        <w:rPr>
          <w:lang w:val="fr-FR"/>
        </w:rPr>
      </w:pPr>
      <w:r w:rsidRPr="001C64D6">
        <w:rPr>
          <w:lang w:val="fr-FR"/>
        </w:rPr>
        <w:t>Obtenir et respecter les autorisations/consentements requis avant l’utilisation d’images, vidéos, témoignages ou données personnelles, selon les procédures applicables.</w:t>
      </w:r>
    </w:p>
    <w:p w14:paraId="46CD7C76" w14:textId="77777777" w:rsidR="00DB1F65" w:rsidRPr="001C64D6" w:rsidRDefault="00C97A70" w:rsidP="009C69E3">
      <w:pPr>
        <w:pStyle w:val="Listepuces"/>
        <w:spacing w:after="0" w:line="240" w:lineRule="auto"/>
        <w:ind w:left="317" w:hanging="173"/>
        <w:rPr>
          <w:lang w:val="fr-FR"/>
        </w:rPr>
      </w:pPr>
      <w:r w:rsidRPr="001C64D6">
        <w:rPr>
          <w:lang w:val="fr-FR"/>
        </w:rPr>
        <w:t>Ne jamais diffuser un contenu susceptible d’identifier, d’exposer, de stigmatiser ou de mettre en danger un enfant ou un bénéficiaire.</w:t>
      </w:r>
    </w:p>
    <w:p w14:paraId="542C84AC" w14:textId="77777777" w:rsidR="00DB1F65" w:rsidRPr="001C64D6" w:rsidRDefault="00C97A70" w:rsidP="009C69E3">
      <w:pPr>
        <w:pStyle w:val="Listepuces"/>
        <w:spacing w:after="0" w:line="240" w:lineRule="auto"/>
        <w:ind w:left="317" w:hanging="173"/>
        <w:rPr>
          <w:lang w:val="fr-FR"/>
        </w:rPr>
      </w:pPr>
      <w:r w:rsidRPr="001C64D6">
        <w:rPr>
          <w:lang w:val="fr-FR"/>
        </w:rPr>
        <w:t>Ne pas utiliser à des fins personnelles les images, coordonnées, témoignages ou informations obtenus dans le cadre du programme.</w:t>
      </w:r>
    </w:p>
    <w:p w14:paraId="4AEA911A" w14:textId="77777777" w:rsidR="00DB1F65" w:rsidRPr="001C64D6" w:rsidRDefault="00C97A70" w:rsidP="009C69E3">
      <w:pPr>
        <w:spacing w:after="0" w:line="240" w:lineRule="auto"/>
        <w:rPr>
          <w:lang w:val="fr-FR"/>
        </w:rPr>
      </w:pPr>
      <w:r w:rsidRPr="001C64D6">
        <w:rPr>
          <w:b/>
          <w:color w:val="315BA5"/>
          <w:sz w:val="23"/>
          <w:lang w:val="fr-FR"/>
        </w:rPr>
        <w:t>EXIGENCE ÉTHIQUE, SAUVEGARDE ET PSEA/PEAS</w:t>
      </w:r>
    </w:p>
    <w:tbl>
      <w:tblPr>
        <w:tblW w:w="0" w:type="auto"/>
        <w:jc w:val="center"/>
        <w:tblLook w:val="04A0" w:firstRow="1" w:lastRow="0" w:firstColumn="1" w:lastColumn="0" w:noHBand="0" w:noVBand="1"/>
      </w:tblPr>
      <w:tblGrid>
        <w:gridCol w:w="10060"/>
      </w:tblGrid>
      <w:tr w:rsidR="00DB1F65" w:rsidRPr="00423058" w14:paraId="37B0FCDE" w14:textId="77777777">
        <w:trPr>
          <w:jc w:val="center"/>
        </w:trPr>
        <w:tc>
          <w:tcPr>
            <w:tcW w:w="10080" w:type="dxa"/>
            <w:tcBorders>
              <w:top w:val="single" w:sz="8" w:space="0" w:color="ED6615"/>
              <w:left w:val="single" w:sz="8" w:space="0" w:color="ED6615"/>
              <w:bottom w:val="single" w:sz="8" w:space="0" w:color="ED6615"/>
              <w:right w:val="single" w:sz="8" w:space="0" w:color="ED6615"/>
            </w:tcBorders>
            <w:shd w:val="clear" w:color="auto" w:fill="FDF3EC"/>
            <w:vAlign w:val="center"/>
          </w:tcPr>
          <w:p w14:paraId="23CD6B63" w14:textId="77777777" w:rsidR="00DB1F65" w:rsidRPr="001C64D6" w:rsidRDefault="00C97A70" w:rsidP="009C69E3">
            <w:pPr>
              <w:spacing w:after="0" w:line="240" w:lineRule="auto"/>
              <w:rPr>
                <w:lang w:val="fr-FR"/>
              </w:rPr>
            </w:pPr>
            <w:r w:rsidRPr="001C64D6">
              <w:rPr>
                <w:b/>
                <w:sz w:val="19"/>
                <w:lang w:val="fr-FR"/>
              </w:rPr>
              <w:t>Le RéTEva applique une tolérance zéro à l’égard de toute exploitation ou abus sexuel, harcèlement sexuel, abus d’autorité, violence, maltraitance, négligence, exploitation ou atteinte à la dignité et à la sécurité des enfants et des autres bénéficiaires.</w:t>
            </w:r>
          </w:p>
          <w:p w14:paraId="1A9D7FBF" w14:textId="77777777" w:rsidR="00DB1F65" w:rsidRPr="001C64D6" w:rsidRDefault="00C97A70" w:rsidP="009C69E3">
            <w:pPr>
              <w:pStyle w:val="Listepuces"/>
              <w:spacing w:after="0" w:line="240" w:lineRule="auto"/>
              <w:ind w:left="288" w:hanging="173"/>
              <w:rPr>
                <w:lang w:val="fr-FR"/>
              </w:rPr>
            </w:pPr>
            <w:r w:rsidRPr="001C64D6">
              <w:rPr>
                <w:sz w:val="19"/>
                <w:lang w:val="fr-FR"/>
              </w:rPr>
              <w:t>Le/la titulaire doit respecter les règles de sauvegarde, de protection de l’enfant, de PSEA/PEAS, de confidentialité, de non-discrimination et de conduite professionnelle applicables au programme.</w:t>
            </w:r>
          </w:p>
          <w:p w14:paraId="273A8081" w14:textId="77777777" w:rsidR="00DB1F65" w:rsidRPr="001C64D6" w:rsidRDefault="00C97A70" w:rsidP="009C69E3">
            <w:pPr>
              <w:pStyle w:val="Listepuces"/>
              <w:spacing w:after="0" w:line="240" w:lineRule="auto"/>
              <w:ind w:left="288" w:hanging="173"/>
              <w:rPr>
                <w:lang w:val="fr-FR"/>
              </w:rPr>
            </w:pPr>
            <w:r w:rsidRPr="001C64D6">
              <w:rPr>
                <w:sz w:val="19"/>
                <w:lang w:val="fr-FR"/>
              </w:rPr>
              <w:t>Il/elle doit signaler sans délai, par les mécanismes prévus, toute suspicion ou allégation portée à sa connaissance, sans mener d’investigation personnelle et en protégeant strictement la confidentialité.</w:t>
            </w:r>
          </w:p>
          <w:p w14:paraId="0A609E99" w14:textId="77777777" w:rsidR="00DB1F65" w:rsidRPr="001C64D6" w:rsidRDefault="00C97A70" w:rsidP="009C69E3">
            <w:pPr>
              <w:pStyle w:val="Listepuces"/>
              <w:spacing w:after="0" w:line="240" w:lineRule="auto"/>
              <w:ind w:left="288" w:hanging="173"/>
              <w:rPr>
                <w:lang w:val="fr-FR"/>
              </w:rPr>
            </w:pPr>
            <w:r w:rsidRPr="001C64D6">
              <w:rPr>
                <w:sz w:val="19"/>
                <w:lang w:val="fr-FR"/>
              </w:rPr>
              <w:t>La signature du Code de conduite, les vérifications de références autorisées et la participation aux formations obligatoires de sauvegarde/PSEA constituent des conditions de recrutement et de maintien dans l’équipe.</w:t>
            </w:r>
          </w:p>
        </w:tc>
      </w:tr>
    </w:tbl>
    <w:p w14:paraId="1BE1ADB6" w14:textId="77777777" w:rsidR="00DB1F65" w:rsidRPr="001C64D6" w:rsidRDefault="00DB1F65" w:rsidP="009C69E3">
      <w:pPr>
        <w:spacing w:after="0" w:line="240" w:lineRule="auto"/>
        <w:rPr>
          <w:lang w:val="fr-FR"/>
        </w:rPr>
      </w:pPr>
    </w:p>
    <w:p w14:paraId="3BD1E986" w14:textId="77777777" w:rsidR="00DB1F65" w:rsidRDefault="00C97A70" w:rsidP="009C69E3">
      <w:pPr>
        <w:keepNext/>
        <w:spacing w:after="0" w:line="240" w:lineRule="auto"/>
      </w:pPr>
      <w:r>
        <w:rPr>
          <w:b/>
          <w:color w:val="315BA5"/>
          <w:sz w:val="23"/>
        </w:rPr>
        <w:t>8. INDICATEURS INDICATIFS DE PERFORMANCE</w:t>
      </w:r>
    </w:p>
    <w:p w14:paraId="7EF87B50" w14:textId="77777777" w:rsidR="00DB1F65" w:rsidRPr="001C64D6" w:rsidRDefault="00C97A70" w:rsidP="009C69E3">
      <w:pPr>
        <w:pStyle w:val="Listepuces"/>
        <w:spacing w:after="0" w:line="240" w:lineRule="auto"/>
        <w:ind w:left="317" w:hanging="173"/>
        <w:rPr>
          <w:lang w:val="fr-FR"/>
        </w:rPr>
      </w:pPr>
      <w:r w:rsidRPr="001C64D6">
        <w:rPr>
          <w:lang w:val="fr-FR"/>
        </w:rPr>
        <w:t>Respect du calendrier éditorial et des délais de production.</w:t>
      </w:r>
    </w:p>
    <w:p w14:paraId="1D9FB0C3" w14:textId="77777777" w:rsidR="00DB1F65" w:rsidRPr="001C64D6" w:rsidRDefault="00C97A70" w:rsidP="009C69E3">
      <w:pPr>
        <w:pStyle w:val="Listepuces"/>
        <w:spacing w:after="0" w:line="240" w:lineRule="auto"/>
        <w:ind w:left="317" w:hanging="173"/>
        <w:rPr>
          <w:lang w:val="fr-FR"/>
        </w:rPr>
      </w:pPr>
      <w:r w:rsidRPr="001C64D6">
        <w:rPr>
          <w:lang w:val="fr-FR"/>
        </w:rPr>
        <w:t>Qualité et exactitude des contenus publiés.</w:t>
      </w:r>
    </w:p>
    <w:p w14:paraId="124CF6B2" w14:textId="77777777" w:rsidR="00DB1F65" w:rsidRPr="001C64D6" w:rsidRDefault="00C97A70" w:rsidP="009C69E3">
      <w:pPr>
        <w:pStyle w:val="Listepuces"/>
        <w:spacing w:after="0" w:line="240" w:lineRule="auto"/>
        <w:ind w:left="317" w:hanging="173"/>
        <w:rPr>
          <w:lang w:val="fr-FR"/>
        </w:rPr>
      </w:pPr>
      <w:r w:rsidRPr="001C64D6">
        <w:rPr>
          <w:lang w:val="fr-FR"/>
        </w:rPr>
        <w:t>Progression de la visibilité et de l’engagement sur les canaux suivis.</w:t>
      </w:r>
    </w:p>
    <w:p w14:paraId="2DA0B394" w14:textId="77777777" w:rsidR="00DB1F65" w:rsidRPr="001C64D6" w:rsidRDefault="00C97A70" w:rsidP="009C69E3">
      <w:pPr>
        <w:pStyle w:val="Listepuces"/>
        <w:spacing w:after="0" w:line="240" w:lineRule="auto"/>
        <w:ind w:left="317" w:hanging="173"/>
        <w:rPr>
          <w:lang w:val="fr-FR"/>
        </w:rPr>
      </w:pPr>
      <w:r w:rsidRPr="001C64D6">
        <w:rPr>
          <w:lang w:val="fr-FR"/>
        </w:rPr>
        <w:t>Qualité de la couverture et de l’archivage des événements.</w:t>
      </w:r>
    </w:p>
    <w:p w14:paraId="0915EEFD" w14:textId="77777777" w:rsidR="00DB1F65" w:rsidRPr="001C64D6" w:rsidRDefault="00C97A70" w:rsidP="009C69E3">
      <w:pPr>
        <w:pStyle w:val="Listepuces"/>
        <w:spacing w:after="0" w:line="240" w:lineRule="auto"/>
        <w:ind w:left="317" w:hanging="173"/>
        <w:rPr>
          <w:lang w:val="fr-FR"/>
        </w:rPr>
      </w:pPr>
      <w:r w:rsidRPr="001C64D6">
        <w:rPr>
          <w:lang w:val="fr-FR"/>
        </w:rPr>
        <w:t>Absence de diffusion non autorisée de données, images ou informations sensibles.</w:t>
      </w:r>
    </w:p>
    <w:p w14:paraId="605F1E1B" w14:textId="77777777" w:rsidR="00BF5424" w:rsidRDefault="00BF5424" w:rsidP="009C69E3">
      <w:pPr>
        <w:spacing w:after="0" w:line="240" w:lineRule="auto"/>
        <w:rPr>
          <w:b/>
          <w:color w:val="315BA5"/>
          <w:sz w:val="24"/>
          <w:lang w:val="fr-FR"/>
        </w:rPr>
      </w:pPr>
    </w:p>
    <w:p w14:paraId="297E188F" w14:textId="1ED805B1" w:rsidR="00DB1F65" w:rsidRPr="001C64D6" w:rsidRDefault="00C97A70" w:rsidP="009C69E3">
      <w:pPr>
        <w:spacing w:after="0" w:line="240" w:lineRule="auto"/>
        <w:rPr>
          <w:lang w:val="fr-FR"/>
        </w:rPr>
      </w:pPr>
      <w:r w:rsidRPr="001C64D6">
        <w:rPr>
          <w:b/>
          <w:color w:val="315BA5"/>
          <w:sz w:val="24"/>
          <w:lang w:val="fr-FR"/>
        </w:rPr>
        <w:t>CLAUSE COMMUNE DE RECRUTEMENT</w:t>
      </w:r>
    </w:p>
    <w:p w14:paraId="6580E5B6" w14:textId="77777777" w:rsidR="00DB1F65" w:rsidRPr="001C64D6" w:rsidRDefault="00C97A70" w:rsidP="009C69E3">
      <w:pPr>
        <w:spacing w:after="0" w:line="240" w:lineRule="auto"/>
        <w:rPr>
          <w:lang w:val="fr-FR"/>
        </w:rPr>
      </w:pPr>
      <w:r w:rsidRPr="001C64D6">
        <w:rPr>
          <w:sz w:val="20"/>
          <w:lang w:val="fr-FR"/>
        </w:rPr>
        <w:t>Le recrutement est fondé sur les compétences, l’expérience, l’aptitude à travailler dans un environnement exigeant et respectueux des droits, ainsi que sur l’adhésion effective aux règles de sauvegarde et d’éthique. Le RéTEva se réserve la possibilité de vérifier les références professionnelles et d’appliquer les contrôles préalables autorisés par la réglementation et les procédures du programme.</w:t>
      </w:r>
    </w:p>
    <w:p w14:paraId="1CF96710" w14:textId="02BA3CED" w:rsidR="00DB1F65" w:rsidRDefault="00DB1F65" w:rsidP="009C69E3">
      <w:pPr>
        <w:spacing w:after="0" w:line="240" w:lineRule="auto"/>
        <w:rPr>
          <w:lang w:val="fr-FR"/>
        </w:rPr>
      </w:pPr>
    </w:p>
    <w:p w14:paraId="6A266051" w14:textId="77777777" w:rsidR="00003A3F" w:rsidRPr="001C64D6" w:rsidRDefault="00003A3F" w:rsidP="00003A3F">
      <w:pPr>
        <w:spacing w:after="0" w:line="240" w:lineRule="auto"/>
        <w:rPr>
          <w:lang w:val="fr-FR"/>
        </w:rPr>
      </w:pPr>
      <w:r w:rsidRPr="001C64D6">
        <w:rPr>
          <w:b/>
          <w:color w:val="ED6615"/>
          <w:sz w:val="20"/>
          <w:lang w:val="fr-FR"/>
        </w:rPr>
        <w:t>DOSSIER DE CANDIDATURE À TRANSMETTRE EN UN SEUL ENVOI :</w:t>
      </w:r>
    </w:p>
    <w:p w14:paraId="5D49EB20" w14:textId="77777777" w:rsidR="00003A3F" w:rsidRPr="001C64D6" w:rsidRDefault="00003A3F" w:rsidP="00003A3F">
      <w:pPr>
        <w:pStyle w:val="Listepuces"/>
        <w:spacing w:after="0" w:line="240" w:lineRule="auto"/>
        <w:ind w:left="317" w:hanging="173"/>
        <w:rPr>
          <w:lang w:val="fr-FR"/>
        </w:rPr>
      </w:pPr>
      <w:r w:rsidRPr="001C64D6">
        <w:rPr>
          <w:color w:val="222222"/>
          <w:sz w:val="19"/>
          <w:lang w:val="fr-FR"/>
        </w:rPr>
        <w:t>Lettre de motivation d’une page maximum, précisant le poste sollicité.</w:t>
      </w:r>
    </w:p>
    <w:p w14:paraId="77CE1372" w14:textId="77777777" w:rsidR="00003A3F" w:rsidRPr="001C64D6" w:rsidRDefault="00003A3F" w:rsidP="00003A3F">
      <w:pPr>
        <w:pStyle w:val="Listepuces"/>
        <w:spacing w:after="0" w:line="240" w:lineRule="auto"/>
        <w:ind w:left="317" w:hanging="173"/>
        <w:rPr>
          <w:lang w:val="fr-FR"/>
        </w:rPr>
      </w:pPr>
      <w:r w:rsidRPr="001C64D6">
        <w:rPr>
          <w:color w:val="222222"/>
          <w:sz w:val="19"/>
          <w:lang w:val="fr-FR"/>
        </w:rPr>
        <w:t>CV établi selon le canevas correspondant au poste, quatre pages maximum.</w:t>
      </w:r>
    </w:p>
    <w:p w14:paraId="37CD010A" w14:textId="77777777" w:rsidR="00003A3F" w:rsidRPr="001C64D6" w:rsidRDefault="00003A3F" w:rsidP="00003A3F">
      <w:pPr>
        <w:pStyle w:val="Listepuces"/>
        <w:spacing w:after="0" w:line="240" w:lineRule="auto"/>
        <w:ind w:left="317" w:hanging="173"/>
        <w:rPr>
          <w:lang w:val="fr-FR"/>
        </w:rPr>
      </w:pPr>
      <w:r w:rsidRPr="001C64D6">
        <w:rPr>
          <w:color w:val="222222"/>
          <w:sz w:val="19"/>
          <w:lang w:val="fr-FR"/>
        </w:rPr>
        <w:t>Copies des diplômes et des attestations ou certificats pertinents.</w:t>
      </w:r>
    </w:p>
    <w:p w14:paraId="4EADA397" w14:textId="77777777" w:rsidR="00003A3F" w:rsidRPr="001C64D6" w:rsidRDefault="00003A3F" w:rsidP="00003A3F">
      <w:pPr>
        <w:pStyle w:val="Listepuces"/>
        <w:spacing w:after="0" w:line="240" w:lineRule="auto"/>
        <w:ind w:left="317" w:hanging="173"/>
        <w:rPr>
          <w:lang w:val="fr-FR"/>
        </w:rPr>
      </w:pPr>
      <w:r w:rsidRPr="001C64D6">
        <w:rPr>
          <w:color w:val="222222"/>
          <w:sz w:val="19"/>
          <w:lang w:val="fr-FR"/>
        </w:rPr>
        <w:t>Justificatifs des expériences professionnelles pertinentes disponibles.</w:t>
      </w:r>
    </w:p>
    <w:p w14:paraId="7669B237" w14:textId="77777777" w:rsidR="00003A3F" w:rsidRPr="001B16B7" w:rsidRDefault="00003A3F" w:rsidP="00003A3F">
      <w:pPr>
        <w:pStyle w:val="Listepuces"/>
        <w:spacing w:after="0" w:line="240" w:lineRule="auto"/>
        <w:ind w:left="317" w:hanging="173"/>
        <w:rPr>
          <w:lang w:val="fr-FR"/>
        </w:rPr>
      </w:pPr>
      <w:r w:rsidRPr="001C64D6">
        <w:rPr>
          <w:color w:val="222222"/>
          <w:sz w:val="19"/>
          <w:lang w:val="fr-FR"/>
        </w:rPr>
        <w:t>Coordonnées de deux références professionnelles pouvant être contactées par le jury.</w:t>
      </w:r>
    </w:p>
    <w:p w14:paraId="4FE6EA6E" w14:textId="77777777" w:rsidR="00003A3F" w:rsidRPr="001C64D6" w:rsidRDefault="00003A3F" w:rsidP="00003A3F">
      <w:pPr>
        <w:pStyle w:val="Listepuces"/>
        <w:numPr>
          <w:ilvl w:val="0"/>
          <w:numId w:val="0"/>
        </w:numPr>
        <w:spacing w:after="0" w:line="240" w:lineRule="auto"/>
        <w:ind w:left="317"/>
        <w:rPr>
          <w:lang w:val="fr-FR"/>
        </w:rPr>
      </w:pPr>
    </w:p>
    <w:tbl>
      <w:tblPr>
        <w:tblW w:w="0" w:type="auto"/>
        <w:jc w:val="center"/>
        <w:tblLook w:val="04A0" w:firstRow="1" w:lastRow="0" w:firstColumn="1" w:lastColumn="0" w:noHBand="0" w:noVBand="1"/>
      </w:tblPr>
      <w:tblGrid>
        <w:gridCol w:w="10060"/>
      </w:tblGrid>
      <w:tr w:rsidR="00003A3F" w:rsidRPr="00423058" w14:paraId="1DDFD55F" w14:textId="77777777" w:rsidTr="00F57121">
        <w:trPr>
          <w:jc w:val="center"/>
        </w:trPr>
        <w:tc>
          <w:tcPr>
            <w:tcW w:w="10080" w:type="dxa"/>
            <w:tcBorders>
              <w:top w:val="single" w:sz="8" w:space="0" w:color="ED6615"/>
              <w:left w:val="single" w:sz="8" w:space="0" w:color="ED6615"/>
              <w:bottom w:val="single" w:sz="8" w:space="0" w:color="ED6615"/>
              <w:right w:val="single" w:sz="8" w:space="0" w:color="ED6615"/>
            </w:tcBorders>
            <w:shd w:val="clear" w:color="auto" w:fill="FCE9DC"/>
            <w:tcMar>
              <w:top w:w="100" w:type="dxa"/>
              <w:left w:w="110" w:type="dxa"/>
              <w:bottom w:w="100" w:type="dxa"/>
              <w:right w:w="110" w:type="dxa"/>
            </w:tcMar>
            <w:vAlign w:val="center"/>
          </w:tcPr>
          <w:p w14:paraId="68BC60F0" w14:textId="77777777" w:rsidR="00003A3F" w:rsidRPr="001C64D6" w:rsidRDefault="00003A3F" w:rsidP="00F57121">
            <w:pPr>
              <w:spacing w:after="0" w:line="240" w:lineRule="auto"/>
              <w:jc w:val="center"/>
              <w:rPr>
                <w:lang w:val="fr-FR"/>
              </w:rPr>
            </w:pPr>
            <w:r w:rsidRPr="001C64D6">
              <w:rPr>
                <w:b/>
                <w:color w:val="ED6615"/>
                <w:sz w:val="22"/>
                <w:lang w:val="fr-FR"/>
              </w:rPr>
              <w:t>TOUT DOSSIER INCOMPLET NE SERA PAS TRAITÉ.</w:t>
            </w:r>
          </w:p>
        </w:tc>
      </w:tr>
    </w:tbl>
    <w:p w14:paraId="2F094C7E" w14:textId="77777777" w:rsidR="00003A3F" w:rsidRPr="001C64D6" w:rsidRDefault="00003A3F" w:rsidP="00003A3F">
      <w:pPr>
        <w:spacing w:after="0" w:line="240" w:lineRule="auto"/>
        <w:rPr>
          <w:lang w:val="fr-FR"/>
        </w:rPr>
      </w:pPr>
      <w:r w:rsidRPr="001C64D6">
        <w:rPr>
          <w:i/>
          <w:color w:val="666666"/>
          <w:sz w:val="18"/>
          <w:lang w:val="fr-FR"/>
        </w:rPr>
        <w:t>Les candidatures sont examinées sur la base des exigences du poste, des expériences vérifiables, de l’intégrité professionnelle et de l’adhésion aux principes de sauvegarde et de PSEA/PEAS.</w:t>
      </w:r>
    </w:p>
    <w:p w14:paraId="02DB7576" w14:textId="12C85358" w:rsidR="00003A3F" w:rsidRDefault="00003A3F" w:rsidP="00003A3F">
      <w:pPr>
        <w:spacing w:after="0" w:line="240" w:lineRule="auto"/>
        <w:rPr>
          <w:lang w:val="fr-FR"/>
        </w:rPr>
      </w:pPr>
      <w:r w:rsidRPr="001C64D6">
        <w:rPr>
          <w:lang w:val="fr-FR"/>
        </w:rPr>
        <w:br w:type="page"/>
      </w:r>
    </w:p>
    <w:tbl>
      <w:tblPr>
        <w:tblW w:w="0" w:type="auto"/>
        <w:jc w:val="center"/>
        <w:tblLook w:val="04A0" w:firstRow="1" w:lastRow="0" w:firstColumn="1" w:lastColumn="0" w:noHBand="0" w:noVBand="1"/>
      </w:tblPr>
      <w:tblGrid>
        <w:gridCol w:w="10080"/>
      </w:tblGrid>
      <w:tr w:rsidR="00DB1F65" w:rsidRPr="00423058" w14:paraId="694903FB" w14:textId="77777777">
        <w:trPr>
          <w:jc w:val="center"/>
        </w:trPr>
        <w:tc>
          <w:tcPr>
            <w:tcW w:w="10080" w:type="dxa"/>
            <w:shd w:val="clear" w:color="auto" w:fill="ED6615"/>
            <w:tcMar>
              <w:top w:w="100" w:type="dxa"/>
              <w:left w:w="100" w:type="dxa"/>
              <w:bottom w:w="100" w:type="dxa"/>
              <w:right w:w="100" w:type="dxa"/>
            </w:tcMar>
            <w:vAlign w:val="center"/>
          </w:tcPr>
          <w:p w14:paraId="26F39287" w14:textId="7CAF09D6" w:rsidR="00DB1F65" w:rsidRPr="001C64D6" w:rsidRDefault="00C97A70" w:rsidP="009C69E3">
            <w:pPr>
              <w:spacing w:after="0" w:line="240" w:lineRule="auto"/>
              <w:jc w:val="center"/>
              <w:rPr>
                <w:lang w:val="fr-FR"/>
              </w:rPr>
            </w:pPr>
            <w:r w:rsidRPr="001C64D6">
              <w:rPr>
                <w:b/>
                <w:color w:val="FFFFFF"/>
                <w:sz w:val="32"/>
                <w:lang w:val="fr-FR"/>
              </w:rPr>
              <w:lastRenderedPageBreak/>
              <w:t>CANEVAS DE CV STANDARDISÉS</w:t>
            </w:r>
          </w:p>
        </w:tc>
      </w:tr>
    </w:tbl>
    <w:p w14:paraId="312AA434" w14:textId="77777777" w:rsidR="00DB1F65" w:rsidRPr="001C64D6" w:rsidRDefault="00C97A70" w:rsidP="009C69E3">
      <w:pPr>
        <w:spacing w:after="0" w:line="240" w:lineRule="auto"/>
        <w:jc w:val="center"/>
        <w:rPr>
          <w:lang w:val="fr-FR"/>
        </w:rPr>
      </w:pPr>
      <w:r w:rsidRPr="001C64D6">
        <w:rPr>
          <w:i/>
          <w:color w:val="315BA5"/>
          <w:sz w:val="20"/>
          <w:lang w:val="fr-FR"/>
        </w:rPr>
        <w:t>Canevas conçus pour faciliter une comparaison rapide, équitable et documentée des candidatures par le jury.</w:t>
      </w:r>
    </w:p>
    <w:p w14:paraId="2D03B818" w14:textId="77777777" w:rsidR="009C69E3" w:rsidRDefault="009C69E3" w:rsidP="009C69E3">
      <w:pPr>
        <w:keepNext/>
        <w:spacing w:after="0" w:line="240" w:lineRule="auto"/>
        <w:rPr>
          <w:b/>
          <w:color w:val="315BA5"/>
          <w:sz w:val="25"/>
        </w:rPr>
      </w:pPr>
    </w:p>
    <w:p w14:paraId="4BEA2792" w14:textId="324C1D10" w:rsidR="00DB1F65" w:rsidRDefault="00C97A70" w:rsidP="009C69E3">
      <w:pPr>
        <w:keepNext/>
        <w:spacing w:after="0" w:line="240" w:lineRule="auto"/>
      </w:pPr>
      <w:r>
        <w:rPr>
          <w:b/>
          <w:color w:val="315BA5"/>
          <w:sz w:val="25"/>
        </w:rPr>
        <w:t>INSTRUCTIONS COMMUNES AUX CANDIDATS</w:t>
      </w:r>
    </w:p>
    <w:p w14:paraId="70FCED38" w14:textId="77777777" w:rsidR="00DB1F65" w:rsidRPr="001C64D6" w:rsidRDefault="00C97A70" w:rsidP="009C69E3">
      <w:pPr>
        <w:pStyle w:val="Listepuces"/>
        <w:spacing w:after="0" w:line="240" w:lineRule="auto"/>
        <w:ind w:left="317" w:hanging="173"/>
        <w:rPr>
          <w:lang w:val="fr-FR"/>
        </w:rPr>
      </w:pPr>
      <w:r w:rsidRPr="001C64D6">
        <w:rPr>
          <w:sz w:val="19"/>
          <w:lang w:val="fr-FR"/>
        </w:rPr>
        <w:t>Utiliser uniquement le canevas correspondant au poste sollicité et conserver l’ordre des rubriques.</w:t>
      </w:r>
    </w:p>
    <w:p w14:paraId="32256DBD" w14:textId="77777777" w:rsidR="00DB1F65" w:rsidRPr="001C64D6" w:rsidRDefault="00C97A70" w:rsidP="009C69E3">
      <w:pPr>
        <w:pStyle w:val="Listepuces"/>
        <w:spacing w:after="0" w:line="240" w:lineRule="auto"/>
        <w:ind w:left="317" w:hanging="173"/>
        <w:rPr>
          <w:lang w:val="fr-FR"/>
        </w:rPr>
      </w:pPr>
      <w:r w:rsidRPr="001C64D6">
        <w:rPr>
          <w:sz w:val="19"/>
          <w:lang w:val="fr-FR"/>
        </w:rPr>
        <w:t>Limiter le CV à quatre pages maximum ; privilégier les informations directement liées au poste.</w:t>
      </w:r>
    </w:p>
    <w:p w14:paraId="60EFB0D1" w14:textId="77777777" w:rsidR="00DB1F65" w:rsidRPr="001C64D6" w:rsidRDefault="00C97A70" w:rsidP="009C69E3">
      <w:pPr>
        <w:pStyle w:val="Listepuces"/>
        <w:spacing w:after="0" w:line="240" w:lineRule="auto"/>
        <w:ind w:left="317" w:hanging="173"/>
        <w:rPr>
          <w:lang w:val="fr-FR"/>
        </w:rPr>
      </w:pPr>
      <w:r w:rsidRPr="001C64D6">
        <w:rPr>
          <w:sz w:val="19"/>
          <w:lang w:val="fr-FR"/>
        </w:rPr>
        <w:t>Présenter les expériences de la plus récente à la plus ancienne et indiquer les mois et années.</w:t>
      </w:r>
    </w:p>
    <w:p w14:paraId="665F34DD" w14:textId="77777777" w:rsidR="00DB1F65" w:rsidRPr="001C64D6" w:rsidRDefault="00C97A70" w:rsidP="009C69E3">
      <w:pPr>
        <w:pStyle w:val="Listepuces"/>
        <w:spacing w:after="0" w:line="240" w:lineRule="auto"/>
        <w:ind w:left="317" w:hanging="173"/>
        <w:rPr>
          <w:lang w:val="fr-FR"/>
        </w:rPr>
      </w:pPr>
      <w:r w:rsidRPr="001C64D6">
        <w:rPr>
          <w:sz w:val="19"/>
          <w:lang w:val="fr-FR"/>
        </w:rPr>
        <w:t>Décrire des résultats ou réalisations vérifiables plutôt que des formulations générales.</w:t>
      </w:r>
    </w:p>
    <w:p w14:paraId="6D7BF48C" w14:textId="77777777" w:rsidR="00DB1F65" w:rsidRPr="001C64D6" w:rsidRDefault="00C97A70" w:rsidP="009C69E3">
      <w:pPr>
        <w:pStyle w:val="Listepuces"/>
        <w:spacing w:after="0" w:line="240" w:lineRule="auto"/>
        <w:ind w:left="317" w:hanging="173"/>
        <w:rPr>
          <w:lang w:val="fr-FR"/>
        </w:rPr>
      </w:pPr>
      <w:r w:rsidRPr="001C64D6">
        <w:rPr>
          <w:sz w:val="19"/>
          <w:lang w:val="fr-FR"/>
        </w:rPr>
        <w:t>Ne déclarer que les diplômes, expériences, outils et compétences pouvant être justifiés en cas de demande.</w:t>
      </w:r>
    </w:p>
    <w:p w14:paraId="47619F23" w14:textId="77777777" w:rsidR="00DB1F65" w:rsidRPr="001C64D6" w:rsidRDefault="00C97A70" w:rsidP="009C69E3">
      <w:pPr>
        <w:pStyle w:val="Listepuces"/>
        <w:spacing w:after="0" w:line="240" w:lineRule="auto"/>
        <w:ind w:left="317" w:hanging="173"/>
        <w:rPr>
          <w:lang w:val="fr-FR"/>
        </w:rPr>
      </w:pPr>
      <w:r w:rsidRPr="001C64D6">
        <w:rPr>
          <w:sz w:val="19"/>
          <w:lang w:val="fr-FR"/>
        </w:rPr>
        <w:t>Une même personne peut candidater à plusieurs postes, mais doit transmettre un dossier distinct et un CV adapté à chaque poste.</w:t>
      </w:r>
    </w:p>
    <w:p w14:paraId="0722DA5C" w14:textId="77777777" w:rsidR="00DB1F65" w:rsidRPr="001C64D6" w:rsidRDefault="00C97A70" w:rsidP="009C69E3">
      <w:pPr>
        <w:spacing w:after="0" w:line="240" w:lineRule="auto"/>
        <w:rPr>
          <w:lang w:val="fr-FR"/>
        </w:rPr>
      </w:pPr>
      <w:r w:rsidRPr="001C64D6">
        <w:rPr>
          <w:b/>
          <w:color w:val="ED6615"/>
          <w:sz w:val="19"/>
          <w:lang w:val="fr-FR"/>
        </w:rPr>
        <w:t>RAPPEL : tout dossier incomplet ne sera pas traité.</w:t>
      </w:r>
    </w:p>
    <w:p w14:paraId="5BC06824" w14:textId="621955BE" w:rsidR="00DB1F65" w:rsidRDefault="00DB1F65" w:rsidP="009C69E3">
      <w:pPr>
        <w:spacing w:after="0" w:line="240" w:lineRule="auto"/>
      </w:pPr>
    </w:p>
    <w:tbl>
      <w:tblPr>
        <w:tblW w:w="0" w:type="auto"/>
        <w:jc w:val="center"/>
        <w:tblLook w:val="04A0" w:firstRow="1" w:lastRow="0" w:firstColumn="1" w:lastColumn="0" w:noHBand="0" w:noVBand="1"/>
      </w:tblPr>
      <w:tblGrid>
        <w:gridCol w:w="10080"/>
      </w:tblGrid>
      <w:tr w:rsidR="00DB1F65" w:rsidRPr="00423058" w14:paraId="546E1C16" w14:textId="77777777">
        <w:trPr>
          <w:jc w:val="center"/>
        </w:trPr>
        <w:tc>
          <w:tcPr>
            <w:tcW w:w="10080" w:type="dxa"/>
            <w:shd w:val="clear" w:color="auto" w:fill="315BA5"/>
            <w:tcMar>
              <w:top w:w="100" w:type="dxa"/>
              <w:left w:w="100" w:type="dxa"/>
              <w:bottom w:w="100" w:type="dxa"/>
              <w:right w:w="100" w:type="dxa"/>
            </w:tcMar>
            <w:vAlign w:val="center"/>
          </w:tcPr>
          <w:p w14:paraId="7F6803FE" w14:textId="77777777" w:rsidR="00DB1F65" w:rsidRPr="001C64D6" w:rsidRDefault="00C97A70" w:rsidP="009C69E3">
            <w:pPr>
              <w:spacing w:after="0" w:line="240" w:lineRule="auto"/>
              <w:jc w:val="center"/>
              <w:rPr>
                <w:lang w:val="fr-FR"/>
              </w:rPr>
            </w:pPr>
            <w:r w:rsidRPr="001C64D6">
              <w:rPr>
                <w:b/>
                <w:color w:val="FFFFFF"/>
                <w:sz w:val="30"/>
                <w:lang w:val="fr-FR"/>
              </w:rPr>
              <w:t>CANEVAS DE CV N° 3 – ASSISTANT(E) EN COMMUNICATION</w:t>
            </w:r>
          </w:p>
        </w:tc>
      </w:tr>
    </w:tbl>
    <w:p w14:paraId="1F3858BA" w14:textId="77777777" w:rsidR="00DB1F65" w:rsidRPr="001C64D6" w:rsidRDefault="00C97A70" w:rsidP="009C69E3">
      <w:pPr>
        <w:spacing w:after="0" w:line="240" w:lineRule="auto"/>
        <w:jc w:val="center"/>
        <w:rPr>
          <w:lang w:val="fr-FR"/>
        </w:rPr>
      </w:pPr>
      <w:r w:rsidRPr="001C64D6">
        <w:rPr>
          <w:i/>
          <w:color w:val="ED6615"/>
          <w:sz w:val="19"/>
          <w:lang w:val="fr-FR"/>
        </w:rPr>
        <w:t>À utiliser obligatoirement pour la candidature – maximum 4 pages</w:t>
      </w:r>
    </w:p>
    <w:p w14:paraId="4FB09E27" w14:textId="77777777" w:rsidR="00DB1F65" w:rsidRDefault="00C97A70" w:rsidP="009C69E3">
      <w:pPr>
        <w:keepNext/>
        <w:spacing w:after="0" w:line="240" w:lineRule="auto"/>
      </w:pPr>
      <w:r>
        <w:rPr>
          <w:b/>
          <w:color w:val="315BA5"/>
          <w:sz w:val="25"/>
        </w:rPr>
        <w:t>1. IDENTIFICATION ET DISPONIBILITÉ</w:t>
      </w:r>
    </w:p>
    <w:tbl>
      <w:tblPr>
        <w:tblW w:w="0" w:type="auto"/>
        <w:jc w:val="center"/>
        <w:tblLayout w:type="fixed"/>
        <w:tblLook w:val="04A0" w:firstRow="1" w:lastRow="0" w:firstColumn="1" w:lastColumn="0" w:noHBand="0" w:noVBand="1"/>
      </w:tblPr>
      <w:tblGrid>
        <w:gridCol w:w="3024"/>
        <w:gridCol w:w="6480"/>
      </w:tblGrid>
      <w:tr w:rsidR="00DB1F65" w14:paraId="4529368A"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45B01C0E" w14:textId="77777777" w:rsidR="00DB1F65" w:rsidRDefault="00C97A70" w:rsidP="009C69E3">
            <w:pPr>
              <w:spacing w:after="0" w:line="240" w:lineRule="auto"/>
            </w:pPr>
            <w:r>
              <w:rPr>
                <w:b/>
                <w:color w:val="315BA5"/>
                <w:sz w:val="18"/>
              </w:rPr>
              <w:t>Nom et prénoms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0310F6B" w14:textId="77777777" w:rsidR="00DB1F65" w:rsidRDefault="00C97A70" w:rsidP="009C69E3">
            <w:pPr>
              <w:spacing w:after="0" w:line="240" w:lineRule="auto"/>
            </w:pPr>
            <w:r>
              <w:rPr>
                <w:i/>
                <w:color w:val="777777"/>
                <w:sz w:val="18"/>
              </w:rPr>
              <w:t>[À compléter]</w:t>
            </w:r>
          </w:p>
        </w:tc>
      </w:tr>
      <w:tr w:rsidR="00DB1F65" w14:paraId="4BF1C3CE"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91E2E96" w14:textId="77777777" w:rsidR="00DB1F65" w:rsidRDefault="00C97A70" w:rsidP="009C69E3">
            <w:pPr>
              <w:spacing w:after="0" w:line="240" w:lineRule="auto"/>
            </w:pPr>
            <w:r>
              <w:rPr>
                <w:b/>
                <w:color w:val="315BA5"/>
                <w:sz w:val="18"/>
              </w:rPr>
              <w:t>Téléphone / WhatsApp</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5EE2441" w14:textId="77777777" w:rsidR="00DB1F65" w:rsidRDefault="00C97A70" w:rsidP="009C69E3">
            <w:pPr>
              <w:spacing w:after="0" w:line="240" w:lineRule="auto"/>
            </w:pPr>
            <w:r>
              <w:rPr>
                <w:i/>
                <w:color w:val="777777"/>
                <w:sz w:val="18"/>
              </w:rPr>
              <w:t>[À compléter]</w:t>
            </w:r>
          </w:p>
        </w:tc>
      </w:tr>
      <w:tr w:rsidR="00DB1F65" w14:paraId="105606C5"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4F188C9" w14:textId="77777777" w:rsidR="00DB1F65" w:rsidRDefault="00C97A70" w:rsidP="009C69E3">
            <w:pPr>
              <w:spacing w:after="0" w:line="240" w:lineRule="auto"/>
            </w:pPr>
            <w:r>
              <w:rPr>
                <w:b/>
                <w:color w:val="315BA5"/>
                <w:sz w:val="18"/>
              </w:rPr>
              <w:t>Adresse e-mail</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1193D6C" w14:textId="77777777" w:rsidR="00DB1F65" w:rsidRDefault="00C97A70" w:rsidP="009C69E3">
            <w:pPr>
              <w:spacing w:after="0" w:line="240" w:lineRule="auto"/>
            </w:pPr>
            <w:r>
              <w:rPr>
                <w:i/>
                <w:color w:val="777777"/>
                <w:sz w:val="18"/>
              </w:rPr>
              <w:t>[À compléter]</w:t>
            </w:r>
          </w:p>
        </w:tc>
      </w:tr>
      <w:tr w:rsidR="00DB1F65" w14:paraId="3656F8C6"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4F4E5F53" w14:textId="77777777" w:rsidR="00DB1F65" w:rsidRDefault="00C97A70" w:rsidP="009C69E3">
            <w:pPr>
              <w:spacing w:after="0" w:line="240" w:lineRule="auto"/>
            </w:pPr>
            <w:r>
              <w:rPr>
                <w:b/>
                <w:color w:val="315BA5"/>
                <w:sz w:val="18"/>
              </w:rPr>
              <w:t>Lieu de résidence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CABCFFE" w14:textId="77777777" w:rsidR="00DB1F65" w:rsidRDefault="00C97A70" w:rsidP="009C69E3">
            <w:pPr>
              <w:spacing w:after="0" w:line="240" w:lineRule="auto"/>
            </w:pPr>
            <w:r>
              <w:rPr>
                <w:i/>
                <w:color w:val="777777"/>
                <w:sz w:val="18"/>
              </w:rPr>
              <w:t>[Ville / préfecture / pays]</w:t>
            </w:r>
          </w:p>
        </w:tc>
      </w:tr>
      <w:tr w:rsidR="00DB1F65" w14:paraId="0FF282D4"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419291EE" w14:textId="77777777" w:rsidR="00DB1F65" w:rsidRDefault="00C97A70" w:rsidP="009C69E3">
            <w:pPr>
              <w:spacing w:after="0" w:line="240" w:lineRule="auto"/>
            </w:pPr>
            <w:r>
              <w:rPr>
                <w:b/>
                <w:color w:val="315BA5"/>
                <w:sz w:val="18"/>
              </w:rPr>
              <w:t>Nationalité</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EF534AC" w14:textId="77777777" w:rsidR="00DB1F65" w:rsidRDefault="00C97A70" w:rsidP="009C69E3">
            <w:pPr>
              <w:spacing w:after="0" w:line="240" w:lineRule="auto"/>
            </w:pPr>
            <w:r>
              <w:rPr>
                <w:i/>
                <w:color w:val="777777"/>
                <w:sz w:val="18"/>
              </w:rPr>
              <w:t>[À compléter]</w:t>
            </w:r>
          </w:p>
        </w:tc>
      </w:tr>
      <w:tr w:rsidR="00DB1F65" w14:paraId="4FBD652A" w14:textId="77777777">
        <w:trPr>
          <w:cantSplit/>
          <w:jc w:val="center"/>
        </w:trPr>
        <w:tc>
          <w:tcPr>
            <w:tcW w:w="3024"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6591B869" w14:textId="77777777" w:rsidR="00DB1F65" w:rsidRDefault="00C97A70" w:rsidP="009C69E3">
            <w:pPr>
              <w:spacing w:after="0" w:line="240" w:lineRule="auto"/>
            </w:pPr>
            <w:r>
              <w:rPr>
                <w:b/>
                <w:color w:val="315BA5"/>
                <w:sz w:val="18"/>
              </w:rPr>
              <w:t>Disponibilité / préavis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25C733B" w14:textId="77777777" w:rsidR="00DB1F65" w:rsidRDefault="00C97A70" w:rsidP="009C69E3">
            <w:pPr>
              <w:spacing w:after="0" w:line="240" w:lineRule="auto"/>
            </w:pPr>
            <w:r>
              <w:rPr>
                <w:i/>
                <w:color w:val="777777"/>
                <w:sz w:val="18"/>
              </w:rPr>
              <w:t>[À compléter]</w:t>
            </w:r>
          </w:p>
        </w:tc>
      </w:tr>
    </w:tbl>
    <w:p w14:paraId="2FDEE815" w14:textId="77777777" w:rsidR="00DB1F65" w:rsidRPr="001C64D6" w:rsidRDefault="00C97A70" w:rsidP="009C69E3">
      <w:pPr>
        <w:spacing w:after="0" w:line="240" w:lineRule="auto"/>
        <w:rPr>
          <w:lang w:val="fr-FR"/>
        </w:rPr>
      </w:pPr>
      <w:r w:rsidRPr="001C64D6">
        <w:rPr>
          <w:i/>
          <w:color w:val="666666"/>
          <w:sz w:val="17"/>
          <w:lang w:val="fr-FR"/>
        </w:rPr>
        <w:t>Ne pas joindre de photo et ne pas indiquer la situation matrimoniale, la religion ou toute autre information personnelle sans lien avec le poste.</w:t>
      </w:r>
    </w:p>
    <w:p w14:paraId="157A2FB8" w14:textId="77777777" w:rsidR="00DB1F65" w:rsidRPr="001C64D6" w:rsidRDefault="00C97A70" w:rsidP="009C69E3">
      <w:pPr>
        <w:keepNext/>
        <w:spacing w:after="0" w:line="240" w:lineRule="auto"/>
        <w:rPr>
          <w:lang w:val="fr-FR"/>
        </w:rPr>
      </w:pPr>
      <w:r w:rsidRPr="001C64D6">
        <w:rPr>
          <w:b/>
          <w:color w:val="315BA5"/>
          <w:sz w:val="25"/>
          <w:lang w:val="fr-FR"/>
        </w:rPr>
        <w:t>2. SYNTHÈSE DU PROFIL – LECTURE RAPIDE DU JURY</w:t>
      </w:r>
    </w:p>
    <w:tbl>
      <w:tblPr>
        <w:tblW w:w="10161" w:type="dxa"/>
        <w:jc w:val="center"/>
        <w:tblLayout w:type="fixed"/>
        <w:tblLook w:val="04A0" w:firstRow="1" w:lastRow="0" w:firstColumn="1" w:lastColumn="0" w:noHBand="0" w:noVBand="1"/>
      </w:tblPr>
      <w:tblGrid>
        <w:gridCol w:w="3681"/>
        <w:gridCol w:w="6480"/>
      </w:tblGrid>
      <w:tr w:rsidR="00DB1F65" w14:paraId="3BCF10AB" w14:textId="77777777" w:rsidTr="00003A3F">
        <w:trPr>
          <w:cantSplit/>
          <w:jc w:val="center"/>
        </w:trPr>
        <w:tc>
          <w:tcPr>
            <w:tcW w:w="3681"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0B856144" w14:textId="77777777" w:rsidR="00DB1F65" w:rsidRDefault="00C97A70" w:rsidP="009C69E3">
            <w:pPr>
              <w:spacing w:after="0" w:line="240" w:lineRule="auto"/>
            </w:pPr>
            <w:r>
              <w:rPr>
                <w:b/>
                <w:color w:val="315BA5"/>
                <w:sz w:val="18"/>
              </w:rPr>
              <w:t>Diplôme le plus élevé</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6F122C1" w14:textId="77777777" w:rsidR="00DB1F65" w:rsidRDefault="00C97A70" w:rsidP="009C69E3">
            <w:pPr>
              <w:spacing w:after="0" w:line="240" w:lineRule="auto"/>
            </w:pPr>
            <w:r>
              <w:rPr>
                <w:i/>
                <w:color w:val="777777"/>
                <w:sz w:val="18"/>
              </w:rPr>
              <w:t>[Intitulé, domaine, établissement, année]</w:t>
            </w:r>
          </w:p>
        </w:tc>
      </w:tr>
      <w:tr w:rsidR="00DB1F65" w14:paraId="777B9200" w14:textId="77777777" w:rsidTr="00003A3F">
        <w:trPr>
          <w:cantSplit/>
          <w:jc w:val="center"/>
        </w:trPr>
        <w:tc>
          <w:tcPr>
            <w:tcW w:w="3681"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11BF3FB3" w14:textId="77777777" w:rsidR="00DB1F65" w:rsidRDefault="00C97A70" w:rsidP="009C69E3">
            <w:pPr>
              <w:spacing w:after="0" w:line="240" w:lineRule="auto"/>
            </w:pPr>
            <w:r>
              <w:rPr>
                <w:b/>
                <w:color w:val="315BA5"/>
                <w:sz w:val="18"/>
              </w:rPr>
              <w:t>Expérience en communication cumulée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0FB65C1" w14:textId="77777777" w:rsidR="00DB1F65" w:rsidRDefault="00C97A70" w:rsidP="009C69E3">
            <w:pPr>
              <w:spacing w:after="0" w:line="240" w:lineRule="auto"/>
            </w:pPr>
            <w:r>
              <w:rPr>
                <w:i/>
                <w:color w:val="777777"/>
                <w:sz w:val="18"/>
              </w:rPr>
              <w:t>[Nombre d’années / mois]</w:t>
            </w:r>
          </w:p>
        </w:tc>
      </w:tr>
      <w:tr w:rsidR="00DB1F65" w14:paraId="4241276F" w14:textId="77777777" w:rsidTr="00003A3F">
        <w:trPr>
          <w:cantSplit/>
          <w:jc w:val="center"/>
        </w:trPr>
        <w:tc>
          <w:tcPr>
            <w:tcW w:w="3681"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A9CF1A0" w14:textId="77777777" w:rsidR="00DB1F65" w:rsidRPr="001C64D6" w:rsidRDefault="00C97A70" w:rsidP="009C69E3">
            <w:pPr>
              <w:spacing w:after="0" w:line="240" w:lineRule="auto"/>
              <w:rPr>
                <w:lang w:val="fr-FR"/>
              </w:rPr>
            </w:pPr>
            <w:r w:rsidRPr="001C64D6">
              <w:rPr>
                <w:b/>
                <w:color w:val="315BA5"/>
                <w:sz w:val="18"/>
                <w:lang w:val="fr-FR"/>
              </w:rPr>
              <w:t>Expérience en communication digitale / réseaux sociaux</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1EE690E" w14:textId="77777777" w:rsidR="00DB1F65" w:rsidRDefault="00C97A70" w:rsidP="009C69E3">
            <w:pPr>
              <w:spacing w:after="0" w:line="240" w:lineRule="auto"/>
            </w:pPr>
            <w:r>
              <w:rPr>
                <w:i/>
                <w:color w:val="777777"/>
                <w:sz w:val="18"/>
              </w:rPr>
              <w:t>[Nombre d’années / mois + plateformes]</w:t>
            </w:r>
          </w:p>
        </w:tc>
      </w:tr>
      <w:tr w:rsidR="00DB1F65" w14:paraId="7B2FB533" w14:textId="77777777" w:rsidTr="00003A3F">
        <w:trPr>
          <w:cantSplit/>
          <w:jc w:val="center"/>
        </w:trPr>
        <w:tc>
          <w:tcPr>
            <w:tcW w:w="3681"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892B5FF" w14:textId="77777777" w:rsidR="00DB1F65" w:rsidRPr="001C64D6" w:rsidRDefault="00C97A70" w:rsidP="009C69E3">
            <w:pPr>
              <w:spacing w:after="0" w:line="240" w:lineRule="auto"/>
              <w:rPr>
                <w:lang w:val="fr-FR"/>
              </w:rPr>
            </w:pPr>
            <w:r w:rsidRPr="001C64D6">
              <w:rPr>
                <w:b/>
                <w:color w:val="315BA5"/>
                <w:sz w:val="18"/>
                <w:lang w:val="fr-FR"/>
              </w:rPr>
              <w:t>Expérience avec ONG / programme / organisation internationale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F5CEE54" w14:textId="77777777" w:rsidR="00DB1F65" w:rsidRDefault="00C97A70" w:rsidP="009C69E3">
            <w:pPr>
              <w:spacing w:after="0" w:line="240" w:lineRule="auto"/>
            </w:pPr>
            <w:r>
              <w:rPr>
                <w:i/>
                <w:color w:val="777777"/>
                <w:sz w:val="18"/>
              </w:rPr>
              <w:t>[Oui / Non – préciser brièvement]</w:t>
            </w:r>
          </w:p>
        </w:tc>
      </w:tr>
      <w:tr w:rsidR="00DB1F65" w14:paraId="578D0E2E" w14:textId="77777777" w:rsidTr="00003A3F">
        <w:trPr>
          <w:cantSplit/>
          <w:jc w:val="center"/>
        </w:trPr>
        <w:tc>
          <w:tcPr>
            <w:tcW w:w="3681"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70475791" w14:textId="77777777" w:rsidR="00DB1F65" w:rsidRDefault="00C97A70" w:rsidP="009C69E3">
            <w:pPr>
              <w:spacing w:after="0" w:line="240" w:lineRule="auto"/>
            </w:pPr>
            <w:r>
              <w:rPr>
                <w:b/>
                <w:color w:val="315BA5"/>
                <w:sz w:val="18"/>
              </w:rPr>
              <w:t>Outils graphiques / vidéo maîtrisés</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BF74132" w14:textId="77777777" w:rsidR="00DB1F65" w:rsidRDefault="00C97A70" w:rsidP="009C69E3">
            <w:pPr>
              <w:spacing w:after="0" w:line="240" w:lineRule="auto"/>
            </w:pPr>
            <w:r>
              <w:rPr>
                <w:i/>
                <w:color w:val="777777"/>
                <w:sz w:val="18"/>
              </w:rPr>
              <w:t>[Préciser les principaux outils]</w:t>
            </w:r>
          </w:p>
        </w:tc>
      </w:tr>
      <w:tr w:rsidR="00DB1F65" w:rsidRPr="00423058" w14:paraId="69997AA3" w14:textId="77777777" w:rsidTr="00003A3F">
        <w:trPr>
          <w:cantSplit/>
          <w:jc w:val="center"/>
        </w:trPr>
        <w:tc>
          <w:tcPr>
            <w:tcW w:w="3681" w:type="dxa"/>
            <w:tcBorders>
              <w:top w:val="single" w:sz="4" w:space="0" w:color="D9E2E8"/>
              <w:left w:val="single" w:sz="4" w:space="0" w:color="D9E2E8"/>
              <w:bottom w:val="single" w:sz="4" w:space="0" w:color="D9E2E8"/>
              <w:right w:val="single" w:sz="4" w:space="0" w:color="D9E2E8"/>
            </w:tcBorders>
            <w:shd w:val="clear" w:color="auto" w:fill="EAF2F7"/>
            <w:tcMar>
              <w:top w:w="60" w:type="dxa"/>
              <w:left w:w="70" w:type="dxa"/>
              <w:bottom w:w="60" w:type="dxa"/>
              <w:right w:w="70" w:type="dxa"/>
            </w:tcMar>
            <w:vAlign w:val="center"/>
          </w:tcPr>
          <w:p w14:paraId="5965CDA8" w14:textId="77777777" w:rsidR="00DB1F65" w:rsidRPr="001C64D6" w:rsidRDefault="00C97A70" w:rsidP="009C69E3">
            <w:pPr>
              <w:spacing w:after="0" w:line="240" w:lineRule="auto"/>
              <w:rPr>
                <w:lang w:val="fr-FR"/>
              </w:rPr>
            </w:pPr>
            <w:r w:rsidRPr="001C64D6">
              <w:rPr>
                <w:b/>
                <w:color w:val="315BA5"/>
                <w:sz w:val="18"/>
                <w:lang w:val="fr-FR"/>
              </w:rPr>
              <w:t>Formation PSEA/PEAS ou sauvegarde</w:t>
            </w:r>
          </w:p>
        </w:tc>
        <w:tc>
          <w:tcPr>
            <w:tcW w:w="648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18F82CB" w14:textId="77777777" w:rsidR="00DB1F65" w:rsidRPr="001C64D6" w:rsidRDefault="00C97A70" w:rsidP="009C69E3">
            <w:pPr>
              <w:spacing w:after="0" w:line="240" w:lineRule="auto"/>
              <w:rPr>
                <w:lang w:val="fr-FR"/>
              </w:rPr>
            </w:pPr>
            <w:r w:rsidRPr="001C64D6">
              <w:rPr>
                <w:i/>
                <w:color w:val="777777"/>
                <w:sz w:val="18"/>
                <w:lang w:val="fr-FR"/>
              </w:rPr>
              <w:t>[Oui / Non – préciser si oui]</w:t>
            </w:r>
          </w:p>
        </w:tc>
      </w:tr>
    </w:tbl>
    <w:p w14:paraId="4002B7B3" w14:textId="77777777" w:rsidR="00DB1F65" w:rsidRDefault="00C97A70" w:rsidP="009C69E3">
      <w:pPr>
        <w:keepNext/>
        <w:spacing w:after="0" w:line="240" w:lineRule="auto"/>
      </w:pPr>
      <w:r>
        <w:rPr>
          <w:b/>
          <w:color w:val="315BA5"/>
          <w:sz w:val="25"/>
        </w:rPr>
        <w:t>3. FORMATION ACADÉMIQUE</w:t>
      </w:r>
    </w:p>
    <w:tbl>
      <w:tblPr>
        <w:tblW w:w="0" w:type="auto"/>
        <w:jc w:val="center"/>
        <w:tblLayout w:type="fixed"/>
        <w:tblLook w:val="04A0" w:firstRow="1" w:lastRow="0" w:firstColumn="1" w:lastColumn="0" w:noHBand="0" w:noVBand="1"/>
      </w:tblPr>
      <w:tblGrid>
        <w:gridCol w:w="2520"/>
        <w:gridCol w:w="2520"/>
        <w:gridCol w:w="3096"/>
        <w:gridCol w:w="2592"/>
      </w:tblGrid>
      <w:tr w:rsidR="00DB1F65" w14:paraId="490ED3B3"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34E2ADD" w14:textId="77777777" w:rsidR="00DB1F65" w:rsidRDefault="00C97A70" w:rsidP="009C69E3">
            <w:pPr>
              <w:spacing w:after="0" w:line="240" w:lineRule="auto"/>
              <w:jc w:val="center"/>
            </w:pPr>
            <w:r>
              <w:rPr>
                <w:b/>
                <w:color w:val="FFFFFF"/>
                <w:sz w:val="17"/>
              </w:rPr>
              <w:t>Période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28CF3C26" w14:textId="77777777" w:rsidR="00DB1F65" w:rsidRDefault="00C97A70" w:rsidP="009C69E3">
            <w:pPr>
              <w:spacing w:after="0" w:line="240" w:lineRule="auto"/>
              <w:jc w:val="center"/>
            </w:pPr>
            <w:r>
              <w:rPr>
                <w:b/>
                <w:color w:val="FFFFFF"/>
                <w:sz w:val="17"/>
              </w:rPr>
              <w:t>Diplôme / niveau</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31434BCE" w14:textId="77777777" w:rsidR="00DB1F65" w:rsidRDefault="00C97A70" w:rsidP="009C69E3">
            <w:pPr>
              <w:spacing w:after="0" w:line="240" w:lineRule="auto"/>
              <w:jc w:val="center"/>
            </w:pPr>
            <w:r>
              <w:rPr>
                <w:b/>
                <w:color w:val="FFFFFF"/>
                <w:sz w:val="17"/>
              </w:rPr>
              <w:t>Établissement – pays</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7DBFFB0B" w14:textId="77777777" w:rsidR="00DB1F65" w:rsidRDefault="00C97A70" w:rsidP="009C69E3">
            <w:pPr>
              <w:spacing w:after="0" w:line="240" w:lineRule="auto"/>
              <w:jc w:val="center"/>
            </w:pPr>
            <w:r>
              <w:rPr>
                <w:b/>
                <w:color w:val="FFFFFF"/>
                <w:sz w:val="17"/>
              </w:rPr>
              <w:t>Domaine / spécialité</w:t>
            </w:r>
          </w:p>
        </w:tc>
      </w:tr>
      <w:tr w:rsidR="00DB1F65" w14:paraId="1EF66676" w14:textId="77777777">
        <w:trPr>
          <w:cantSplit/>
          <w:jc w:val="center"/>
        </w:trPr>
        <w:tc>
          <w:tcPr>
            <w:tcW w:w="180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8DC59DC" w14:textId="77777777" w:rsidR="00DB1F65" w:rsidRDefault="00C97A70" w:rsidP="009C69E3">
            <w:pPr>
              <w:spacing w:after="0" w:line="240" w:lineRule="auto"/>
            </w:pPr>
            <w:r>
              <w:rPr>
                <w:i/>
                <w:color w:val="666666"/>
                <w:sz w:val="17"/>
              </w:rPr>
              <w:t>[MM/AAAA – MM/AAAA]</w:t>
            </w:r>
          </w:p>
        </w:tc>
        <w:tc>
          <w:tcPr>
            <w:tcW w:w="216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87032FA" w14:textId="77777777" w:rsidR="00DB1F65" w:rsidRDefault="00C97A70" w:rsidP="009C69E3">
            <w:pPr>
              <w:spacing w:after="0" w:line="240" w:lineRule="auto"/>
            </w:pPr>
            <w:r>
              <w:rPr>
                <w:i/>
                <w:color w:val="666666"/>
                <w:sz w:val="17"/>
              </w:rPr>
              <w:t>[Diplôme]</w:t>
            </w:r>
          </w:p>
        </w:tc>
        <w:tc>
          <w:tcPr>
            <w:tcW w:w="309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360636F" w14:textId="77777777" w:rsidR="00DB1F65" w:rsidRDefault="00C97A70" w:rsidP="009C69E3">
            <w:pPr>
              <w:spacing w:after="0" w:line="240" w:lineRule="auto"/>
            </w:pPr>
            <w:r>
              <w:rPr>
                <w:i/>
                <w:color w:val="666666"/>
                <w:sz w:val="17"/>
              </w:rPr>
              <w:t>[Établissement, pays]</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3D35F28" w14:textId="77777777" w:rsidR="00DB1F65" w:rsidRDefault="00C97A70" w:rsidP="009C69E3">
            <w:pPr>
              <w:spacing w:after="0" w:line="240" w:lineRule="auto"/>
            </w:pPr>
            <w:r>
              <w:rPr>
                <w:i/>
                <w:color w:val="666666"/>
                <w:sz w:val="17"/>
              </w:rPr>
              <w:t>[Spécialité]</w:t>
            </w:r>
          </w:p>
        </w:tc>
      </w:tr>
      <w:tr w:rsidR="00DB1F65" w14:paraId="757F67FF" w14:textId="77777777">
        <w:trPr>
          <w:cantSplit/>
          <w:jc w:val="center"/>
        </w:trPr>
        <w:tc>
          <w:tcPr>
            <w:tcW w:w="180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DC58A0A" w14:textId="77777777" w:rsidR="00DB1F65" w:rsidRDefault="00C97A70" w:rsidP="009C69E3">
            <w:pPr>
              <w:spacing w:after="0" w:line="240" w:lineRule="auto"/>
            </w:pPr>
            <w:r>
              <w:rPr>
                <w:i/>
                <w:color w:val="666666"/>
                <w:sz w:val="17"/>
              </w:rPr>
              <w:t>[MM/AAAA – MM/AAAA]</w:t>
            </w:r>
          </w:p>
        </w:tc>
        <w:tc>
          <w:tcPr>
            <w:tcW w:w="2160"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E4DA548" w14:textId="77777777" w:rsidR="00DB1F65" w:rsidRDefault="00C97A70" w:rsidP="009C69E3">
            <w:pPr>
              <w:spacing w:after="0" w:line="240" w:lineRule="auto"/>
            </w:pPr>
            <w:r>
              <w:rPr>
                <w:i/>
                <w:color w:val="666666"/>
                <w:sz w:val="17"/>
              </w:rPr>
              <w:t>[Diplôme]</w:t>
            </w:r>
          </w:p>
        </w:tc>
        <w:tc>
          <w:tcPr>
            <w:tcW w:w="309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3CA9A8B" w14:textId="77777777" w:rsidR="00DB1F65" w:rsidRDefault="00C97A70" w:rsidP="009C69E3">
            <w:pPr>
              <w:spacing w:after="0" w:line="240" w:lineRule="auto"/>
            </w:pPr>
            <w:r>
              <w:rPr>
                <w:i/>
                <w:color w:val="666666"/>
                <w:sz w:val="17"/>
              </w:rPr>
              <w:t>[Établissement, pays]</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E9782BD" w14:textId="77777777" w:rsidR="00DB1F65" w:rsidRDefault="00C97A70" w:rsidP="009C69E3">
            <w:pPr>
              <w:spacing w:after="0" w:line="240" w:lineRule="auto"/>
            </w:pPr>
            <w:r>
              <w:rPr>
                <w:i/>
                <w:color w:val="666666"/>
                <w:sz w:val="17"/>
              </w:rPr>
              <w:t>[Spécialité]</w:t>
            </w:r>
          </w:p>
        </w:tc>
      </w:tr>
    </w:tbl>
    <w:p w14:paraId="33C58B96" w14:textId="77777777" w:rsidR="00DB1F65" w:rsidRDefault="00C97A70" w:rsidP="009C69E3">
      <w:pPr>
        <w:keepNext/>
        <w:spacing w:after="0" w:line="240" w:lineRule="auto"/>
      </w:pPr>
      <w:r>
        <w:rPr>
          <w:b/>
          <w:color w:val="315BA5"/>
          <w:sz w:val="25"/>
        </w:rPr>
        <w:t>4. FORMATIONS COMPLÉMENTAIRES ET CERTIFICATIONS PERTINENTES</w:t>
      </w:r>
    </w:p>
    <w:tbl>
      <w:tblPr>
        <w:tblW w:w="11153" w:type="dxa"/>
        <w:jc w:val="center"/>
        <w:tblLayout w:type="fixed"/>
        <w:tblLook w:val="04A0" w:firstRow="1" w:lastRow="0" w:firstColumn="1" w:lastColumn="0" w:noHBand="0" w:noVBand="1"/>
      </w:tblPr>
      <w:tblGrid>
        <w:gridCol w:w="2520"/>
        <w:gridCol w:w="3854"/>
        <w:gridCol w:w="2736"/>
        <w:gridCol w:w="2043"/>
      </w:tblGrid>
      <w:tr w:rsidR="00DB1F65" w14:paraId="13ECBC93" w14:textId="77777777" w:rsidTr="00003A3F">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3C88CD56" w14:textId="77777777" w:rsidR="00DB1F65" w:rsidRDefault="00C97A70" w:rsidP="009C69E3">
            <w:pPr>
              <w:spacing w:after="0" w:line="240" w:lineRule="auto"/>
              <w:jc w:val="center"/>
            </w:pPr>
            <w:r>
              <w:rPr>
                <w:b/>
                <w:color w:val="FFFFFF"/>
                <w:sz w:val="16"/>
              </w:rPr>
              <w:t>Année</w:t>
            </w:r>
          </w:p>
        </w:tc>
        <w:tc>
          <w:tcPr>
            <w:tcW w:w="3854"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673A3FE5" w14:textId="77777777" w:rsidR="00DB1F65" w:rsidRDefault="00C97A70" w:rsidP="009C69E3">
            <w:pPr>
              <w:spacing w:after="0" w:line="240" w:lineRule="auto"/>
              <w:jc w:val="center"/>
            </w:pPr>
            <w:r>
              <w:rPr>
                <w:b/>
                <w:color w:val="FFFFFF"/>
                <w:sz w:val="16"/>
              </w:rPr>
              <w:t>Formation / certification</w:t>
            </w:r>
          </w:p>
        </w:tc>
        <w:tc>
          <w:tcPr>
            <w:tcW w:w="2736"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40B2245C" w14:textId="77777777" w:rsidR="00DB1F65" w:rsidRDefault="00C97A70" w:rsidP="009C69E3">
            <w:pPr>
              <w:spacing w:after="0" w:line="240" w:lineRule="auto"/>
              <w:jc w:val="center"/>
            </w:pPr>
            <w:r>
              <w:rPr>
                <w:b/>
                <w:color w:val="FFFFFF"/>
                <w:sz w:val="16"/>
              </w:rPr>
              <w:t>Organisme</w:t>
            </w:r>
          </w:p>
        </w:tc>
        <w:tc>
          <w:tcPr>
            <w:tcW w:w="2043"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0D29B40B" w14:textId="77777777" w:rsidR="00DB1F65" w:rsidRDefault="00C97A70" w:rsidP="009C69E3">
            <w:pPr>
              <w:spacing w:after="0" w:line="240" w:lineRule="auto"/>
              <w:jc w:val="center"/>
            </w:pPr>
            <w:r>
              <w:rPr>
                <w:b/>
                <w:color w:val="FFFFFF"/>
                <w:sz w:val="16"/>
              </w:rPr>
              <w:t>Justificatif</w:t>
            </w:r>
          </w:p>
        </w:tc>
      </w:tr>
      <w:tr w:rsidR="00DB1F65" w14:paraId="3565810A" w14:textId="77777777" w:rsidTr="00003A3F">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C0B1E2D" w14:textId="77777777" w:rsidR="00DB1F65" w:rsidRDefault="00C97A70" w:rsidP="009C69E3">
            <w:pPr>
              <w:spacing w:after="0" w:line="240" w:lineRule="auto"/>
            </w:pPr>
            <w:r>
              <w:rPr>
                <w:i/>
                <w:color w:val="666666"/>
                <w:sz w:val="16"/>
              </w:rPr>
              <w:t>[AAAA]</w:t>
            </w:r>
          </w:p>
        </w:tc>
        <w:tc>
          <w:tcPr>
            <w:tcW w:w="385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191AF30" w14:textId="77777777" w:rsidR="00DB1F65" w:rsidRPr="001C64D6" w:rsidRDefault="00C97A70" w:rsidP="009C69E3">
            <w:pPr>
              <w:spacing w:after="0" w:line="240" w:lineRule="auto"/>
              <w:rPr>
                <w:lang w:val="fr-FR"/>
              </w:rPr>
            </w:pPr>
            <w:r w:rsidRPr="001C64D6">
              <w:rPr>
                <w:i/>
                <w:color w:val="666666"/>
                <w:sz w:val="16"/>
                <w:lang w:val="fr-FR"/>
              </w:rPr>
              <w:t>[Ex. PSEA/PEAS, sauvegarde, Excel, gestion de projet…]</w:t>
            </w:r>
          </w:p>
        </w:tc>
        <w:tc>
          <w:tcPr>
            <w:tcW w:w="273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CFAB49B" w14:textId="77777777" w:rsidR="00DB1F65" w:rsidRDefault="00C97A70" w:rsidP="009C69E3">
            <w:pPr>
              <w:spacing w:after="0" w:line="240" w:lineRule="auto"/>
            </w:pPr>
            <w:r>
              <w:rPr>
                <w:i/>
                <w:color w:val="666666"/>
                <w:sz w:val="16"/>
              </w:rPr>
              <w:t>[Organisme]</w:t>
            </w:r>
          </w:p>
        </w:tc>
        <w:tc>
          <w:tcPr>
            <w:tcW w:w="2043"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8EF74EE" w14:textId="77777777" w:rsidR="00DB1F65" w:rsidRDefault="00C97A70" w:rsidP="009C69E3">
            <w:pPr>
              <w:spacing w:after="0" w:line="240" w:lineRule="auto"/>
            </w:pPr>
            <w:r>
              <w:rPr>
                <w:i/>
                <w:color w:val="666666"/>
                <w:sz w:val="16"/>
              </w:rPr>
              <w:t>[Oui / Non]</w:t>
            </w:r>
          </w:p>
        </w:tc>
      </w:tr>
      <w:tr w:rsidR="00DB1F65" w14:paraId="34165D51" w14:textId="77777777" w:rsidTr="00003A3F">
        <w:trPr>
          <w:cantSplit/>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1214276A" w14:textId="77777777" w:rsidR="00DB1F65" w:rsidRDefault="00C97A70" w:rsidP="009C69E3">
            <w:pPr>
              <w:spacing w:after="0" w:line="240" w:lineRule="auto"/>
            </w:pPr>
            <w:r>
              <w:rPr>
                <w:i/>
                <w:color w:val="666666"/>
                <w:sz w:val="16"/>
              </w:rPr>
              <w:t>[AAAA]</w:t>
            </w:r>
          </w:p>
        </w:tc>
        <w:tc>
          <w:tcPr>
            <w:tcW w:w="385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A38CBA0" w14:textId="77777777" w:rsidR="00DB1F65" w:rsidRDefault="00C97A70" w:rsidP="009C69E3">
            <w:pPr>
              <w:spacing w:after="0" w:line="240" w:lineRule="auto"/>
            </w:pPr>
            <w:r>
              <w:rPr>
                <w:i/>
                <w:color w:val="666666"/>
                <w:sz w:val="16"/>
              </w:rPr>
              <w:t>[Formation]</w:t>
            </w:r>
          </w:p>
        </w:tc>
        <w:tc>
          <w:tcPr>
            <w:tcW w:w="273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FE882DA" w14:textId="77777777" w:rsidR="00DB1F65" w:rsidRDefault="00C97A70" w:rsidP="009C69E3">
            <w:pPr>
              <w:spacing w:after="0" w:line="240" w:lineRule="auto"/>
            </w:pPr>
            <w:r>
              <w:rPr>
                <w:i/>
                <w:color w:val="666666"/>
                <w:sz w:val="16"/>
              </w:rPr>
              <w:t>[Organisme]</w:t>
            </w:r>
          </w:p>
        </w:tc>
        <w:tc>
          <w:tcPr>
            <w:tcW w:w="2043"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5F0DB34" w14:textId="77777777" w:rsidR="00DB1F65" w:rsidRDefault="00C97A70" w:rsidP="009C69E3">
            <w:pPr>
              <w:spacing w:after="0" w:line="240" w:lineRule="auto"/>
            </w:pPr>
            <w:r>
              <w:rPr>
                <w:i/>
                <w:color w:val="666666"/>
                <w:sz w:val="16"/>
              </w:rPr>
              <w:t>[Oui / Non]</w:t>
            </w:r>
          </w:p>
        </w:tc>
      </w:tr>
    </w:tbl>
    <w:p w14:paraId="5906B6FA" w14:textId="77777777" w:rsidR="00DB1F65" w:rsidRDefault="00C97A70" w:rsidP="009C69E3">
      <w:pPr>
        <w:keepNext/>
        <w:spacing w:after="0" w:line="240" w:lineRule="auto"/>
      </w:pPr>
      <w:r>
        <w:rPr>
          <w:b/>
          <w:color w:val="315BA5"/>
          <w:sz w:val="25"/>
        </w:rPr>
        <w:t>5. EXPÉRIENCES PROFESSIONNELLES PERTINENTES</w:t>
      </w:r>
    </w:p>
    <w:p w14:paraId="71A68AC1" w14:textId="77777777" w:rsidR="00DB1F65" w:rsidRPr="001C64D6" w:rsidRDefault="00C97A70" w:rsidP="009C69E3">
      <w:pPr>
        <w:spacing w:after="0" w:line="240" w:lineRule="auto"/>
        <w:rPr>
          <w:lang w:val="fr-FR"/>
        </w:rPr>
      </w:pPr>
      <w:r w:rsidRPr="001C64D6">
        <w:rPr>
          <w:i/>
          <w:color w:val="666666"/>
          <w:sz w:val="17"/>
          <w:lang w:val="fr-FR"/>
        </w:rPr>
        <w:t>Présenter en priorité les expériences les plus pertinentes pour le poste, de la plus récente à la plus ancienne.</w:t>
      </w:r>
    </w:p>
    <w:tbl>
      <w:tblPr>
        <w:tblW w:w="0" w:type="auto"/>
        <w:jc w:val="center"/>
        <w:tblLayout w:type="fixed"/>
        <w:tblLook w:val="04A0" w:firstRow="1" w:lastRow="0" w:firstColumn="1" w:lastColumn="0" w:noHBand="0" w:noVBand="1"/>
      </w:tblPr>
      <w:tblGrid>
        <w:gridCol w:w="2520"/>
        <w:gridCol w:w="2520"/>
        <w:gridCol w:w="2520"/>
        <w:gridCol w:w="4032"/>
      </w:tblGrid>
      <w:tr w:rsidR="00DB1F65" w14:paraId="7EAAD594"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D260A92" w14:textId="77777777" w:rsidR="00DB1F65" w:rsidRDefault="00C97A70" w:rsidP="009C69E3">
            <w:pPr>
              <w:spacing w:after="0" w:line="240" w:lineRule="auto"/>
              <w:jc w:val="center"/>
            </w:pPr>
            <w:r>
              <w:rPr>
                <w:b/>
                <w:color w:val="FFFFFF"/>
                <w:sz w:val="16"/>
              </w:rPr>
              <w:t>Période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77051A3" w14:textId="77777777" w:rsidR="00DB1F65" w:rsidRDefault="00C97A70" w:rsidP="009C69E3">
            <w:pPr>
              <w:spacing w:after="0" w:line="240" w:lineRule="auto"/>
              <w:jc w:val="center"/>
            </w:pPr>
            <w:r>
              <w:rPr>
                <w:b/>
                <w:color w:val="FFFFFF"/>
                <w:sz w:val="16"/>
              </w:rPr>
              <w:t>Organisation / projet</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0AF8C8D0" w14:textId="77777777" w:rsidR="00DB1F65" w:rsidRDefault="00C97A70" w:rsidP="009C69E3">
            <w:pPr>
              <w:spacing w:after="0" w:line="240" w:lineRule="auto"/>
              <w:jc w:val="center"/>
            </w:pPr>
            <w:r>
              <w:rPr>
                <w:b/>
                <w:color w:val="FFFFFF"/>
                <w:sz w:val="16"/>
              </w:rPr>
              <w:t>Fonction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053C8AF0" w14:textId="77777777" w:rsidR="00DB1F65" w:rsidRDefault="00C97A70" w:rsidP="009C69E3">
            <w:pPr>
              <w:spacing w:after="0" w:line="240" w:lineRule="auto"/>
              <w:jc w:val="center"/>
            </w:pPr>
            <w:r>
              <w:rPr>
                <w:b/>
                <w:color w:val="FFFFFF"/>
                <w:sz w:val="16"/>
              </w:rPr>
              <w:t>Responsabilités et résultats clés</w:t>
            </w:r>
          </w:p>
        </w:tc>
      </w:tr>
      <w:tr w:rsidR="00DB1F65" w:rsidRPr="00423058" w14:paraId="6E701A58" w14:textId="77777777">
        <w:trPr>
          <w:cantSplit/>
          <w:jc w:val="center"/>
        </w:trPr>
        <w:tc>
          <w:tcPr>
            <w:tcW w:w="1656"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AD07809" w14:textId="77777777" w:rsidR="00DB1F65" w:rsidRDefault="00C97A70" w:rsidP="009C69E3">
            <w:pPr>
              <w:spacing w:after="0" w:line="240" w:lineRule="auto"/>
            </w:pPr>
            <w:r>
              <w:rPr>
                <w:i/>
                <w:color w:val="666666"/>
                <w:sz w:val="16"/>
              </w:rPr>
              <w:t>[MM/AAAA – MM/AAAA]</w:t>
            </w:r>
          </w:p>
        </w:tc>
        <w:tc>
          <w:tcPr>
            <w:tcW w:w="237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A99F96A" w14:textId="77777777" w:rsidR="00DB1F65" w:rsidRDefault="00C97A70" w:rsidP="009C69E3">
            <w:pPr>
              <w:spacing w:after="0" w:line="240" w:lineRule="auto"/>
            </w:pPr>
            <w:r>
              <w:rPr>
                <w:i/>
                <w:color w:val="666666"/>
                <w:sz w:val="16"/>
              </w:rPr>
              <w:t>[Organisation / projet]</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00232FE" w14:textId="77777777" w:rsidR="00DB1F65" w:rsidRDefault="00C97A70" w:rsidP="009C69E3">
            <w:pPr>
              <w:spacing w:after="0" w:line="240" w:lineRule="auto"/>
            </w:pPr>
            <w:r>
              <w:rPr>
                <w:i/>
                <w:color w:val="666666"/>
                <w:sz w:val="16"/>
              </w:rPr>
              <w:t>[Fonction]</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F6B3229" w14:textId="77777777" w:rsidR="00DB1F65" w:rsidRPr="001C64D6" w:rsidRDefault="00C97A70" w:rsidP="009C69E3">
            <w:pPr>
              <w:spacing w:after="0" w:line="240" w:lineRule="auto"/>
              <w:rPr>
                <w:lang w:val="fr-FR"/>
              </w:rPr>
            </w:pPr>
            <w:r w:rsidRPr="001C64D6">
              <w:rPr>
                <w:i/>
                <w:color w:val="666666"/>
                <w:sz w:val="16"/>
                <w:lang w:val="fr-FR"/>
              </w:rPr>
              <w:t>[3 à 5 éléments concrets, résultats obtenus, outils utilisés]</w:t>
            </w:r>
          </w:p>
        </w:tc>
      </w:tr>
      <w:tr w:rsidR="00DB1F65" w14:paraId="1ECA2D6C" w14:textId="77777777">
        <w:trPr>
          <w:cantSplit/>
          <w:jc w:val="center"/>
        </w:trPr>
        <w:tc>
          <w:tcPr>
            <w:tcW w:w="1656"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DAF9ECC" w14:textId="77777777" w:rsidR="00DB1F65" w:rsidRDefault="00C97A70" w:rsidP="009C69E3">
            <w:pPr>
              <w:spacing w:after="0" w:line="240" w:lineRule="auto"/>
            </w:pPr>
            <w:r>
              <w:rPr>
                <w:i/>
                <w:color w:val="666666"/>
                <w:sz w:val="16"/>
              </w:rPr>
              <w:lastRenderedPageBreak/>
              <w:t>[MM/AAAA – MM/AAAA]</w:t>
            </w:r>
          </w:p>
        </w:tc>
        <w:tc>
          <w:tcPr>
            <w:tcW w:w="237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56BE9A0" w14:textId="77777777" w:rsidR="00DB1F65" w:rsidRDefault="00C97A70" w:rsidP="009C69E3">
            <w:pPr>
              <w:spacing w:after="0" w:line="240" w:lineRule="auto"/>
            </w:pPr>
            <w:r>
              <w:rPr>
                <w:i/>
                <w:color w:val="666666"/>
                <w:sz w:val="16"/>
              </w:rPr>
              <w:t>[Organisation / projet]</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7EE8016" w14:textId="77777777" w:rsidR="00DB1F65" w:rsidRDefault="00C97A70" w:rsidP="009C69E3">
            <w:pPr>
              <w:spacing w:after="0" w:line="240" w:lineRule="auto"/>
            </w:pPr>
            <w:r>
              <w:rPr>
                <w:i/>
                <w:color w:val="666666"/>
                <w:sz w:val="16"/>
              </w:rPr>
              <w:t>[Fonction]</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3B4811D" w14:textId="77777777" w:rsidR="00DB1F65" w:rsidRDefault="00C97A70" w:rsidP="009C69E3">
            <w:pPr>
              <w:spacing w:after="0" w:line="240" w:lineRule="auto"/>
            </w:pPr>
            <w:r>
              <w:rPr>
                <w:i/>
                <w:color w:val="666666"/>
                <w:sz w:val="16"/>
              </w:rPr>
              <w:t>[Responsabilités / résultats]</w:t>
            </w:r>
          </w:p>
        </w:tc>
      </w:tr>
      <w:tr w:rsidR="00DB1F65" w14:paraId="7D257E5C" w14:textId="77777777">
        <w:trPr>
          <w:cantSplit/>
          <w:jc w:val="center"/>
        </w:trPr>
        <w:tc>
          <w:tcPr>
            <w:tcW w:w="1656"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D3D53B0" w14:textId="77777777" w:rsidR="00DB1F65" w:rsidRDefault="00C97A70" w:rsidP="009C69E3">
            <w:pPr>
              <w:spacing w:after="0" w:line="240" w:lineRule="auto"/>
            </w:pPr>
            <w:r>
              <w:rPr>
                <w:i/>
                <w:color w:val="666666"/>
                <w:sz w:val="16"/>
              </w:rPr>
              <w:t>[MM/AAAA – MM/AAAA]</w:t>
            </w:r>
          </w:p>
        </w:tc>
        <w:tc>
          <w:tcPr>
            <w:tcW w:w="2376"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4C05D68" w14:textId="77777777" w:rsidR="00DB1F65" w:rsidRDefault="00C97A70" w:rsidP="009C69E3">
            <w:pPr>
              <w:spacing w:after="0" w:line="240" w:lineRule="auto"/>
            </w:pPr>
            <w:r>
              <w:rPr>
                <w:i/>
                <w:color w:val="666666"/>
                <w:sz w:val="16"/>
              </w:rPr>
              <w:t>[Organisation / projet]</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2CC29C9" w14:textId="77777777" w:rsidR="00DB1F65" w:rsidRDefault="00C97A70" w:rsidP="009C69E3">
            <w:pPr>
              <w:spacing w:after="0" w:line="240" w:lineRule="auto"/>
            </w:pPr>
            <w:r>
              <w:rPr>
                <w:i/>
                <w:color w:val="666666"/>
                <w:sz w:val="16"/>
              </w:rPr>
              <w:t>[Fonction]</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D6BD70B" w14:textId="77777777" w:rsidR="00DB1F65" w:rsidRDefault="00C97A70" w:rsidP="009C69E3">
            <w:pPr>
              <w:spacing w:after="0" w:line="240" w:lineRule="auto"/>
            </w:pPr>
            <w:r>
              <w:rPr>
                <w:i/>
                <w:color w:val="666666"/>
                <w:sz w:val="16"/>
              </w:rPr>
              <w:t>[Responsabilités / résultats]</w:t>
            </w:r>
          </w:p>
        </w:tc>
      </w:tr>
    </w:tbl>
    <w:p w14:paraId="226D868F" w14:textId="77777777" w:rsidR="00DB1F65" w:rsidRPr="001C64D6" w:rsidRDefault="00C97A70" w:rsidP="009C69E3">
      <w:pPr>
        <w:keepNext/>
        <w:spacing w:after="0" w:line="240" w:lineRule="auto"/>
        <w:rPr>
          <w:lang w:val="fr-FR"/>
        </w:rPr>
      </w:pPr>
      <w:r w:rsidRPr="001C64D6">
        <w:rPr>
          <w:b/>
          <w:color w:val="315BA5"/>
          <w:sz w:val="25"/>
          <w:lang w:val="fr-FR"/>
        </w:rPr>
        <w:t>6. MATRICE DES COMPÉTENCES DIRECTEMENT LIÉES AU POSTE</w:t>
      </w:r>
    </w:p>
    <w:tbl>
      <w:tblPr>
        <w:tblW w:w="0" w:type="auto"/>
        <w:jc w:val="center"/>
        <w:tblLayout w:type="fixed"/>
        <w:tblLook w:val="04A0" w:firstRow="1" w:lastRow="0" w:firstColumn="1" w:lastColumn="0" w:noHBand="0" w:noVBand="1"/>
      </w:tblPr>
      <w:tblGrid>
        <w:gridCol w:w="3672"/>
        <w:gridCol w:w="3360"/>
        <w:gridCol w:w="4032"/>
      </w:tblGrid>
      <w:tr w:rsidR="00DB1F65" w14:paraId="7922C514" w14:textId="77777777">
        <w:trPr>
          <w:cantSplit/>
          <w:tblHeader/>
          <w:jc w:val="center"/>
        </w:trPr>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5ECFEE98" w14:textId="77777777" w:rsidR="00DB1F65" w:rsidRDefault="00C97A70" w:rsidP="009C69E3">
            <w:pPr>
              <w:spacing w:after="0" w:line="240" w:lineRule="auto"/>
              <w:jc w:val="center"/>
            </w:pPr>
            <w:r>
              <w:rPr>
                <w:b/>
                <w:color w:val="FFFFFF"/>
                <w:sz w:val="16"/>
              </w:rPr>
              <w:t>Compétence</w:t>
            </w:r>
          </w:p>
        </w:tc>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6A012478" w14:textId="77777777" w:rsidR="00DB1F65" w:rsidRDefault="00C97A70" w:rsidP="009C69E3">
            <w:pPr>
              <w:spacing w:after="0" w:line="240" w:lineRule="auto"/>
              <w:jc w:val="center"/>
            </w:pPr>
            <w:r>
              <w:rPr>
                <w:b/>
                <w:color w:val="FFFFFF"/>
                <w:sz w:val="16"/>
              </w:rPr>
              <w:t>Niveau / durée de pratique</w:t>
            </w:r>
          </w:p>
        </w:tc>
        <w:tc>
          <w:tcPr>
            <w:tcW w:w="3360" w:type="dxa"/>
            <w:tcBorders>
              <w:top w:val="single" w:sz="4" w:space="0" w:color="D9E2E8"/>
              <w:left w:val="single" w:sz="4" w:space="0" w:color="D9E2E8"/>
              <w:bottom w:val="single" w:sz="4" w:space="0" w:color="D9E2E8"/>
              <w:right w:val="single" w:sz="4" w:space="0" w:color="D9E2E8"/>
            </w:tcBorders>
            <w:shd w:val="clear" w:color="auto" w:fill="ED6615"/>
            <w:tcMar>
              <w:top w:w="60" w:type="dxa"/>
              <w:left w:w="70" w:type="dxa"/>
              <w:bottom w:w="60" w:type="dxa"/>
              <w:right w:w="70" w:type="dxa"/>
            </w:tcMar>
            <w:vAlign w:val="center"/>
          </w:tcPr>
          <w:p w14:paraId="48E0F4F9" w14:textId="77777777" w:rsidR="00DB1F65" w:rsidRDefault="00C97A70" w:rsidP="009C69E3">
            <w:pPr>
              <w:spacing w:after="0" w:line="240" w:lineRule="auto"/>
              <w:jc w:val="center"/>
            </w:pPr>
            <w:r>
              <w:rPr>
                <w:b/>
                <w:color w:val="FFFFFF"/>
                <w:sz w:val="16"/>
              </w:rPr>
              <w:t>Expérience ou preuve concrète</w:t>
            </w:r>
          </w:p>
        </w:tc>
      </w:tr>
      <w:tr w:rsidR="00DB1F65" w14:paraId="553E3E3F"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5EF7B30" w14:textId="77777777" w:rsidR="00DB1F65" w:rsidRDefault="00C97A70" w:rsidP="009C69E3">
            <w:pPr>
              <w:spacing w:after="0" w:line="240" w:lineRule="auto"/>
            </w:pPr>
            <w:r>
              <w:rPr>
                <w:color w:val="222222"/>
                <w:sz w:val="16"/>
              </w:rPr>
              <w:t>Rédaction institutionnelle et éditoriale</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F55C213"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802FA03" w14:textId="77777777" w:rsidR="00DB1F65" w:rsidRDefault="00C97A70" w:rsidP="009C69E3">
            <w:pPr>
              <w:spacing w:after="0" w:line="240" w:lineRule="auto"/>
            </w:pPr>
            <w:r>
              <w:rPr>
                <w:i/>
                <w:color w:val="666666"/>
                <w:sz w:val="16"/>
              </w:rPr>
              <w:t>[Exemple de contenu produit]</w:t>
            </w:r>
          </w:p>
        </w:tc>
      </w:tr>
      <w:tr w:rsidR="00DB1F65" w14:paraId="2DDCF93E"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FE6EC13" w14:textId="77777777" w:rsidR="00DB1F65" w:rsidRDefault="00C97A70" w:rsidP="009C69E3">
            <w:pPr>
              <w:spacing w:after="0" w:line="240" w:lineRule="auto"/>
            </w:pPr>
            <w:r>
              <w:rPr>
                <w:color w:val="222222"/>
                <w:sz w:val="16"/>
              </w:rPr>
              <w:t>Animation de réseaux sociaux</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8FB7209"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152BB02" w14:textId="77777777" w:rsidR="00DB1F65" w:rsidRDefault="00C97A70" w:rsidP="009C69E3">
            <w:pPr>
              <w:spacing w:after="0" w:line="240" w:lineRule="auto"/>
            </w:pPr>
            <w:r>
              <w:rPr>
                <w:i/>
                <w:color w:val="666666"/>
                <w:sz w:val="16"/>
              </w:rPr>
              <w:t>[Plateformes / résultats]</w:t>
            </w:r>
          </w:p>
        </w:tc>
      </w:tr>
      <w:tr w:rsidR="00DB1F65" w14:paraId="4EA23F99"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11529E3C" w14:textId="77777777" w:rsidR="00DB1F65" w:rsidRPr="001C64D6" w:rsidRDefault="00C97A70" w:rsidP="009C69E3">
            <w:pPr>
              <w:spacing w:after="0" w:line="240" w:lineRule="auto"/>
              <w:rPr>
                <w:lang w:val="fr-FR"/>
              </w:rPr>
            </w:pPr>
            <w:r w:rsidRPr="001C64D6">
              <w:rPr>
                <w:color w:val="222222"/>
                <w:sz w:val="16"/>
                <w:lang w:val="fr-FR"/>
              </w:rPr>
              <w:t>Calendrier éditorial et planification de contenus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98D2E0D"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82C82CA" w14:textId="77777777" w:rsidR="00DB1F65" w:rsidRDefault="00C97A70" w:rsidP="009C69E3">
            <w:pPr>
              <w:spacing w:after="0" w:line="240" w:lineRule="auto"/>
            </w:pPr>
            <w:r>
              <w:rPr>
                <w:i/>
                <w:color w:val="666666"/>
                <w:sz w:val="16"/>
              </w:rPr>
              <w:t>[Exemple]</w:t>
            </w:r>
          </w:p>
        </w:tc>
      </w:tr>
      <w:tr w:rsidR="00DB1F65" w14:paraId="65855D09"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16E9D9C" w14:textId="77777777" w:rsidR="00DB1F65" w:rsidRDefault="00C97A70" w:rsidP="009C69E3">
            <w:pPr>
              <w:spacing w:after="0" w:line="240" w:lineRule="auto"/>
            </w:pPr>
            <w:r>
              <w:rPr>
                <w:color w:val="222222"/>
                <w:sz w:val="16"/>
              </w:rPr>
              <w:t>Création graphique</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BA13905"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3155C5F" w14:textId="77777777" w:rsidR="00DB1F65" w:rsidRDefault="00C97A70" w:rsidP="009C69E3">
            <w:pPr>
              <w:spacing w:after="0" w:line="240" w:lineRule="auto"/>
            </w:pPr>
            <w:r>
              <w:rPr>
                <w:i/>
                <w:color w:val="666666"/>
                <w:sz w:val="16"/>
              </w:rPr>
              <w:t>[Canva / Adobe / autre]</w:t>
            </w:r>
          </w:p>
        </w:tc>
      </w:tr>
      <w:tr w:rsidR="00DB1F65" w14:paraId="7B93F6D8"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84F08C6" w14:textId="77777777" w:rsidR="00DB1F65" w:rsidRDefault="00C97A70" w:rsidP="009C69E3">
            <w:pPr>
              <w:spacing w:after="0" w:line="240" w:lineRule="auto"/>
            </w:pPr>
            <w:r>
              <w:rPr>
                <w:color w:val="222222"/>
                <w:sz w:val="16"/>
              </w:rPr>
              <w:t>Photo / vidéo / montage</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B1070FE"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0CB8AAD" w14:textId="77777777" w:rsidR="00DB1F65" w:rsidRDefault="00C97A70" w:rsidP="009C69E3">
            <w:pPr>
              <w:spacing w:after="0" w:line="240" w:lineRule="auto"/>
            </w:pPr>
            <w:r>
              <w:rPr>
                <w:i/>
                <w:color w:val="666666"/>
                <w:sz w:val="16"/>
              </w:rPr>
              <w:t>[Outils / exemple]</w:t>
            </w:r>
          </w:p>
        </w:tc>
      </w:tr>
      <w:tr w:rsidR="00DB1F65" w14:paraId="47BC60E3"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671C12A" w14:textId="77777777" w:rsidR="00DB1F65" w:rsidRPr="001C64D6" w:rsidRDefault="00C97A70" w:rsidP="009C69E3">
            <w:pPr>
              <w:spacing w:after="0" w:line="240" w:lineRule="auto"/>
              <w:rPr>
                <w:lang w:val="fr-FR"/>
              </w:rPr>
            </w:pPr>
            <w:r w:rsidRPr="001C64D6">
              <w:rPr>
                <w:color w:val="222222"/>
                <w:sz w:val="16"/>
                <w:lang w:val="fr-FR"/>
              </w:rPr>
              <w:t>Site web / publication de contenus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50C5C7A"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6445D4E" w14:textId="77777777" w:rsidR="00DB1F65" w:rsidRDefault="00C97A70" w:rsidP="009C69E3">
            <w:pPr>
              <w:spacing w:after="0" w:line="240" w:lineRule="auto"/>
            </w:pPr>
            <w:r>
              <w:rPr>
                <w:i/>
                <w:color w:val="666666"/>
                <w:sz w:val="16"/>
              </w:rPr>
              <w:t>[CMS / exemple]</w:t>
            </w:r>
          </w:p>
        </w:tc>
      </w:tr>
      <w:tr w:rsidR="00DB1F65" w14:paraId="67A54609"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0DDBF5B" w14:textId="77777777" w:rsidR="00DB1F65" w:rsidRPr="001C64D6" w:rsidRDefault="00C97A70" w:rsidP="009C69E3">
            <w:pPr>
              <w:spacing w:after="0" w:line="240" w:lineRule="auto"/>
              <w:rPr>
                <w:lang w:val="fr-FR"/>
              </w:rPr>
            </w:pPr>
            <w:r w:rsidRPr="001C64D6">
              <w:rPr>
                <w:color w:val="222222"/>
                <w:sz w:val="16"/>
                <w:lang w:val="fr-FR"/>
              </w:rPr>
              <w:t>Statistiques de communication / reporting digital</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602C632"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37A5895" w14:textId="77777777" w:rsidR="00DB1F65" w:rsidRDefault="00C97A70" w:rsidP="009C69E3">
            <w:pPr>
              <w:spacing w:after="0" w:line="240" w:lineRule="auto"/>
            </w:pPr>
            <w:r>
              <w:rPr>
                <w:i/>
                <w:color w:val="666666"/>
                <w:sz w:val="16"/>
              </w:rPr>
              <w:t>[Indicateurs suivis]</w:t>
            </w:r>
          </w:p>
        </w:tc>
      </w:tr>
      <w:tr w:rsidR="00DB1F65" w14:paraId="40572819" w14:textId="77777777">
        <w:trPr>
          <w:cantSplit/>
          <w:jc w:val="center"/>
        </w:trPr>
        <w:tc>
          <w:tcPr>
            <w:tcW w:w="3672"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A7CB56A" w14:textId="77777777" w:rsidR="00DB1F65" w:rsidRPr="001C64D6" w:rsidRDefault="00C97A70" w:rsidP="009C69E3">
            <w:pPr>
              <w:spacing w:after="0" w:line="240" w:lineRule="auto"/>
              <w:rPr>
                <w:lang w:val="fr-FR"/>
              </w:rPr>
            </w:pPr>
            <w:r w:rsidRPr="001C64D6">
              <w:rPr>
                <w:color w:val="222222"/>
                <w:sz w:val="16"/>
                <w:lang w:val="fr-FR"/>
              </w:rPr>
              <w:t>Communication éthique et protection de l’image des bénéficiaires</w:t>
            </w:r>
          </w:p>
        </w:tc>
        <w:tc>
          <w:tcPr>
            <w:tcW w:w="22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D487DCC" w14:textId="77777777" w:rsidR="00DB1F65" w:rsidRDefault="00C97A70" w:rsidP="009C69E3">
            <w:pPr>
              <w:spacing w:after="0" w:line="240" w:lineRule="auto"/>
            </w:pPr>
            <w:r>
              <w:rPr>
                <w:i/>
                <w:color w:val="666666"/>
                <w:sz w:val="16"/>
              </w:rPr>
              <w:t>[Durée / niveau]</w:t>
            </w:r>
          </w:p>
        </w:tc>
        <w:tc>
          <w:tcPr>
            <w:tcW w:w="403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10ED03A" w14:textId="77777777" w:rsidR="00DB1F65" w:rsidRDefault="00C97A70" w:rsidP="009C69E3">
            <w:pPr>
              <w:spacing w:after="0" w:line="240" w:lineRule="auto"/>
            </w:pPr>
            <w:r>
              <w:rPr>
                <w:i/>
                <w:color w:val="666666"/>
                <w:sz w:val="16"/>
              </w:rPr>
              <w:t>[Exemple / formation]</w:t>
            </w:r>
          </w:p>
        </w:tc>
      </w:tr>
    </w:tbl>
    <w:p w14:paraId="6AAA178E" w14:textId="77777777" w:rsidR="00DB1F65" w:rsidRDefault="00C97A70" w:rsidP="009C69E3">
      <w:pPr>
        <w:keepNext/>
        <w:spacing w:after="0" w:line="240" w:lineRule="auto"/>
      </w:pPr>
      <w:r>
        <w:rPr>
          <w:b/>
          <w:color w:val="315BA5"/>
          <w:sz w:val="25"/>
        </w:rPr>
        <w:t>7. OUTILS NUMÉRIQUES ET LANGUES</w:t>
      </w:r>
    </w:p>
    <w:tbl>
      <w:tblPr>
        <w:tblW w:w="0" w:type="auto"/>
        <w:jc w:val="center"/>
        <w:tblLayout w:type="fixed"/>
        <w:tblLook w:val="04A0" w:firstRow="1" w:lastRow="0" w:firstColumn="1" w:lastColumn="0" w:noHBand="0" w:noVBand="1"/>
      </w:tblPr>
      <w:tblGrid>
        <w:gridCol w:w="3360"/>
        <w:gridCol w:w="3888"/>
        <w:gridCol w:w="4104"/>
      </w:tblGrid>
      <w:tr w:rsidR="00DB1F65" w14:paraId="1F6EFA3F" w14:textId="77777777">
        <w:trPr>
          <w:cantSplit/>
          <w:tblHeader/>
          <w:jc w:val="center"/>
        </w:trPr>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1A567F93" w14:textId="77777777" w:rsidR="00DB1F65" w:rsidRDefault="00C97A70" w:rsidP="009C69E3">
            <w:pPr>
              <w:spacing w:after="0" w:line="240" w:lineRule="auto"/>
              <w:jc w:val="center"/>
            </w:pPr>
            <w:r>
              <w:rPr>
                <w:b/>
                <w:color w:val="FFFFFF"/>
                <w:sz w:val="17"/>
              </w:rPr>
              <w:t>Rubrique</w:t>
            </w:r>
          </w:p>
        </w:tc>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0368EDD8" w14:textId="77777777" w:rsidR="00DB1F65" w:rsidRDefault="00C97A70" w:rsidP="009C69E3">
            <w:pPr>
              <w:spacing w:after="0" w:line="240" w:lineRule="auto"/>
              <w:jc w:val="center"/>
            </w:pPr>
            <w:r>
              <w:rPr>
                <w:b/>
                <w:color w:val="FFFFFF"/>
                <w:sz w:val="17"/>
              </w:rPr>
              <w:t>Élément</w:t>
            </w:r>
          </w:p>
        </w:tc>
        <w:tc>
          <w:tcPr>
            <w:tcW w:w="336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B7916DD" w14:textId="77777777" w:rsidR="00DB1F65" w:rsidRDefault="00C97A70" w:rsidP="009C69E3">
            <w:pPr>
              <w:spacing w:after="0" w:line="240" w:lineRule="auto"/>
              <w:jc w:val="center"/>
            </w:pPr>
            <w:r>
              <w:rPr>
                <w:b/>
                <w:color w:val="FFFFFF"/>
                <w:sz w:val="17"/>
              </w:rPr>
              <w:t>Niveau / précision</w:t>
            </w:r>
          </w:p>
        </w:tc>
      </w:tr>
      <w:tr w:rsidR="00DB1F65" w14:paraId="361EC444"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F831455" w14:textId="77777777" w:rsidR="00DB1F65" w:rsidRDefault="00C97A70" w:rsidP="009C69E3">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2AFEBBA" w14:textId="77777777" w:rsidR="00DB1F65" w:rsidRDefault="00C97A70" w:rsidP="009C69E3">
            <w:pPr>
              <w:spacing w:after="0" w:line="240" w:lineRule="auto"/>
            </w:pPr>
            <w:r>
              <w:rPr>
                <w:color w:val="222222"/>
                <w:sz w:val="17"/>
              </w:rPr>
              <w:t>Word</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1F31950" w14:textId="77777777" w:rsidR="00DB1F65" w:rsidRDefault="00C97A70" w:rsidP="009C69E3">
            <w:pPr>
              <w:spacing w:after="0" w:line="240" w:lineRule="auto"/>
            </w:pPr>
            <w:r>
              <w:rPr>
                <w:i/>
                <w:color w:val="666666"/>
                <w:sz w:val="17"/>
              </w:rPr>
              <w:t>[Base / autonome / avancé]</w:t>
            </w:r>
          </w:p>
        </w:tc>
      </w:tr>
      <w:tr w:rsidR="00DB1F65" w:rsidRPr="00423058" w14:paraId="267FCD17"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555C3301" w14:textId="77777777" w:rsidR="00DB1F65" w:rsidRDefault="00C97A70" w:rsidP="009C69E3">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D1D8015" w14:textId="77777777" w:rsidR="00DB1F65" w:rsidRDefault="00C97A70" w:rsidP="009C69E3">
            <w:pPr>
              <w:spacing w:after="0" w:line="240" w:lineRule="auto"/>
            </w:pPr>
            <w:r>
              <w:rPr>
                <w:color w:val="222222"/>
                <w:sz w:val="17"/>
              </w:rPr>
              <w:t>Excel</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FC793D8" w14:textId="77777777" w:rsidR="00DB1F65" w:rsidRPr="001C64D6" w:rsidRDefault="00C97A70" w:rsidP="009C69E3">
            <w:pPr>
              <w:spacing w:after="0" w:line="240" w:lineRule="auto"/>
              <w:rPr>
                <w:lang w:val="fr-FR"/>
              </w:rPr>
            </w:pPr>
            <w:r w:rsidRPr="001C64D6">
              <w:rPr>
                <w:i/>
                <w:color w:val="666666"/>
                <w:sz w:val="17"/>
                <w:lang w:val="fr-FR"/>
              </w:rPr>
              <w:t>[Base / autonome / avancé – préciser fonctions maîtrisées]</w:t>
            </w:r>
          </w:p>
        </w:tc>
      </w:tr>
      <w:tr w:rsidR="00DB1F65" w14:paraId="3978CE0E"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FEBBC82" w14:textId="77777777" w:rsidR="00DB1F65" w:rsidRDefault="00C97A70" w:rsidP="009C69E3">
            <w:pPr>
              <w:spacing w:after="0" w:line="240" w:lineRule="auto"/>
            </w:pPr>
            <w:r>
              <w:rPr>
                <w:color w:val="222222"/>
                <w:sz w:val="17"/>
              </w:rPr>
              <w:t>Informatique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1AB6FD6" w14:textId="77777777" w:rsidR="00DB1F65" w:rsidRDefault="00C97A70" w:rsidP="009C69E3">
            <w:pPr>
              <w:spacing w:after="0" w:line="240" w:lineRule="auto"/>
            </w:pPr>
            <w:r>
              <w:rPr>
                <w:color w:val="222222"/>
                <w:sz w:val="17"/>
              </w:rPr>
              <w:t>PowerPoint / outils collaboratifs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8EE4FD2" w14:textId="77777777" w:rsidR="00DB1F65" w:rsidRDefault="00C97A70" w:rsidP="009C69E3">
            <w:pPr>
              <w:spacing w:after="0" w:line="240" w:lineRule="auto"/>
            </w:pPr>
            <w:r>
              <w:rPr>
                <w:i/>
                <w:color w:val="666666"/>
                <w:sz w:val="17"/>
              </w:rPr>
              <w:t>[Préciser]</w:t>
            </w:r>
          </w:p>
        </w:tc>
      </w:tr>
      <w:tr w:rsidR="00DB1F65" w14:paraId="02076D6E"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A85D3B6" w14:textId="77777777" w:rsidR="00DB1F65" w:rsidRDefault="00C97A70" w:rsidP="009C69E3">
            <w:pPr>
              <w:spacing w:after="0" w:line="240" w:lineRule="auto"/>
            </w:pPr>
            <w:r>
              <w:rPr>
                <w:color w:val="222222"/>
                <w:sz w:val="17"/>
              </w:rPr>
              <w:t>Langue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B17EB26" w14:textId="77777777" w:rsidR="00DB1F65" w:rsidRDefault="00C97A70" w:rsidP="009C69E3">
            <w:pPr>
              <w:spacing w:after="0" w:line="240" w:lineRule="auto"/>
            </w:pPr>
            <w:r>
              <w:rPr>
                <w:color w:val="222222"/>
                <w:sz w:val="17"/>
              </w:rPr>
              <w:t>Français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FA4D836" w14:textId="77777777" w:rsidR="00DB1F65" w:rsidRDefault="00C97A70" w:rsidP="009C69E3">
            <w:pPr>
              <w:spacing w:after="0" w:line="240" w:lineRule="auto"/>
            </w:pPr>
            <w:r>
              <w:rPr>
                <w:i/>
                <w:color w:val="666666"/>
                <w:sz w:val="17"/>
              </w:rPr>
              <w:t>[Oral / écrit]</w:t>
            </w:r>
          </w:p>
        </w:tc>
      </w:tr>
      <w:tr w:rsidR="00DB1F65" w14:paraId="07B168F2" w14:textId="77777777">
        <w:trPr>
          <w:cantSplit/>
          <w:jc w:val="center"/>
        </w:trPr>
        <w:tc>
          <w:tcPr>
            <w:tcW w:w="194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1FDD852" w14:textId="77777777" w:rsidR="00DB1F65" w:rsidRDefault="00C97A70" w:rsidP="009C69E3">
            <w:pPr>
              <w:spacing w:after="0" w:line="240" w:lineRule="auto"/>
            </w:pPr>
            <w:r>
              <w:rPr>
                <w:color w:val="222222"/>
                <w:sz w:val="17"/>
              </w:rPr>
              <w:t>Langue</w:t>
            </w:r>
          </w:p>
        </w:tc>
        <w:tc>
          <w:tcPr>
            <w:tcW w:w="3888"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260A6F2" w14:textId="77777777" w:rsidR="00DB1F65" w:rsidRDefault="00C97A70" w:rsidP="009C69E3">
            <w:pPr>
              <w:spacing w:after="0" w:line="240" w:lineRule="auto"/>
            </w:pPr>
            <w:r>
              <w:rPr>
                <w:color w:val="222222"/>
                <w:sz w:val="17"/>
              </w:rPr>
              <w:t>Anglais</w:t>
            </w:r>
          </w:p>
        </w:tc>
        <w:tc>
          <w:tcPr>
            <w:tcW w:w="41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0F164B6" w14:textId="77777777" w:rsidR="00DB1F65" w:rsidRDefault="00C97A70" w:rsidP="009C69E3">
            <w:pPr>
              <w:spacing w:after="0" w:line="240" w:lineRule="auto"/>
            </w:pPr>
            <w:r>
              <w:rPr>
                <w:i/>
                <w:color w:val="666666"/>
                <w:sz w:val="17"/>
              </w:rPr>
              <w:t>[Oral / écrit – si applicable]</w:t>
            </w:r>
          </w:p>
        </w:tc>
      </w:tr>
    </w:tbl>
    <w:p w14:paraId="3C13C2B0" w14:textId="77777777" w:rsidR="00DB1F65" w:rsidRDefault="00C97A70" w:rsidP="009C69E3">
      <w:pPr>
        <w:keepNext/>
        <w:spacing w:after="0" w:line="240" w:lineRule="auto"/>
      </w:pPr>
      <w:r>
        <w:rPr>
          <w:b/>
          <w:color w:val="315BA5"/>
          <w:sz w:val="25"/>
        </w:rPr>
        <w:t>8. PORTFOLIO / RÉALISATIONS DE COMMUNICATION</w:t>
      </w:r>
    </w:p>
    <w:p w14:paraId="5D20AB4F" w14:textId="77777777" w:rsidR="00DB1F65" w:rsidRPr="001C64D6" w:rsidRDefault="00C97A70" w:rsidP="009C69E3">
      <w:pPr>
        <w:spacing w:after="0" w:line="240" w:lineRule="auto"/>
        <w:rPr>
          <w:lang w:val="fr-FR"/>
        </w:rPr>
      </w:pPr>
      <w:r w:rsidRPr="001C64D6">
        <w:rPr>
          <w:sz w:val="17"/>
          <w:lang w:val="fr-FR"/>
        </w:rPr>
        <w:t>Indiquer jusqu’à trois liens ou références vérifiables : publication, campagne, visuel, vidéo, page web, compte institutionnel ou autre réalisation pertinente.</w:t>
      </w:r>
    </w:p>
    <w:tbl>
      <w:tblPr>
        <w:tblW w:w="0" w:type="auto"/>
        <w:jc w:val="center"/>
        <w:tblLayout w:type="fixed"/>
        <w:tblLook w:val="04A0" w:firstRow="1" w:lastRow="0" w:firstColumn="1" w:lastColumn="0" w:noHBand="0" w:noVBand="1"/>
      </w:tblPr>
      <w:tblGrid>
        <w:gridCol w:w="2520"/>
        <w:gridCol w:w="3312"/>
        <w:gridCol w:w="3384"/>
        <w:gridCol w:w="2592"/>
      </w:tblGrid>
      <w:tr w:rsidR="00DB1F65" w14:paraId="5BC9DFAD"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958D994" w14:textId="77777777" w:rsidR="00DB1F65" w:rsidRDefault="00C97A70" w:rsidP="009C69E3">
            <w:pPr>
              <w:spacing w:after="0" w:line="240" w:lineRule="auto"/>
              <w:jc w:val="center"/>
            </w:pPr>
            <w:r>
              <w:rPr>
                <w:b/>
                <w:color w:val="FFFFFF"/>
                <w:sz w:val="16"/>
              </w:rPr>
              <w:t>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709FE179" w14:textId="77777777" w:rsidR="00DB1F65" w:rsidRDefault="00C97A70" w:rsidP="009C69E3">
            <w:pPr>
              <w:spacing w:after="0" w:line="240" w:lineRule="auto"/>
              <w:jc w:val="center"/>
            </w:pPr>
            <w:r>
              <w:rPr>
                <w:b/>
                <w:color w:val="FFFFFF"/>
                <w:sz w:val="16"/>
              </w:rPr>
              <w:t>Réalisation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099CF93" w14:textId="77777777" w:rsidR="00DB1F65" w:rsidRDefault="00C97A70" w:rsidP="009C69E3">
            <w:pPr>
              <w:spacing w:after="0" w:line="240" w:lineRule="auto"/>
              <w:jc w:val="center"/>
            </w:pPr>
            <w:r>
              <w:rPr>
                <w:b/>
                <w:color w:val="FFFFFF"/>
                <w:sz w:val="16"/>
              </w:rPr>
              <w:t>Lien / référence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7BD148A" w14:textId="77777777" w:rsidR="00DB1F65" w:rsidRDefault="00C97A70" w:rsidP="009C69E3">
            <w:pPr>
              <w:spacing w:after="0" w:line="240" w:lineRule="auto"/>
              <w:jc w:val="center"/>
            </w:pPr>
            <w:r>
              <w:rPr>
                <w:b/>
                <w:color w:val="FFFFFF"/>
                <w:sz w:val="16"/>
              </w:rPr>
              <w:t>Rôle personnel</w:t>
            </w:r>
          </w:p>
        </w:tc>
      </w:tr>
      <w:tr w:rsidR="00DB1F65" w14:paraId="46456311" w14:textId="77777777">
        <w:trPr>
          <w:cantSplit/>
          <w:jc w:val="center"/>
        </w:trPr>
        <w:tc>
          <w:tcPr>
            <w:tcW w:w="6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A96DF1D" w14:textId="77777777" w:rsidR="00DB1F65" w:rsidRDefault="00C97A70" w:rsidP="009C69E3">
            <w:pPr>
              <w:spacing w:after="0" w:line="240" w:lineRule="auto"/>
            </w:pPr>
            <w:r>
              <w:rPr>
                <w:color w:val="222222"/>
                <w:sz w:val="16"/>
              </w:rPr>
              <w:t>1</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38FA519F" w14:textId="77777777" w:rsidR="00DB1F65" w:rsidRDefault="00C97A70" w:rsidP="009C69E3">
            <w:pPr>
              <w:spacing w:after="0" w:line="240" w:lineRule="auto"/>
            </w:pPr>
            <w:r>
              <w:rPr>
                <w:i/>
                <w:color w:val="666666"/>
                <w:sz w:val="16"/>
              </w:rPr>
              <w:t>[À compléter]</w:t>
            </w:r>
          </w:p>
        </w:tc>
        <w:tc>
          <w:tcPr>
            <w:tcW w:w="338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61A24CA" w14:textId="77777777" w:rsidR="00DB1F65" w:rsidRDefault="00C97A70" w:rsidP="009C69E3">
            <w:pPr>
              <w:spacing w:after="0" w:line="240" w:lineRule="auto"/>
            </w:pPr>
            <w:r>
              <w:rPr>
                <w:i/>
                <w:color w:val="666666"/>
                <w:sz w:val="16"/>
              </w:rPr>
              <w:t>[Lien ou référence]</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4024607" w14:textId="77777777" w:rsidR="00DB1F65" w:rsidRDefault="00C97A70" w:rsidP="009C69E3">
            <w:pPr>
              <w:spacing w:after="0" w:line="240" w:lineRule="auto"/>
            </w:pPr>
            <w:r>
              <w:rPr>
                <w:i/>
                <w:color w:val="666666"/>
                <w:sz w:val="16"/>
              </w:rPr>
              <w:t>[Conception / rédaction / animation / montage…]</w:t>
            </w:r>
          </w:p>
        </w:tc>
      </w:tr>
      <w:tr w:rsidR="00DB1F65" w14:paraId="6EB38F27" w14:textId="77777777">
        <w:trPr>
          <w:cantSplit/>
          <w:jc w:val="center"/>
        </w:trPr>
        <w:tc>
          <w:tcPr>
            <w:tcW w:w="6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6EF66BEC" w14:textId="77777777" w:rsidR="00DB1F65" w:rsidRDefault="00C97A70" w:rsidP="009C69E3">
            <w:pPr>
              <w:spacing w:after="0" w:line="240" w:lineRule="auto"/>
            </w:pPr>
            <w:r>
              <w:rPr>
                <w:color w:val="222222"/>
                <w:sz w:val="16"/>
              </w:rPr>
              <w:t>2</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E973A63" w14:textId="77777777" w:rsidR="00DB1F65" w:rsidRDefault="00C97A70" w:rsidP="009C69E3">
            <w:pPr>
              <w:spacing w:after="0" w:line="240" w:lineRule="auto"/>
            </w:pPr>
            <w:r>
              <w:rPr>
                <w:i/>
                <w:color w:val="666666"/>
                <w:sz w:val="16"/>
              </w:rPr>
              <w:t>[À compléter]</w:t>
            </w:r>
          </w:p>
        </w:tc>
        <w:tc>
          <w:tcPr>
            <w:tcW w:w="338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AA7D956" w14:textId="77777777" w:rsidR="00DB1F65" w:rsidRDefault="00C97A70" w:rsidP="009C69E3">
            <w:pPr>
              <w:spacing w:after="0" w:line="240" w:lineRule="auto"/>
            </w:pPr>
            <w:r>
              <w:rPr>
                <w:i/>
                <w:color w:val="666666"/>
                <w:sz w:val="16"/>
              </w:rPr>
              <w:t>[Lien ou référence]</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44964F9" w14:textId="77777777" w:rsidR="00DB1F65" w:rsidRDefault="00C97A70" w:rsidP="009C69E3">
            <w:pPr>
              <w:spacing w:after="0" w:line="240" w:lineRule="auto"/>
            </w:pPr>
            <w:r>
              <w:rPr>
                <w:i/>
                <w:color w:val="666666"/>
                <w:sz w:val="16"/>
              </w:rPr>
              <w:t>[Rôle]</w:t>
            </w:r>
          </w:p>
        </w:tc>
      </w:tr>
      <w:tr w:rsidR="00DB1F65" w14:paraId="61633968" w14:textId="77777777">
        <w:trPr>
          <w:cantSplit/>
          <w:jc w:val="center"/>
        </w:trPr>
        <w:tc>
          <w:tcPr>
            <w:tcW w:w="6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7987BE2E" w14:textId="77777777" w:rsidR="00DB1F65" w:rsidRDefault="00C97A70" w:rsidP="009C69E3">
            <w:pPr>
              <w:spacing w:after="0" w:line="240" w:lineRule="auto"/>
            </w:pPr>
            <w:r>
              <w:rPr>
                <w:color w:val="222222"/>
                <w:sz w:val="16"/>
              </w:rPr>
              <w:t>3</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797E405" w14:textId="77777777" w:rsidR="00DB1F65" w:rsidRDefault="00C97A70" w:rsidP="009C69E3">
            <w:pPr>
              <w:spacing w:after="0" w:line="240" w:lineRule="auto"/>
            </w:pPr>
            <w:r>
              <w:rPr>
                <w:i/>
                <w:color w:val="666666"/>
                <w:sz w:val="16"/>
              </w:rPr>
              <w:t>[À compléter]</w:t>
            </w:r>
          </w:p>
        </w:tc>
        <w:tc>
          <w:tcPr>
            <w:tcW w:w="338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491370A7" w14:textId="77777777" w:rsidR="00DB1F65" w:rsidRDefault="00C97A70" w:rsidP="009C69E3">
            <w:pPr>
              <w:spacing w:after="0" w:line="240" w:lineRule="auto"/>
            </w:pPr>
            <w:r>
              <w:rPr>
                <w:i/>
                <w:color w:val="666666"/>
                <w:sz w:val="16"/>
              </w:rPr>
              <w:t>[Lien ou référence]</w:t>
            </w:r>
          </w:p>
        </w:tc>
        <w:tc>
          <w:tcPr>
            <w:tcW w:w="259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9D59289" w14:textId="77777777" w:rsidR="00DB1F65" w:rsidRDefault="00C97A70" w:rsidP="009C69E3">
            <w:pPr>
              <w:spacing w:after="0" w:line="240" w:lineRule="auto"/>
            </w:pPr>
            <w:r>
              <w:rPr>
                <w:i/>
                <w:color w:val="666666"/>
                <w:sz w:val="16"/>
              </w:rPr>
              <w:t>[Rôle]</w:t>
            </w:r>
          </w:p>
        </w:tc>
      </w:tr>
    </w:tbl>
    <w:p w14:paraId="369E27FE" w14:textId="77777777" w:rsidR="00DB1F65" w:rsidRPr="001C64D6" w:rsidRDefault="00C97A70" w:rsidP="009C69E3">
      <w:pPr>
        <w:keepNext/>
        <w:spacing w:after="0" w:line="240" w:lineRule="auto"/>
        <w:rPr>
          <w:lang w:val="fr-FR"/>
        </w:rPr>
      </w:pPr>
      <w:r w:rsidRPr="001C64D6">
        <w:rPr>
          <w:b/>
          <w:color w:val="315BA5"/>
          <w:sz w:val="25"/>
          <w:lang w:val="fr-FR"/>
        </w:rPr>
        <w:t>9. SAUVEGARDE, PROTECTION DE L’ENFANT ET PSEA/PEAS</w:t>
      </w:r>
    </w:p>
    <w:tbl>
      <w:tblPr>
        <w:tblW w:w="0" w:type="auto"/>
        <w:jc w:val="center"/>
        <w:tblLayout w:type="fixed"/>
        <w:tblLook w:val="04A0" w:firstRow="1" w:lastRow="0" w:firstColumn="1" w:lastColumn="0" w:noHBand="0" w:noVBand="1"/>
      </w:tblPr>
      <w:tblGrid>
        <w:gridCol w:w="6624"/>
        <w:gridCol w:w="5040"/>
      </w:tblGrid>
      <w:tr w:rsidR="00DB1F65" w:rsidRPr="00423058" w14:paraId="2B5743FB" w14:textId="77777777">
        <w:trPr>
          <w:cantSplit/>
          <w:tblHeader/>
          <w:jc w:val="center"/>
        </w:trPr>
        <w:tc>
          <w:tcPr>
            <w:tcW w:w="504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C71139D" w14:textId="77777777" w:rsidR="00DB1F65" w:rsidRDefault="00C97A70" w:rsidP="009C69E3">
            <w:pPr>
              <w:spacing w:after="0" w:line="240" w:lineRule="auto"/>
              <w:jc w:val="center"/>
            </w:pPr>
            <w:r>
              <w:rPr>
                <w:b/>
                <w:color w:val="FFFFFF"/>
                <w:sz w:val="17"/>
              </w:rPr>
              <w:t>Question</w:t>
            </w:r>
          </w:p>
        </w:tc>
        <w:tc>
          <w:tcPr>
            <w:tcW w:w="504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490A4DCB" w14:textId="77777777" w:rsidR="00DB1F65" w:rsidRPr="001C64D6" w:rsidRDefault="00C97A70" w:rsidP="009C69E3">
            <w:pPr>
              <w:spacing w:after="0" w:line="240" w:lineRule="auto"/>
              <w:jc w:val="center"/>
              <w:rPr>
                <w:lang w:val="fr-FR"/>
              </w:rPr>
            </w:pPr>
            <w:r w:rsidRPr="001C64D6">
              <w:rPr>
                <w:b/>
                <w:color w:val="FFFFFF"/>
                <w:sz w:val="17"/>
                <w:lang w:val="fr-FR"/>
              </w:rPr>
              <w:t>Réponse du/de la candidat(e)</w:t>
            </w:r>
          </w:p>
        </w:tc>
      </w:tr>
      <w:tr w:rsidR="00DB1F65" w:rsidRPr="00423058" w14:paraId="62DF3321" w14:textId="77777777">
        <w:trPr>
          <w:cantSplit/>
          <w:jc w:val="center"/>
        </w:trPr>
        <w:tc>
          <w:tcPr>
            <w:tcW w:w="662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DD7C8DA" w14:textId="77777777" w:rsidR="00DB1F65" w:rsidRPr="001C64D6" w:rsidRDefault="00C97A70" w:rsidP="009C69E3">
            <w:pPr>
              <w:spacing w:after="0" w:line="240" w:lineRule="auto"/>
              <w:rPr>
                <w:lang w:val="fr-FR"/>
              </w:rPr>
            </w:pPr>
            <w:r w:rsidRPr="001C64D6">
              <w:rPr>
                <w:color w:val="222222"/>
                <w:sz w:val="17"/>
                <w:lang w:val="fr-FR"/>
              </w:rPr>
              <w:t>Avez-vous déjà suivi une formation PSEA/PEAS ou sauvegarde ?</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6A4136C6" w14:textId="77777777" w:rsidR="00DB1F65" w:rsidRPr="001C64D6" w:rsidRDefault="00C97A70" w:rsidP="009C69E3">
            <w:pPr>
              <w:spacing w:after="0" w:line="240" w:lineRule="auto"/>
              <w:rPr>
                <w:lang w:val="fr-FR"/>
              </w:rPr>
            </w:pPr>
            <w:r w:rsidRPr="001C64D6">
              <w:rPr>
                <w:i/>
                <w:color w:val="666666"/>
                <w:sz w:val="17"/>
                <w:lang w:val="fr-FR"/>
              </w:rPr>
              <w:t>[Oui / Non. Si oui, préciser organisme et année]</w:t>
            </w:r>
          </w:p>
        </w:tc>
      </w:tr>
      <w:tr w:rsidR="00DB1F65" w14:paraId="73F61003" w14:textId="77777777">
        <w:trPr>
          <w:cantSplit/>
          <w:jc w:val="center"/>
        </w:trPr>
        <w:tc>
          <w:tcPr>
            <w:tcW w:w="662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7B953BA" w14:textId="77777777" w:rsidR="00DB1F65" w:rsidRPr="001C64D6" w:rsidRDefault="00C97A70" w:rsidP="009C69E3">
            <w:pPr>
              <w:spacing w:after="0" w:line="240" w:lineRule="auto"/>
              <w:rPr>
                <w:lang w:val="fr-FR"/>
              </w:rPr>
            </w:pPr>
            <w:r w:rsidRPr="001C64D6">
              <w:rPr>
                <w:color w:val="222222"/>
                <w:sz w:val="17"/>
                <w:lang w:val="fr-FR"/>
              </w:rPr>
              <w:t>Acceptez-vous de respecter le Code de conduite et la politique de tolérance zéro du programme ?</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0BCDDF24" w14:textId="77777777" w:rsidR="00DB1F65" w:rsidRDefault="00C97A70" w:rsidP="009C69E3">
            <w:pPr>
              <w:spacing w:after="0" w:line="240" w:lineRule="auto"/>
            </w:pPr>
            <w:r>
              <w:rPr>
                <w:i/>
                <w:color w:val="666666"/>
                <w:sz w:val="17"/>
              </w:rPr>
              <w:t>[Oui / Non]</w:t>
            </w:r>
          </w:p>
        </w:tc>
      </w:tr>
      <w:tr w:rsidR="00DB1F65" w14:paraId="41A47626" w14:textId="77777777">
        <w:trPr>
          <w:cantSplit/>
          <w:jc w:val="center"/>
        </w:trPr>
        <w:tc>
          <w:tcPr>
            <w:tcW w:w="6624"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41D13C2D" w14:textId="77777777" w:rsidR="00DB1F65" w:rsidRPr="001C64D6" w:rsidRDefault="00C97A70" w:rsidP="009C69E3">
            <w:pPr>
              <w:spacing w:after="0" w:line="240" w:lineRule="auto"/>
              <w:rPr>
                <w:lang w:val="fr-FR"/>
              </w:rPr>
            </w:pPr>
            <w:r w:rsidRPr="001C64D6">
              <w:rPr>
                <w:color w:val="222222"/>
                <w:sz w:val="17"/>
                <w:lang w:val="fr-FR"/>
              </w:rPr>
              <w:t>Acceptez-vous les vérifications de références professionnelles prévues dans le processus de recrutement ?</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12FE5235" w14:textId="77777777" w:rsidR="00DB1F65" w:rsidRDefault="00C97A70" w:rsidP="009C69E3">
            <w:pPr>
              <w:spacing w:after="0" w:line="240" w:lineRule="auto"/>
            </w:pPr>
            <w:r>
              <w:rPr>
                <w:i/>
                <w:color w:val="666666"/>
                <w:sz w:val="17"/>
              </w:rPr>
              <w:t>[Oui / Non]</w:t>
            </w:r>
          </w:p>
        </w:tc>
      </w:tr>
    </w:tbl>
    <w:p w14:paraId="5D5560CD" w14:textId="77777777" w:rsidR="00DB1F65" w:rsidRDefault="00C97A70" w:rsidP="009C69E3">
      <w:pPr>
        <w:keepNext/>
        <w:spacing w:after="0" w:line="240" w:lineRule="auto"/>
      </w:pPr>
      <w:r>
        <w:rPr>
          <w:b/>
          <w:color w:val="315BA5"/>
          <w:sz w:val="25"/>
        </w:rPr>
        <w:t>10. RÉFÉRENCES PROFESSIONNELLES</w:t>
      </w:r>
    </w:p>
    <w:p w14:paraId="2F6F7FE0" w14:textId="77777777" w:rsidR="00DB1F65" w:rsidRPr="001C64D6" w:rsidRDefault="00C97A70" w:rsidP="009C69E3">
      <w:pPr>
        <w:spacing w:after="0" w:line="240" w:lineRule="auto"/>
        <w:rPr>
          <w:lang w:val="fr-FR"/>
        </w:rPr>
      </w:pPr>
      <w:r w:rsidRPr="001C64D6">
        <w:rPr>
          <w:i/>
          <w:color w:val="666666"/>
          <w:sz w:val="17"/>
          <w:lang w:val="fr-FR"/>
        </w:rPr>
        <w:t>Fournir deux références professionnelles récentes pouvant confirmer les fonctions et périodes déclarées.</w:t>
      </w:r>
    </w:p>
    <w:tbl>
      <w:tblPr>
        <w:tblW w:w="0" w:type="auto"/>
        <w:jc w:val="center"/>
        <w:tblLayout w:type="fixed"/>
        <w:tblLook w:val="04A0" w:firstRow="1" w:lastRow="0" w:firstColumn="1" w:lastColumn="0" w:noHBand="0" w:noVBand="1"/>
      </w:tblPr>
      <w:tblGrid>
        <w:gridCol w:w="2520"/>
        <w:gridCol w:w="2520"/>
        <w:gridCol w:w="2520"/>
        <w:gridCol w:w="3312"/>
      </w:tblGrid>
      <w:tr w:rsidR="00DB1F65" w14:paraId="5228D722" w14:textId="77777777">
        <w:trPr>
          <w:cantSplit/>
          <w:tblHeade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63898153" w14:textId="77777777" w:rsidR="00DB1F65" w:rsidRDefault="00C97A70" w:rsidP="009C69E3">
            <w:pPr>
              <w:spacing w:after="0" w:line="240" w:lineRule="auto"/>
              <w:jc w:val="center"/>
            </w:pPr>
            <w:r>
              <w:rPr>
                <w:b/>
                <w:color w:val="FFFFFF"/>
                <w:sz w:val="16"/>
              </w:rPr>
              <w:t>Nom et fonction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2D333BE6" w14:textId="77777777" w:rsidR="00DB1F65" w:rsidRDefault="00C97A70" w:rsidP="009C69E3">
            <w:pPr>
              <w:spacing w:after="0" w:line="240" w:lineRule="auto"/>
              <w:jc w:val="center"/>
            </w:pPr>
            <w:r>
              <w:rPr>
                <w:b/>
                <w:color w:val="FFFFFF"/>
                <w:sz w:val="16"/>
              </w:rPr>
              <w:t>Organisation</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218DABDE" w14:textId="77777777" w:rsidR="00DB1F65" w:rsidRDefault="00C97A70" w:rsidP="009C69E3">
            <w:pPr>
              <w:spacing w:after="0" w:line="240" w:lineRule="auto"/>
              <w:jc w:val="center"/>
            </w:pPr>
            <w:r>
              <w:rPr>
                <w:b/>
                <w:color w:val="FFFFFF"/>
                <w:sz w:val="16"/>
              </w:rPr>
              <w:t>Téléphone</w:t>
            </w:r>
          </w:p>
        </w:tc>
        <w:tc>
          <w:tcPr>
            <w:tcW w:w="2520" w:type="dxa"/>
            <w:tcBorders>
              <w:top w:val="single" w:sz="4" w:space="0" w:color="D9E2E8"/>
              <w:left w:val="single" w:sz="4" w:space="0" w:color="D9E2E8"/>
              <w:bottom w:val="single" w:sz="4" w:space="0" w:color="D9E2E8"/>
              <w:right w:val="single" w:sz="4" w:space="0" w:color="D9E2E8"/>
            </w:tcBorders>
            <w:shd w:val="clear" w:color="auto" w:fill="315BA5"/>
            <w:tcMar>
              <w:top w:w="60" w:type="dxa"/>
              <w:left w:w="70" w:type="dxa"/>
              <w:bottom w:w="60" w:type="dxa"/>
              <w:right w:w="70" w:type="dxa"/>
            </w:tcMar>
            <w:vAlign w:val="center"/>
          </w:tcPr>
          <w:p w14:paraId="530717CC" w14:textId="77777777" w:rsidR="00DB1F65" w:rsidRDefault="00C97A70" w:rsidP="009C69E3">
            <w:pPr>
              <w:spacing w:after="0" w:line="240" w:lineRule="auto"/>
              <w:jc w:val="center"/>
            </w:pPr>
            <w:r>
              <w:rPr>
                <w:b/>
                <w:color w:val="FFFFFF"/>
                <w:sz w:val="16"/>
              </w:rPr>
              <w:t>E-mail / relation professionnelle</w:t>
            </w:r>
          </w:p>
        </w:tc>
      </w:tr>
      <w:tr w:rsidR="00DB1F65" w:rsidRPr="00423058" w14:paraId="61A90BD5" w14:textId="77777777">
        <w:trPr>
          <w:cantSplit/>
          <w:jc w:val="center"/>
        </w:trPr>
        <w:tc>
          <w:tcPr>
            <w:tcW w:w="24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03D20E05" w14:textId="77777777" w:rsidR="00DB1F65" w:rsidRDefault="00C97A70" w:rsidP="009C69E3">
            <w:pPr>
              <w:spacing w:after="0" w:line="240" w:lineRule="auto"/>
            </w:pPr>
            <w:r>
              <w:rPr>
                <w:i/>
                <w:color w:val="666666"/>
                <w:sz w:val="16"/>
              </w:rPr>
              <w:t>[À compléter]</w:t>
            </w:r>
          </w:p>
        </w:tc>
        <w:tc>
          <w:tcPr>
            <w:tcW w:w="23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C70810D" w14:textId="77777777" w:rsidR="00DB1F65" w:rsidRDefault="00C97A70" w:rsidP="009C69E3">
            <w:pPr>
              <w:spacing w:after="0" w:line="240" w:lineRule="auto"/>
            </w:pPr>
            <w:r>
              <w:rPr>
                <w:i/>
                <w:color w:val="666666"/>
                <w:sz w:val="16"/>
              </w:rPr>
              <w:t>[Organisation]</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7313A224" w14:textId="77777777" w:rsidR="00DB1F65" w:rsidRDefault="00C97A70" w:rsidP="009C69E3">
            <w:pPr>
              <w:spacing w:after="0" w:line="240" w:lineRule="auto"/>
            </w:pPr>
            <w:r>
              <w:rPr>
                <w:i/>
                <w:color w:val="666666"/>
                <w:sz w:val="16"/>
              </w:rPr>
              <w:t>[Téléphone]</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34037C9" w14:textId="77777777" w:rsidR="00DB1F65" w:rsidRPr="001C64D6" w:rsidRDefault="00C97A70" w:rsidP="009C69E3">
            <w:pPr>
              <w:spacing w:after="0" w:line="240" w:lineRule="auto"/>
              <w:rPr>
                <w:lang w:val="fr-FR"/>
              </w:rPr>
            </w:pPr>
            <w:r w:rsidRPr="001C64D6">
              <w:rPr>
                <w:i/>
                <w:color w:val="666666"/>
                <w:sz w:val="16"/>
                <w:lang w:val="fr-FR"/>
              </w:rPr>
              <w:t>[E-mail / ex. superviseur direct]</w:t>
            </w:r>
          </w:p>
        </w:tc>
      </w:tr>
      <w:tr w:rsidR="00DB1F65" w14:paraId="7536E9BC" w14:textId="77777777">
        <w:trPr>
          <w:cantSplit/>
          <w:jc w:val="center"/>
        </w:trPr>
        <w:tc>
          <w:tcPr>
            <w:tcW w:w="2448" w:type="dxa"/>
            <w:tcBorders>
              <w:top w:val="single" w:sz="4" w:space="0" w:color="D9E2E8"/>
              <w:left w:val="single" w:sz="4" w:space="0" w:color="D9E2E8"/>
              <w:bottom w:val="single" w:sz="4" w:space="0" w:color="D9E2E8"/>
              <w:right w:val="single" w:sz="4" w:space="0" w:color="D9E2E8"/>
            </w:tcBorders>
            <w:shd w:val="clear" w:color="auto" w:fill="F8FAFB"/>
            <w:tcMar>
              <w:top w:w="60" w:type="dxa"/>
              <w:left w:w="70" w:type="dxa"/>
              <w:bottom w:w="60" w:type="dxa"/>
              <w:right w:w="70" w:type="dxa"/>
            </w:tcMar>
            <w:vAlign w:val="center"/>
          </w:tcPr>
          <w:p w14:paraId="2D37E736" w14:textId="77777777" w:rsidR="00DB1F65" w:rsidRDefault="00C97A70" w:rsidP="009C69E3">
            <w:pPr>
              <w:spacing w:after="0" w:line="240" w:lineRule="auto"/>
            </w:pPr>
            <w:r>
              <w:rPr>
                <w:i/>
                <w:color w:val="666666"/>
                <w:sz w:val="16"/>
              </w:rPr>
              <w:t>[À compléter]</w:t>
            </w:r>
          </w:p>
        </w:tc>
        <w:tc>
          <w:tcPr>
            <w:tcW w:w="2304"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54ADCD9F" w14:textId="77777777" w:rsidR="00DB1F65" w:rsidRDefault="00C97A70" w:rsidP="009C69E3">
            <w:pPr>
              <w:spacing w:after="0" w:line="240" w:lineRule="auto"/>
            </w:pPr>
            <w:r>
              <w:rPr>
                <w:i/>
                <w:color w:val="666666"/>
                <w:sz w:val="16"/>
              </w:rPr>
              <w:t>[Organisation]</w:t>
            </w:r>
          </w:p>
        </w:tc>
        <w:tc>
          <w:tcPr>
            <w:tcW w:w="187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AB61FC9" w14:textId="77777777" w:rsidR="00DB1F65" w:rsidRDefault="00C97A70" w:rsidP="009C69E3">
            <w:pPr>
              <w:spacing w:after="0" w:line="240" w:lineRule="auto"/>
            </w:pPr>
            <w:r>
              <w:rPr>
                <w:i/>
                <w:color w:val="666666"/>
                <w:sz w:val="16"/>
              </w:rPr>
              <w:t>[Téléphone]</w:t>
            </w:r>
          </w:p>
        </w:tc>
        <w:tc>
          <w:tcPr>
            <w:tcW w:w="3312" w:type="dxa"/>
            <w:tcBorders>
              <w:top w:val="single" w:sz="4" w:space="0" w:color="D9E2E8"/>
              <w:left w:val="single" w:sz="4" w:space="0" w:color="D9E2E8"/>
              <w:bottom w:val="single" w:sz="4" w:space="0" w:color="D9E2E8"/>
              <w:right w:val="single" w:sz="4" w:space="0" w:color="D9E2E8"/>
            </w:tcBorders>
            <w:tcMar>
              <w:top w:w="60" w:type="dxa"/>
              <w:left w:w="70" w:type="dxa"/>
              <w:bottom w:w="60" w:type="dxa"/>
              <w:right w:w="70" w:type="dxa"/>
            </w:tcMar>
            <w:vAlign w:val="center"/>
          </w:tcPr>
          <w:p w14:paraId="27EE1F63" w14:textId="77777777" w:rsidR="00DB1F65" w:rsidRDefault="00C97A70" w:rsidP="009C69E3">
            <w:pPr>
              <w:spacing w:after="0" w:line="240" w:lineRule="auto"/>
            </w:pPr>
            <w:r>
              <w:rPr>
                <w:i/>
                <w:color w:val="666666"/>
                <w:sz w:val="16"/>
              </w:rPr>
              <w:t>[E-mail / relation]</w:t>
            </w:r>
          </w:p>
        </w:tc>
      </w:tr>
    </w:tbl>
    <w:p w14:paraId="56B1CA28" w14:textId="77777777" w:rsidR="00DB1F65" w:rsidRPr="001C64D6" w:rsidRDefault="00C97A70" w:rsidP="009C69E3">
      <w:pPr>
        <w:keepNext/>
        <w:spacing w:after="0" w:line="240" w:lineRule="auto"/>
        <w:rPr>
          <w:lang w:val="fr-FR"/>
        </w:rPr>
      </w:pPr>
      <w:r w:rsidRPr="001C64D6">
        <w:rPr>
          <w:b/>
          <w:color w:val="315BA5"/>
          <w:sz w:val="25"/>
          <w:lang w:val="fr-FR"/>
        </w:rPr>
        <w:t>11. DÉCLARATION DU/DE LA CANDIDAT(E)</w:t>
      </w:r>
    </w:p>
    <w:p w14:paraId="7DA539EB" w14:textId="77777777" w:rsidR="00DB1F65" w:rsidRPr="001C64D6" w:rsidRDefault="00C97A70" w:rsidP="009C69E3">
      <w:pPr>
        <w:spacing w:after="0" w:line="240" w:lineRule="auto"/>
        <w:rPr>
          <w:lang w:val="fr-FR"/>
        </w:rPr>
      </w:pPr>
      <w:r w:rsidRPr="001C64D6">
        <w:rPr>
          <w:sz w:val="18"/>
          <w:lang w:val="fr-FR"/>
        </w:rPr>
        <w:t>Je certifie exactes les informations contenues dans ce CV. Je comprends que toute fausse déclaration ou information matériellement inexacte peut entraîner l’exclusion du processus de recrutement. Je m’engage, si je suis retenu(e), à respecter les règles de confidentialité, d’éthique, de sauvegarde, de protection de l’enfant et de PSEA/PEAS applicables au programme.</w:t>
      </w:r>
    </w:p>
    <w:tbl>
      <w:tblPr>
        <w:tblW w:w="0" w:type="auto"/>
        <w:jc w:val="center"/>
        <w:tblLayout w:type="fixed"/>
        <w:tblLook w:val="04A0" w:firstRow="1" w:lastRow="0" w:firstColumn="1" w:lastColumn="0" w:noHBand="0" w:noVBand="1"/>
      </w:tblPr>
      <w:tblGrid>
        <w:gridCol w:w="2520"/>
        <w:gridCol w:w="2520"/>
        <w:gridCol w:w="2520"/>
        <w:gridCol w:w="2520"/>
      </w:tblGrid>
      <w:tr w:rsidR="00DB1F65" w14:paraId="1F5D3184" w14:textId="77777777">
        <w:trPr>
          <w:jc w:val="center"/>
        </w:trPr>
        <w:tc>
          <w:tcPr>
            <w:tcW w:w="2520" w:type="dxa"/>
            <w:tcBorders>
              <w:top w:val="single" w:sz="4" w:space="0" w:color="D9E2E8"/>
              <w:left w:val="single" w:sz="4" w:space="0" w:color="D9E2E8"/>
              <w:bottom w:val="single" w:sz="4" w:space="0" w:color="D9E2E8"/>
              <w:right w:val="single" w:sz="4" w:space="0" w:color="D9E2E8"/>
            </w:tcBorders>
            <w:shd w:val="clear" w:color="auto" w:fill="EAF2F7"/>
            <w:tcMar>
              <w:top w:w="55" w:type="dxa"/>
              <w:left w:w="65" w:type="dxa"/>
              <w:bottom w:w="55" w:type="dxa"/>
              <w:right w:w="65" w:type="dxa"/>
            </w:tcMar>
            <w:vAlign w:val="center"/>
          </w:tcPr>
          <w:p w14:paraId="46ABE0F6" w14:textId="77777777" w:rsidR="00DB1F65" w:rsidRDefault="00C97A70" w:rsidP="009C69E3">
            <w:pPr>
              <w:spacing w:after="0" w:line="240" w:lineRule="auto"/>
            </w:pPr>
            <w:r>
              <w:rPr>
                <w:b/>
                <w:color w:val="315BA5"/>
                <w:sz w:val="17"/>
              </w:rPr>
              <w:t>Lieu et date</w:t>
            </w:r>
          </w:p>
        </w:tc>
        <w:tc>
          <w:tcPr>
            <w:tcW w:w="2520" w:type="dxa"/>
            <w:tcBorders>
              <w:top w:val="single" w:sz="4" w:space="0" w:color="D9E2E8"/>
              <w:left w:val="single" w:sz="4" w:space="0" w:color="D9E2E8"/>
              <w:bottom w:val="single" w:sz="4" w:space="0" w:color="D9E2E8"/>
              <w:right w:val="single" w:sz="4" w:space="0" w:color="D9E2E8"/>
            </w:tcBorders>
            <w:tcMar>
              <w:top w:w="55" w:type="dxa"/>
              <w:left w:w="65" w:type="dxa"/>
              <w:bottom w:w="55" w:type="dxa"/>
              <w:right w:w="65" w:type="dxa"/>
            </w:tcMar>
            <w:vAlign w:val="center"/>
          </w:tcPr>
          <w:p w14:paraId="4AE2091F" w14:textId="77777777" w:rsidR="00DB1F65" w:rsidRDefault="00C97A70" w:rsidP="009C69E3">
            <w:pPr>
              <w:spacing w:after="0" w:line="240" w:lineRule="auto"/>
            </w:pPr>
            <w:r>
              <w:rPr>
                <w:i/>
                <w:color w:val="777777"/>
                <w:sz w:val="17"/>
              </w:rPr>
              <w:t>[À compléter]</w:t>
            </w:r>
          </w:p>
        </w:tc>
        <w:tc>
          <w:tcPr>
            <w:tcW w:w="2520" w:type="dxa"/>
            <w:tcBorders>
              <w:top w:val="single" w:sz="4" w:space="0" w:color="D9E2E8"/>
              <w:left w:val="single" w:sz="4" w:space="0" w:color="D9E2E8"/>
              <w:bottom w:val="single" w:sz="4" w:space="0" w:color="D9E2E8"/>
              <w:right w:val="single" w:sz="4" w:space="0" w:color="D9E2E8"/>
            </w:tcBorders>
            <w:shd w:val="clear" w:color="auto" w:fill="EAF2F7"/>
            <w:tcMar>
              <w:top w:w="55" w:type="dxa"/>
              <w:left w:w="65" w:type="dxa"/>
              <w:bottom w:w="55" w:type="dxa"/>
              <w:right w:w="65" w:type="dxa"/>
            </w:tcMar>
            <w:vAlign w:val="center"/>
          </w:tcPr>
          <w:p w14:paraId="5C84B63D" w14:textId="77777777" w:rsidR="00DB1F65" w:rsidRDefault="00C97A70" w:rsidP="009C69E3">
            <w:pPr>
              <w:spacing w:after="0" w:line="240" w:lineRule="auto"/>
            </w:pPr>
            <w:r>
              <w:rPr>
                <w:b/>
                <w:color w:val="315BA5"/>
                <w:sz w:val="17"/>
              </w:rPr>
              <w:t>Nom et signature</w:t>
            </w:r>
          </w:p>
        </w:tc>
        <w:tc>
          <w:tcPr>
            <w:tcW w:w="2520" w:type="dxa"/>
            <w:tcBorders>
              <w:top w:val="single" w:sz="4" w:space="0" w:color="D9E2E8"/>
              <w:left w:val="single" w:sz="4" w:space="0" w:color="D9E2E8"/>
              <w:bottom w:val="single" w:sz="4" w:space="0" w:color="D9E2E8"/>
              <w:right w:val="single" w:sz="4" w:space="0" w:color="D9E2E8"/>
            </w:tcBorders>
            <w:tcMar>
              <w:top w:w="55" w:type="dxa"/>
              <w:left w:w="65" w:type="dxa"/>
              <w:bottom w:w="55" w:type="dxa"/>
              <w:right w:w="65" w:type="dxa"/>
            </w:tcMar>
            <w:vAlign w:val="center"/>
          </w:tcPr>
          <w:p w14:paraId="6A50230A" w14:textId="77777777" w:rsidR="00DB1F65" w:rsidRDefault="00C97A70" w:rsidP="009C69E3">
            <w:pPr>
              <w:spacing w:after="0" w:line="240" w:lineRule="auto"/>
            </w:pPr>
            <w:r>
              <w:rPr>
                <w:i/>
                <w:color w:val="777777"/>
                <w:sz w:val="17"/>
              </w:rPr>
              <w:t>[À compléter]</w:t>
            </w:r>
          </w:p>
        </w:tc>
      </w:tr>
    </w:tbl>
    <w:p w14:paraId="55416A98" w14:textId="77777777" w:rsidR="00C97A70" w:rsidRDefault="00C97A70" w:rsidP="009C69E3">
      <w:pPr>
        <w:spacing w:after="0" w:line="240" w:lineRule="auto"/>
      </w:pPr>
    </w:p>
    <w:sectPr w:rsidR="00C97A70" w:rsidSect="00DB0E39">
      <w:headerReference w:type="default" r:id="rId8"/>
      <w:footerReference w:type="default" r:id="rId9"/>
      <w:pgSz w:w="12240" w:h="15840"/>
      <w:pgMar w:top="936" w:right="1037" w:bottom="893" w:left="1123" w:header="720" w:footer="1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63D044" w14:textId="77777777" w:rsidR="008F313C" w:rsidRDefault="008F313C">
      <w:pPr>
        <w:spacing w:after="0" w:line="240" w:lineRule="auto"/>
      </w:pPr>
      <w:r>
        <w:separator/>
      </w:r>
    </w:p>
  </w:endnote>
  <w:endnote w:type="continuationSeparator" w:id="0">
    <w:p w14:paraId="710B6750" w14:textId="77777777" w:rsidR="008F313C" w:rsidRDefault="008F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6F16E" w14:textId="6AC1139F" w:rsidR="00DB0E39" w:rsidRPr="00DB0E39" w:rsidRDefault="00DB0E39" w:rsidP="00DB0E39">
    <w:pPr>
      <w:pStyle w:val="Pieddepage"/>
      <w:jc w:val="center"/>
      <w:rPr>
        <w:lang w:val="fr-FR"/>
      </w:rPr>
    </w:pPr>
    <w:r w:rsidRPr="00405F74">
      <w:rPr>
        <w:color w:val="666666"/>
        <w:sz w:val="16"/>
        <w:lang w:val="fr-FR"/>
      </w:rPr>
      <w:t>Fiches de poste et canevas de CV – Document de recrutement</w:t>
    </w:r>
    <w:r>
      <w:rPr>
        <w:lang w:val="fr-FR"/>
      </w:rPr>
      <w:t xml:space="preserve">    </w:t>
    </w:r>
    <w:r w:rsidRPr="00DB0E39">
      <w:rPr>
        <w:lang w:val="fr-FR"/>
      </w:rPr>
      <w:t xml:space="preserve">  </w:t>
    </w:r>
    <w:sdt>
      <w:sdtPr>
        <w:id w:val="-1710401724"/>
        <w:docPartObj>
          <w:docPartGallery w:val="Page Numbers (Bottom of Page)"/>
          <w:docPartUnique/>
        </w:docPartObj>
      </w:sdtPr>
      <w:sdtContent>
        <w:sdt>
          <w:sdtPr>
            <w:id w:val="1728636285"/>
            <w:docPartObj>
              <w:docPartGallery w:val="Page Numbers (Top of Page)"/>
              <w:docPartUnique/>
            </w:docPartObj>
          </w:sdtPr>
          <w:sdtContent>
            <w:r>
              <w:rPr>
                <w:lang w:val="fr-FR"/>
              </w:rPr>
              <w:t xml:space="preserve">Page </w:t>
            </w:r>
            <w:r>
              <w:rPr>
                <w:b/>
                <w:bCs/>
                <w:sz w:val="24"/>
                <w:szCs w:val="24"/>
              </w:rPr>
              <w:fldChar w:fldCharType="begin"/>
            </w:r>
            <w:r w:rsidRPr="00DB0E39">
              <w:rPr>
                <w:b/>
                <w:bCs/>
                <w:lang w:val="fr-FR"/>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sidRPr="00DB0E39">
              <w:rPr>
                <w:b/>
                <w:bCs/>
                <w:lang w:val="fr-FR"/>
              </w:rPr>
              <w:instrText>NUMPAGES</w:instrText>
            </w:r>
            <w:r>
              <w:rPr>
                <w:b/>
                <w:bCs/>
                <w:sz w:val="24"/>
                <w:szCs w:val="24"/>
              </w:rPr>
              <w:fldChar w:fldCharType="separate"/>
            </w:r>
            <w:r>
              <w:rPr>
                <w:b/>
                <w:bCs/>
                <w:lang w:val="fr-FR"/>
              </w:rPr>
              <w:t>2</w:t>
            </w:r>
            <w:r>
              <w:rPr>
                <w:b/>
                <w:bCs/>
                <w:sz w:val="24"/>
                <w:szCs w:val="24"/>
              </w:rPr>
              <w:fldChar w:fldCharType="end"/>
            </w:r>
          </w:sdtContent>
        </w:sdt>
      </w:sdtContent>
    </w:sdt>
  </w:p>
  <w:p w14:paraId="73BACDA7" w14:textId="03069464" w:rsidR="00DB1F65" w:rsidRPr="00DB0E39" w:rsidRDefault="00DB1F65" w:rsidP="002A7961">
    <w:pPr>
      <w:pStyle w:val="Pieddepage"/>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1698B" w14:textId="77777777" w:rsidR="008F313C" w:rsidRDefault="008F313C">
      <w:pPr>
        <w:spacing w:after="0" w:line="240" w:lineRule="auto"/>
      </w:pPr>
      <w:r>
        <w:separator/>
      </w:r>
    </w:p>
  </w:footnote>
  <w:footnote w:type="continuationSeparator" w:id="0">
    <w:p w14:paraId="35478232" w14:textId="77777777" w:rsidR="008F313C" w:rsidRDefault="008F3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A6DED" w14:textId="7FD28AFA" w:rsidR="00DB1F65" w:rsidRPr="00405F74" w:rsidRDefault="00DB1F65">
    <w:pPr>
      <w:pStyle w:val="En-tte"/>
      <w:jc w:val="right"/>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117288770">
    <w:abstractNumId w:val="8"/>
  </w:num>
  <w:num w:numId="2" w16cid:durableId="849374237">
    <w:abstractNumId w:val="6"/>
  </w:num>
  <w:num w:numId="3" w16cid:durableId="325674550">
    <w:abstractNumId w:val="5"/>
  </w:num>
  <w:num w:numId="4" w16cid:durableId="1771050059">
    <w:abstractNumId w:val="4"/>
  </w:num>
  <w:num w:numId="5" w16cid:durableId="1480070337">
    <w:abstractNumId w:val="7"/>
  </w:num>
  <w:num w:numId="6" w16cid:durableId="898173366">
    <w:abstractNumId w:val="3"/>
  </w:num>
  <w:num w:numId="7" w16cid:durableId="1722242518">
    <w:abstractNumId w:val="2"/>
  </w:num>
  <w:num w:numId="8" w16cid:durableId="86080809">
    <w:abstractNumId w:val="1"/>
  </w:num>
  <w:num w:numId="9" w16cid:durableId="1692412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A3F"/>
    <w:rsid w:val="00034616"/>
    <w:rsid w:val="0006063C"/>
    <w:rsid w:val="000912FB"/>
    <w:rsid w:val="000D3CAE"/>
    <w:rsid w:val="0015074B"/>
    <w:rsid w:val="001B16B7"/>
    <w:rsid w:val="001C64D6"/>
    <w:rsid w:val="0029639D"/>
    <w:rsid w:val="002A7961"/>
    <w:rsid w:val="00301E9C"/>
    <w:rsid w:val="00326F90"/>
    <w:rsid w:val="00365E33"/>
    <w:rsid w:val="00405F74"/>
    <w:rsid w:val="00423058"/>
    <w:rsid w:val="005003F5"/>
    <w:rsid w:val="0069007F"/>
    <w:rsid w:val="008F313C"/>
    <w:rsid w:val="009061F8"/>
    <w:rsid w:val="00987139"/>
    <w:rsid w:val="009C69E3"/>
    <w:rsid w:val="00A170CE"/>
    <w:rsid w:val="00AA1D8D"/>
    <w:rsid w:val="00B47730"/>
    <w:rsid w:val="00BF2B20"/>
    <w:rsid w:val="00BF5424"/>
    <w:rsid w:val="00C21718"/>
    <w:rsid w:val="00C70CF1"/>
    <w:rsid w:val="00C97A70"/>
    <w:rsid w:val="00CB0664"/>
    <w:rsid w:val="00DB0E39"/>
    <w:rsid w:val="00DB1F65"/>
    <w:rsid w:val="00FB31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23D326"/>
  <w14:defaultImageDpi w14:val="300"/>
  <w15:docId w15:val="{58F693B2-FD68-436E-9075-FE018711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BF2B20"/>
    <w:rPr>
      <w:color w:val="0000FF" w:themeColor="hyperlink"/>
      <w:u w:val="single"/>
    </w:rPr>
  </w:style>
  <w:style w:type="character" w:styleId="Mentionnonrsolue">
    <w:name w:val="Unresolved Mention"/>
    <w:basedOn w:val="Policepardfaut"/>
    <w:uiPriority w:val="99"/>
    <w:semiHidden/>
    <w:unhideWhenUsed/>
    <w:rsid w:val="00BF2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1930</Words>
  <Characters>10618</Characters>
  <Application>Microsoft Office Word</Application>
  <DocSecurity>0</DocSecurity>
  <Lines>88</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Fiches de poste – Équipe du Programme RéTEva–UNICEF</vt:lpstr>
      <vt:lpstr/>
    </vt:vector>
  </TitlesOfParts>
  <Manager/>
  <Company/>
  <LinksUpToDate>false</LinksUpToDate>
  <CharactersWithSpaces>12523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Fiches de poste – Équipe du Programme RéTEva–UNICEF</dc:title>
  <dc:subject>Assistant(e) gestionnaire de projets, Secrétaire-comptable, Assistant(e) en communication</dc:subject>
  <dc:creator>python-docx</dc:creator>
  <cp:keywords>RéTEva, UNICEF, fiches de poste, PSEA, PEAS, sauvegarde, recrutement</cp:keywords>
  <dc:description>generated by python-docx</dc:description>
  <cp:lastModifiedBy>Valentine SAMA</cp:lastModifiedBy>
  <cp:revision>3</cp:revision>
  <dcterms:created xsi:type="dcterms:W3CDTF">2026-08-17T18:55:00Z</dcterms:created>
  <dcterms:modified xsi:type="dcterms:W3CDTF">2026-08-17T19:59:00Z</dcterms:modified>
  <cp:category/>
</cp:coreProperties>
</file>