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10080"/>
      </w:tblGrid>
      <w:tr w:rsidR="00DB1F65" w:rsidRPr="00DC64FC" w14:paraId="364E72EE" w14:textId="77777777">
        <w:trPr>
          <w:jc w:val="center"/>
        </w:trPr>
        <w:tc>
          <w:tcPr>
            <w:tcW w:w="10080" w:type="dxa"/>
            <w:shd w:val="clear" w:color="auto" w:fill="315BA5"/>
            <w:vAlign w:val="center"/>
          </w:tcPr>
          <w:p w14:paraId="17586CB1" w14:textId="77777777" w:rsidR="00DB1F65" w:rsidRPr="001C64D6" w:rsidRDefault="00C97A70" w:rsidP="005C3EB5">
            <w:pPr>
              <w:spacing w:after="0" w:line="240" w:lineRule="auto"/>
              <w:jc w:val="center"/>
              <w:rPr>
                <w:lang w:val="fr-FR"/>
              </w:rPr>
            </w:pPr>
            <w:r w:rsidRPr="001C64D6">
              <w:rPr>
                <w:b/>
                <w:color w:val="FFFFFF"/>
                <w:sz w:val="32"/>
                <w:lang w:val="fr-FR"/>
              </w:rPr>
              <w:t>FICHE DE POSTE N° 2 – SECRÉTAIRE-COMPTABLE</w:t>
            </w:r>
          </w:p>
        </w:tc>
      </w:tr>
    </w:tbl>
    <w:p w14:paraId="7A9BE9E0" w14:textId="77777777" w:rsidR="00DB1F65" w:rsidRDefault="00C97A70" w:rsidP="005C3EB5">
      <w:pPr>
        <w:spacing w:after="0" w:line="240" w:lineRule="auto"/>
        <w:jc w:val="center"/>
        <w:rPr>
          <w:i/>
          <w:color w:val="ED6615"/>
          <w:lang w:val="fr-FR"/>
        </w:rPr>
      </w:pPr>
      <w:r w:rsidRPr="001C64D6">
        <w:rPr>
          <w:i/>
          <w:color w:val="ED6615"/>
          <w:lang w:val="fr-FR"/>
        </w:rPr>
        <w:t>Administration, secrétariat, comptabilité courante et traçabilité financière du programme</w:t>
      </w:r>
    </w:p>
    <w:p w14:paraId="4D8732C1" w14:textId="77777777" w:rsidR="0071168A" w:rsidRPr="001C64D6" w:rsidRDefault="0071168A" w:rsidP="005C3EB5">
      <w:pPr>
        <w:spacing w:after="0" w:line="240" w:lineRule="auto"/>
        <w:jc w:val="center"/>
        <w:rPr>
          <w:lang w:val="fr-FR"/>
        </w:rPr>
      </w:pPr>
    </w:p>
    <w:tbl>
      <w:tblPr>
        <w:tblW w:w="0" w:type="auto"/>
        <w:jc w:val="center"/>
        <w:tblLayout w:type="fixed"/>
        <w:tblLook w:val="04A0" w:firstRow="1" w:lastRow="0" w:firstColumn="1" w:lastColumn="0" w:noHBand="0" w:noVBand="1"/>
      </w:tblPr>
      <w:tblGrid>
        <w:gridCol w:w="2664"/>
        <w:gridCol w:w="6696"/>
      </w:tblGrid>
      <w:tr w:rsidR="00DB1F65" w:rsidRPr="00DC64FC" w14:paraId="50486F03"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4A683946" w14:textId="77777777" w:rsidR="00DB1F65" w:rsidRDefault="00C97A70" w:rsidP="005C3EB5">
            <w:pPr>
              <w:spacing w:after="0" w:line="240" w:lineRule="auto"/>
            </w:pPr>
            <w:r>
              <w:rPr>
                <w:b/>
                <w:color w:val="315BA5"/>
                <w:sz w:val="19"/>
              </w:rPr>
              <w:t>Structure</w:t>
            </w:r>
          </w:p>
        </w:tc>
        <w:tc>
          <w:tcPr>
            <w:tcW w:w="6696" w:type="dxa"/>
            <w:tcBorders>
              <w:top w:val="single" w:sz="3" w:space="0" w:color="D9E2E8"/>
              <w:left w:val="single" w:sz="3" w:space="0" w:color="D9E2E8"/>
              <w:bottom w:val="single" w:sz="3" w:space="0" w:color="D9E2E8"/>
              <w:right w:val="single" w:sz="3" w:space="0" w:color="D9E2E8"/>
            </w:tcBorders>
            <w:vAlign w:val="center"/>
          </w:tcPr>
          <w:p w14:paraId="1B6A18DC" w14:textId="77777777" w:rsidR="00DB1F65" w:rsidRPr="001C64D6" w:rsidRDefault="00C97A70" w:rsidP="005C3EB5">
            <w:pPr>
              <w:spacing w:after="0" w:line="240" w:lineRule="auto"/>
              <w:rPr>
                <w:lang w:val="fr-FR"/>
              </w:rPr>
            </w:pPr>
            <w:r w:rsidRPr="001C64D6">
              <w:rPr>
                <w:sz w:val="19"/>
                <w:lang w:val="fr-FR"/>
              </w:rPr>
              <w:t>Réseau Togolais de l’Évaluation (RéTEva)</w:t>
            </w:r>
          </w:p>
        </w:tc>
      </w:tr>
      <w:tr w:rsidR="00DB1F65" w:rsidRPr="00DC64FC" w14:paraId="29856C06"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05D79DAF" w14:textId="77777777" w:rsidR="00DB1F65" w:rsidRDefault="00C97A70" w:rsidP="005C3EB5">
            <w:pPr>
              <w:spacing w:after="0" w:line="240" w:lineRule="auto"/>
            </w:pPr>
            <w:r>
              <w:rPr>
                <w:b/>
                <w:color w:val="315BA5"/>
                <w:sz w:val="19"/>
              </w:rPr>
              <w:t>Programme</w:t>
            </w:r>
          </w:p>
        </w:tc>
        <w:tc>
          <w:tcPr>
            <w:tcW w:w="6696" w:type="dxa"/>
            <w:tcBorders>
              <w:top w:val="single" w:sz="3" w:space="0" w:color="D9E2E8"/>
              <w:left w:val="single" w:sz="3" w:space="0" w:color="D9E2E8"/>
              <w:bottom w:val="single" w:sz="3" w:space="0" w:color="D9E2E8"/>
              <w:right w:val="single" w:sz="3" w:space="0" w:color="D9E2E8"/>
            </w:tcBorders>
            <w:vAlign w:val="center"/>
          </w:tcPr>
          <w:p w14:paraId="3BC90303" w14:textId="77777777" w:rsidR="00DB1F65" w:rsidRPr="001C64D6" w:rsidRDefault="00C97A70" w:rsidP="005C3EB5">
            <w:pPr>
              <w:spacing w:after="0" w:line="240" w:lineRule="auto"/>
              <w:rPr>
                <w:lang w:val="fr-FR"/>
              </w:rPr>
            </w:pPr>
            <w:r w:rsidRPr="001C64D6">
              <w:rPr>
                <w:sz w:val="19"/>
                <w:lang w:val="fr-FR"/>
              </w:rPr>
              <w:t>Programme mis en œuvre avec l’UNICEF</w:t>
            </w:r>
          </w:p>
        </w:tc>
      </w:tr>
      <w:tr w:rsidR="00DB1F65" w14:paraId="4535F539"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7E8DE529" w14:textId="77777777" w:rsidR="00DB1F65" w:rsidRDefault="00C97A70" w:rsidP="005C3EB5">
            <w:pPr>
              <w:spacing w:after="0" w:line="240" w:lineRule="auto"/>
            </w:pPr>
            <w:r>
              <w:rPr>
                <w:b/>
                <w:color w:val="315BA5"/>
                <w:sz w:val="19"/>
              </w:rPr>
              <w:t>Lieu</w:t>
            </w:r>
          </w:p>
        </w:tc>
        <w:tc>
          <w:tcPr>
            <w:tcW w:w="6696" w:type="dxa"/>
            <w:tcBorders>
              <w:top w:val="single" w:sz="3" w:space="0" w:color="D9E2E8"/>
              <w:left w:val="single" w:sz="3" w:space="0" w:color="D9E2E8"/>
              <w:bottom w:val="single" w:sz="3" w:space="0" w:color="D9E2E8"/>
              <w:right w:val="single" w:sz="3" w:space="0" w:color="D9E2E8"/>
            </w:tcBorders>
            <w:vAlign w:val="center"/>
          </w:tcPr>
          <w:p w14:paraId="249D64EF" w14:textId="77777777" w:rsidR="00DB1F65" w:rsidRDefault="00C97A70" w:rsidP="005C3EB5">
            <w:pPr>
              <w:spacing w:after="0" w:line="240" w:lineRule="auto"/>
            </w:pPr>
            <w:r>
              <w:rPr>
                <w:sz w:val="19"/>
              </w:rPr>
              <w:t>Lomé</w:t>
            </w:r>
          </w:p>
        </w:tc>
      </w:tr>
      <w:tr w:rsidR="00DB1F65" w:rsidRPr="00DC64FC" w14:paraId="1DBE8B60"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420D61BA" w14:textId="77777777" w:rsidR="00DB1F65" w:rsidRDefault="00C97A70" w:rsidP="005C3EB5">
            <w:pPr>
              <w:spacing w:after="0" w:line="240" w:lineRule="auto"/>
            </w:pPr>
            <w:r>
              <w:rPr>
                <w:b/>
                <w:color w:val="315BA5"/>
                <w:sz w:val="19"/>
              </w:rPr>
              <w:t>Supervision</w:t>
            </w:r>
          </w:p>
        </w:tc>
        <w:tc>
          <w:tcPr>
            <w:tcW w:w="6696" w:type="dxa"/>
            <w:tcBorders>
              <w:top w:val="single" w:sz="3" w:space="0" w:color="D9E2E8"/>
              <w:left w:val="single" w:sz="3" w:space="0" w:color="D9E2E8"/>
              <w:bottom w:val="single" w:sz="3" w:space="0" w:color="D9E2E8"/>
              <w:right w:val="single" w:sz="3" w:space="0" w:color="D9E2E8"/>
            </w:tcBorders>
            <w:vAlign w:val="center"/>
          </w:tcPr>
          <w:p w14:paraId="166AE421" w14:textId="77777777" w:rsidR="00DB1F65" w:rsidRPr="001C64D6" w:rsidRDefault="00C97A70" w:rsidP="005C3EB5">
            <w:pPr>
              <w:spacing w:after="0" w:line="240" w:lineRule="auto"/>
              <w:rPr>
                <w:lang w:val="fr-FR"/>
              </w:rPr>
            </w:pPr>
            <w:r w:rsidRPr="001C64D6">
              <w:rPr>
                <w:sz w:val="19"/>
                <w:lang w:val="fr-FR"/>
              </w:rPr>
              <w:t>Coordination / responsable administratif et financier désigné(e) par le RéTEva</w:t>
            </w:r>
          </w:p>
        </w:tc>
      </w:tr>
      <w:tr w:rsidR="00DB1F65" w:rsidRPr="00DC64FC" w14:paraId="7F1E7362"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31F59CFF" w14:textId="77777777" w:rsidR="00DB1F65" w:rsidRDefault="00C97A70" w:rsidP="005C3EB5">
            <w:pPr>
              <w:spacing w:after="0" w:line="240" w:lineRule="auto"/>
            </w:pPr>
            <w:r>
              <w:rPr>
                <w:b/>
                <w:color w:val="315BA5"/>
                <w:sz w:val="19"/>
              </w:rPr>
              <w:t>Relations de travail</w:t>
            </w:r>
          </w:p>
        </w:tc>
        <w:tc>
          <w:tcPr>
            <w:tcW w:w="6696" w:type="dxa"/>
            <w:tcBorders>
              <w:top w:val="single" w:sz="3" w:space="0" w:color="D9E2E8"/>
              <w:left w:val="single" w:sz="3" w:space="0" w:color="D9E2E8"/>
              <w:bottom w:val="single" w:sz="3" w:space="0" w:color="D9E2E8"/>
              <w:right w:val="single" w:sz="3" w:space="0" w:color="D9E2E8"/>
            </w:tcBorders>
            <w:vAlign w:val="center"/>
          </w:tcPr>
          <w:p w14:paraId="3694A22D" w14:textId="77777777" w:rsidR="00DB1F65" w:rsidRPr="001C64D6" w:rsidRDefault="00C97A70" w:rsidP="005C3EB5">
            <w:pPr>
              <w:spacing w:after="0" w:line="240" w:lineRule="auto"/>
              <w:rPr>
                <w:lang w:val="fr-FR"/>
              </w:rPr>
            </w:pPr>
            <w:r w:rsidRPr="001C64D6">
              <w:rPr>
                <w:sz w:val="19"/>
                <w:lang w:val="fr-FR"/>
              </w:rPr>
              <w:t>Équipe RéTEva, UNICEF, partenaires, fournisseurs, prestataires et institutions financières</w:t>
            </w:r>
          </w:p>
        </w:tc>
      </w:tr>
      <w:tr w:rsidR="00F702C9" w:rsidRPr="006869FE" w14:paraId="61B83725"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76A37433" w14:textId="3344454C" w:rsidR="00F702C9" w:rsidRDefault="00F702C9" w:rsidP="005C3EB5">
            <w:pPr>
              <w:spacing w:after="0" w:line="240" w:lineRule="auto"/>
              <w:rPr>
                <w:b/>
                <w:color w:val="315BA5"/>
                <w:sz w:val="19"/>
              </w:rPr>
            </w:pPr>
            <w:r>
              <w:rPr>
                <w:b/>
                <w:color w:val="315BA5"/>
                <w:sz w:val="18"/>
              </w:rPr>
              <w:t>Téléphone RéTEva</w:t>
            </w:r>
          </w:p>
        </w:tc>
        <w:tc>
          <w:tcPr>
            <w:tcW w:w="6696" w:type="dxa"/>
            <w:tcBorders>
              <w:top w:val="single" w:sz="3" w:space="0" w:color="D9E2E8"/>
              <w:left w:val="single" w:sz="3" w:space="0" w:color="D9E2E8"/>
              <w:bottom w:val="single" w:sz="3" w:space="0" w:color="D9E2E8"/>
              <w:right w:val="single" w:sz="3" w:space="0" w:color="D9E2E8"/>
            </w:tcBorders>
            <w:vAlign w:val="center"/>
          </w:tcPr>
          <w:p w14:paraId="77ADCDAC" w14:textId="5D234AB4" w:rsidR="00F702C9" w:rsidRPr="001C64D6" w:rsidRDefault="00F702C9" w:rsidP="005C3EB5">
            <w:pPr>
              <w:spacing w:after="0" w:line="240" w:lineRule="auto"/>
              <w:rPr>
                <w:sz w:val="19"/>
                <w:lang w:val="fr-FR"/>
              </w:rPr>
            </w:pPr>
            <w:r>
              <w:rPr>
                <w:color w:val="222222"/>
                <w:sz w:val="18"/>
              </w:rPr>
              <w:t>+228 93 49 98 18</w:t>
            </w:r>
          </w:p>
        </w:tc>
      </w:tr>
      <w:tr w:rsidR="00F702C9" w:rsidRPr="006869FE" w14:paraId="666E16D8"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64E2ACD0" w14:textId="2DF5B84E" w:rsidR="00F702C9" w:rsidRDefault="00F702C9" w:rsidP="005C3EB5">
            <w:pPr>
              <w:spacing w:after="0" w:line="240" w:lineRule="auto"/>
              <w:rPr>
                <w:b/>
                <w:color w:val="315BA5"/>
                <w:sz w:val="19"/>
              </w:rPr>
            </w:pPr>
            <w:r>
              <w:rPr>
                <w:b/>
                <w:color w:val="315BA5"/>
                <w:sz w:val="18"/>
              </w:rPr>
              <w:t>E-mail de candidature</w:t>
            </w:r>
          </w:p>
        </w:tc>
        <w:tc>
          <w:tcPr>
            <w:tcW w:w="6696" w:type="dxa"/>
            <w:tcBorders>
              <w:top w:val="single" w:sz="3" w:space="0" w:color="D9E2E8"/>
              <w:left w:val="single" w:sz="3" w:space="0" w:color="D9E2E8"/>
              <w:bottom w:val="single" w:sz="3" w:space="0" w:color="D9E2E8"/>
              <w:right w:val="single" w:sz="3" w:space="0" w:color="D9E2E8"/>
            </w:tcBorders>
            <w:vAlign w:val="center"/>
          </w:tcPr>
          <w:p w14:paraId="670C8598" w14:textId="46AC44CE" w:rsidR="00F702C9" w:rsidRPr="001C64D6" w:rsidRDefault="00000000" w:rsidP="005C3EB5">
            <w:pPr>
              <w:spacing w:after="0" w:line="240" w:lineRule="auto"/>
              <w:rPr>
                <w:sz w:val="19"/>
                <w:lang w:val="fr-FR"/>
              </w:rPr>
            </w:pPr>
            <w:hyperlink r:id="rId8" w:history="1">
              <w:r w:rsidR="00F702C9" w:rsidRPr="0031473C">
                <w:rPr>
                  <w:rStyle w:val="Lienhypertexte"/>
                  <w:sz w:val="18"/>
                </w:rPr>
                <w:t>recrutementreteva@gmail.com</w:t>
              </w:r>
            </w:hyperlink>
          </w:p>
        </w:tc>
      </w:tr>
      <w:tr w:rsidR="00F702C9" w:rsidRPr="006869FE" w14:paraId="203C63F5"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45298174" w14:textId="59D85CB7" w:rsidR="00F702C9" w:rsidRDefault="00F702C9" w:rsidP="005C3EB5">
            <w:pPr>
              <w:spacing w:after="0" w:line="240" w:lineRule="auto"/>
              <w:rPr>
                <w:b/>
                <w:color w:val="315BA5"/>
                <w:sz w:val="19"/>
              </w:rPr>
            </w:pPr>
            <w:r>
              <w:rPr>
                <w:b/>
                <w:color w:val="315BA5"/>
                <w:sz w:val="18"/>
              </w:rPr>
              <w:t>Date de publication</w:t>
            </w:r>
          </w:p>
        </w:tc>
        <w:tc>
          <w:tcPr>
            <w:tcW w:w="6696" w:type="dxa"/>
            <w:tcBorders>
              <w:top w:val="single" w:sz="3" w:space="0" w:color="D9E2E8"/>
              <w:left w:val="single" w:sz="3" w:space="0" w:color="D9E2E8"/>
              <w:bottom w:val="single" w:sz="3" w:space="0" w:color="D9E2E8"/>
              <w:right w:val="single" w:sz="3" w:space="0" w:color="D9E2E8"/>
            </w:tcBorders>
            <w:vAlign w:val="center"/>
          </w:tcPr>
          <w:p w14:paraId="6458081E" w14:textId="5C69B611" w:rsidR="00F702C9" w:rsidRPr="001C64D6" w:rsidRDefault="00F702C9" w:rsidP="005C3EB5">
            <w:pPr>
              <w:spacing w:after="0" w:line="240" w:lineRule="auto"/>
              <w:rPr>
                <w:sz w:val="19"/>
                <w:lang w:val="fr-FR"/>
              </w:rPr>
            </w:pPr>
            <w:r>
              <w:rPr>
                <w:color w:val="222222"/>
                <w:sz w:val="18"/>
              </w:rPr>
              <w:t>15 juillet 2026</w:t>
            </w:r>
          </w:p>
        </w:tc>
      </w:tr>
      <w:tr w:rsidR="00F702C9" w:rsidRPr="006869FE" w14:paraId="5DE38601"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4FD06697" w14:textId="5E7A7EFE" w:rsidR="00F702C9" w:rsidRDefault="00F702C9" w:rsidP="005C3EB5">
            <w:pPr>
              <w:spacing w:after="0" w:line="240" w:lineRule="auto"/>
              <w:rPr>
                <w:b/>
                <w:color w:val="315BA5"/>
                <w:sz w:val="19"/>
              </w:rPr>
            </w:pPr>
            <w:r>
              <w:rPr>
                <w:b/>
                <w:color w:val="315BA5"/>
                <w:sz w:val="18"/>
              </w:rPr>
              <w:t>Date limite de candidature</w:t>
            </w:r>
          </w:p>
        </w:tc>
        <w:tc>
          <w:tcPr>
            <w:tcW w:w="6696" w:type="dxa"/>
            <w:tcBorders>
              <w:top w:val="single" w:sz="3" w:space="0" w:color="D9E2E8"/>
              <w:left w:val="single" w:sz="3" w:space="0" w:color="D9E2E8"/>
              <w:bottom w:val="single" w:sz="3" w:space="0" w:color="D9E2E8"/>
              <w:right w:val="single" w:sz="3" w:space="0" w:color="D9E2E8"/>
            </w:tcBorders>
            <w:vAlign w:val="center"/>
          </w:tcPr>
          <w:p w14:paraId="08FC9B6E" w14:textId="1C66C7CB" w:rsidR="00F702C9" w:rsidRPr="001C64D6" w:rsidRDefault="00F702C9" w:rsidP="005C3EB5">
            <w:pPr>
              <w:spacing w:after="0" w:line="240" w:lineRule="auto"/>
              <w:rPr>
                <w:sz w:val="19"/>
                <w:lang w:val="fr-FR"/>
              </w:rPr>
            </w:pPr>
            <w:r>
              <w:rPr>
                <w:color w:val="222222"/>
                <w:sz w:val="18"/>
              </w:rPr>
              <w:t>30 août 2026</w:t>
            </w:r>
          </w:p>
        </w:tc>
      </w:tr>
      <w:tr w:rsidR="00F702C9" w:rsidRPr="00DC64FC" w14:paraId="26D77C07"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29D1D86B" w14:textId="2E0B7157" w:rsidR="00F702C9" w:rsidRDefault="00F702C9" w:rsidP="005C3EB5">
            <w:pPr>
              <w:spacing w:after="0" w:line="240" w:lineRule="auto"/>
              <w:rPr>
                <w:b/>
                <w:color w:val="315BA5"/>
                <w:sz w:val="19"/>
              </w:rPr>
            </w:pPr>
            <w:r>
              <w:rPr>
                <w:b/>
                <w:color w:val="315BA5"/>
                <w:sz w:val="18"/>
              </w:rPr>
              <w:t>Objet conseillé du courriel</w:t>
            </w:r>
          </w:p>
        </w:tc>
        <w:tc>
          <w:tcPr>
            <w:tcW w:w="6696" w:type="dxa"/>
            <w:tcBorders>
              <w:top w:val="single" w:sz="3" w:space="0" w:color="D9E2E8"/>
              <w:left w:val="single" w:sz="3" w:space="0" w:color="D9E2E8"/>
              <w:bottom w:val="single" w:sz="3" w:space="0" w:color="D9E2E8"/>
              <w:right w:val="single" w:sz="3" w:space="0" w:color="D9E2E8"/>
            </w:tcBorders>
            <w:vAlign w:val="center"/>
          </w:tcPr>
          <w:p w14:paraId="72685024" w14:textId="0807F219" w:rsidR="00F702C9" w:rsidRPr="001C64D6" w:rsidRDefault="00F702C9" w:rsidP="005C3EB5">
            <w:pPr>
              <w:spacing w:after="0" w:line="240" w:lineRule="auto"/>
              <w:rPr>
                <w:sz w:val="19"/>
                <w:lang w:val="fr-FR"/>
              </w:rPr>
            </w:pPr>
            <w:r w:rsidRPr="001C64D6">
              <w:rPr>
                <w:color w:val="222222"/>
                <w:sz w:val="18"/>
                <w:lang w:val="fr-FR"/>
              </w:rPr>
              <w:t>Candidature – [intitulé du poste] – NOM Prénoms</w:t>
            </w:r>
          </w:p>
        </w:tc>
      </w:tr>
    </w:tbl>
    <w:p w14:paraId="4E3D6B0A" w14:textId="77777777" w:rsidR="00DB1F65" w:rsidRPr="001C64D6" w:rsidRDefault="00DB1F65" w:rsidP="005C3EB5">
      <w:pPr>
        <w:spacing w:after="0" w:line="240" w:lineRule="auto"/>
        <w:rPr>
          <w:lang w:val="fr-FR"/>
        </w:rPr>
      </w:pPr>
    </w:p>
    <w:p w14:paraId="254042F7" w14:textId="77777777" w:rsidR="00DB1F65" w:rsidRPr="001C64D6" w:rsidRDefault="00C97A70" w:rsidP="005C3EB5">
      <w:pPr>
        <w:keepNext/>
        <w:spacing w:after="0" w:line="240" w:lineRule="auto"/>
        <w:rPr>
          <w:lang w:val="fr-FR"/>
        </w:rPr>
      </w:pPr>
      <w:r w:rsidRPr="001C64D6">
        <w:rPr>
          <w:b/>
          <w:color w:val="315BA5"/>
          <w:sz w:val="23"/>
          <w:lang w:val="fr-FR"/>
        </w:rPr>
        <w:t>1. FINALITÉ DU POSTE</w:t>
      </w:r>
    </w:p>
    <w:p w14:paraId="2D55B986" w14:textId="77777777" w:rsidR="00DB1F65" w:rsidRPr="001C64D6" w:rsidRDefault="00C97A70" w:rsidP="005C3EB5">
      <w:pPr>
        <w:spacing w:after="0" w:line="240" w:lineRule="auto"/>
        <w:rPr>
          <w:lang w:val="fr-FR"/>
        </w:rPr>
      </w:pPr>
      <w:r w:rsidRPr="001C64D6">
        <w:rPr>
          <w:lang w:val="fr-FR"/>
        </w:rPr>
        <w:t>La Secrétaire-comptable assure le support administratif et la tenue régulière des opérations comptables du programme. Elle contribue à la fiabilité des dossiers, à la conformité des pièces, à la gestion ordonnée des courriers et archives ainsi qu’à la disponibilité d’informations financières simples, exactes et vérifiables.</w:t>
      </w:r>
    </w:p>
    <w:p w14:paraId="4CBB2192" w14:textId="77777777" w:rsidR="00DB1F65" w:rsidRDefault="00C97A70" w:rsidP="005C3EB5">
      <w:pPr>
        <w:keepNext/>
        <w:spacing w:after="0" w:line="240" w:lineRule="auto"/>
      </w:pPr>
      <w:r>
        <w:rPr>
          <w:b/>
          <w:color w:val="315BA5"/>
          <w:sz w:val="23"/>
        </w:rPr>
        <w:t>2. RESPONSABILITÉS PRINCIPALES</w:t>
      </w:r>
    </w:p>
    <w:p w14:paraId="4203BA5A" w14:textId="77777777" w:rsidR="00DB1F65" w:rsidRDefault="00C97A70" w:rsidP="005C3EB5">
      <w:pPr>
        <w:keepNext/>
        <w:spacing w:after="0" w:line="240" w:lineRule="auto"/>
      </w:pPr>
      <w:r>
        <w:rPr>
          <w:b/>
          <w:color w:val="ED6615"/>
        </w:rPr>
        <w:t>Secrétariat et administration</w:t>
      </w:r>
    </w:p>
    <w:p w14:paraId="2410E025" w14:textId="77777777" w:rsidR="00DB1F65" w:rsidRPr="001C64D6" w:rsidRDefault="00C97A70" w:rsidP="005C3EB5">
      <w:pPr>
        <w:pStyle w:val="Listepuces"/>
        <w:spacing w:after="0" w:line="240" w:lineRule="auto"/>
        <w:ind w:left="317" w:hanging="173"/>
        <w:rPr>
          <w:lang w:val="fr-FR"/>
        </w:rPr>
      </w:pPr>
      <w:r w:rsidRPr="001C64D6">
        <w:rPr>
          <w:lang w:val="fr-FR"/>
        </w:rPr>
        <w:t>Assurer l’accueil, le traitement du courrier et la préparation des correspondances administratives.</w:t>
      </w:r>
    </w:p>
    <w:p w14:paraId="3673AFED" w14:textId="77777777" w:rsidR="00DB1F65" w:rsidRPr="001C64D6" w:rsidRDefault="00C97A70" w:rsidP="005C3EB5">
      <w:pPr>
        <w:pStyle w:val="Listepuces"/>
        <w:spacing w:after="0" w:line="240" w:lineRule="auto"/>
        <w:ind w:left="317" w:hanging="173"/>
        <w:rPr>
          <w:lang w:val="fr-FR"/>
        </w:rPr>
      </w:pPr>
      <w:r w:rsidRPr="001C64D6">
        <w:rPr>
          <w:lang w:val="fr-FR"/>
        </w:rPr>
        <w:t>Organiser les réunions, rendez-vous, dossiers, registres et archives physiques ou numériques.</w:t>
      </w:r>
    </w:p>
    <w:p w14:paraId="0F30F1B0" w14:textId="77777777" w:rsidR="00DB1F65" w:rsidRPr="001C64D6" w:rsidRDefault="00C97A70" w:rsidP="005C3EB5">
      <w:pPr>
        <w:pStyle w:val="Listepuces"/>
        <w:spacing w:after="0" w:line="240" w:lineRule="auto"/>
        <w:ind w:left="317" w:hanging="173"/>
        <w:rPr>
          <w:lang w:val="fr-FR"/>
        </w:rPr>
      </w:pPr>
      <w:r w:rsidRPr="001C64D6">
        <w:rPr>
          <w:lang w:val="fr-FR"/>
        </w:rPr>
        <w:t>Tenir à jour les fichiers administratifs utiles au programme et faciliter la circulation contrôlée de l’information.</w:t>
      </w:r>
    </w:p>
    <w:p w14:paraId="63B4B790" w14:textId="77777777" w:rsidR="00DB1F65" w:rsidRDefault="00C97A70" w:rsidP="005C3EB5">
      <w:pPr>
        <w:keepNext/>
        <w:spacing w:after="0" w:line="240" w:lineRule="auto"/>
      </w:pPr>
      <w:r>
        <w:rPr>
          <w:b/>
          <w:color w:val="ED6615"/>
        </w:rPr>
        <w:t>Comptabilité courante et trésorerie</w:t>
      </w:r>
    </w:p>
    <w:p w14:paraId="26F30C38" w14:textId="77777777" w:rsidR="00DB1F65" w:rsidRPr="001C64D6" w:rsidRDefault="00C97A70" w:rsidP="005C3EB5">
      <w:pPr>
        <w:pStyle w:val="Listepuces"/>
        <w:spacing w:after="0" w:line="240" w:lineRule="auto"/>
        <w:ind w:left="317" w:hanging="173"/>
        <w:rPr>
          <w:lang w:val="fr-FR"/>
        </w:rPr>
      </w:pPr>
      <w:r w:rsidRPr="001C64D6">
        <w:rPr>
          <w:lang w:val="fr-FR"/>
        </w:rPr>
        <w:t>Enregistrer les recettes et dépenses, tenir les journaux de caisse et de banque et préparer les états de suivi.</w:t>
      </w:r>
    </w:p>
    <w:p w14:paraId="55289250" w14:textId="77777777" w:rsidR="00DB1F65" w:rsidRPr="001C64D6" w:rsidRDefault="00C97A70" w:rsidP="005C3EB5">
      <w:pPr>
        <w:pStyle w:val="Listepuces"/>
        <w:spacing w:after="0" w:line="240" w:lineRule="auto"/>
        <w:ind w:left="317" w:hanging="173"/>
        <w:rPr>
          <w:lang w:val="fr-FR"/>
        </w:rPr>
      </w:pPr>
      <w:r w:rsidRPr="001C64D6">
        <w:rPr>
          <w:lang w:val="fr-FR"/>
        </w:rPr>
        <w:t>Contrôler la présence, la conformité, l’imputation et le classement des pièces justificatives.</w:t>
      </w:r>
    </w:p>
    <w:p w14:paraId="1081FC54" w14:textId="77777777" w:rsidR="00DB1F65" w:rsidRPr="001C64D6" w:rsidRDefault="00C97A70" w:rsidP="005C3EB5">
      <w:pPr>
        <w:pStyle w:val="Listepuces"/>
        <w:spacing w:after="0" w:line="240" w:lineRule="auto"/>
        <w:ind w:left="317" w:hanging="173"/>
        <w:rPr>
          <w:lang w:val="fr-FR"/>
        </w:rPr>
      </w:pPr>
      <w:r w:rsidRPr="001C64D6">
        <w:rPr>
          <w:lang w:val="fr-FR"/>
        </w:rPr>
        <w:t>Suivre les avances, leur justification, les encaissements attendus et les échéances de paiement.</w:t>
      </w:r>
    </w:p>
    <w:p w14:paraId="65B9E041" w14:textId="77777777" w:rsidR="00DB1F65" w:rsidRPr="001C64D6" w:rsidRDefault="00C97A70" w:rsidP="005C3EB5">
      <w:pPr>
        <w:pStyle w:val="Listepuces"/>
        <w:spacing w:after="0" w:line="240" w:lineRule="auto"/>
        <w:ind w:left="317" w:hanging="173"/>
        <w:rPr>
          <w:lang w:val="fr-FR"/>
        </w:rPr>
      </w:pPr>
      <w:r w:rsidRPr="001C64D6">
        <w:rPr>
          <w:lang w:val="fr-FR"/>
        </w:rPr>
        <w:t>Préparer les rapprochements de caisse et de banque selon la périodicité définie.</w:t>
      </w:r>
    </w:p>
    <w:p w14:paraId="26DD113B" w14:textId="77777777" w:rsidR="00DB1F65" w:rsidRDefault="00C97A70" w:rsidP="005C3EB5">
      <w:pPr>
        <w:keepNext/>
        <w:spacing w:after="0" w:line="240" w:lineRule="auto"/>
      </w:pPr>
      <w:r>
        <w:rPr>
          <w:b/>
          <w:color w:val="ED6615"/>
        </w:rPr>
        <w:t>Gestion des dépenses du programme</w:t>
      </w:r>
    </w:p>
    <w:p w14:paraId="09EAC254" w14:textId="77777777" w:rsidR="00DB1F65" w:rsidRPr="001C64D6" w:rsidRDefault="00C97A70" w:rsidP="005C3EB5">
      <w:pPr>
        <w:pStyle w:val="Listepuces"/>
        <w:spacing w:after="0" w:line="240" w:lineRule="auto"/>
        <w:ind w:left="317" w:hanging="173"/>
        <w:rPr>
          <w:lang w:val="fr-FR"/>
        </w:rPr>
      </w:pPr>
      <w:r w:rsidRPr="001C64D6">
        <w:rPr>
          <w:lang w:val="fr-FR"/>
        </w:rPr>
        <w:t>Classer les pièces par activité, projet ou ligne budgétaire selon le dispositif retenu.</w:t>
      </w:r>
    </w:p>
    <w:p w14:paraId="0E2DC558" w14:textId="77777777" w:rsidR="00DB1F65" w:rsidRPr="001C64D6" w:rsidRDefault="00C97A70" w:rsidP="005C3EB5">
      <w:pPr>
        <w:pStyle w:val="Listepuces"/>
        <w:spacing w:after="0" w:line="240" w:lineRule="auto"/>
        <w:ind w:left="317" w:hanging="173"/>
        <w:rPr>
          <w:lang w:val="fr-FR"/>
        </w:rPr>
      </w:pPr>
      <w:r w:rsidRPr="001C64D6">
        <w:rPr>
          <w:lang w:val="fr-FR"/>
        </w:rPr>
        <w:t>Préparer les dossiers de paiement pour validation et suivre les règlements autorisés.</w:t>
      </w:r>
    </w:p>
    <w:p w14:paraId="0CF8769F" w14:textId="77777777" w:rsidR="00DB1F65" w:rsidRPr="001C64D6" w:rsidRDefault="00C97A70" w:rsidP="005C3EB5">
      <w:pPr>
        <w:pStyle w:val="Listepuces"/>
        <w:spacing w:after="0" w:line="240" w:lineRule="auto"/>
        <w:ind w:left="317" w:hanging="173"/>
        <w:rPr>
          <w:lang w:val="fr-FR"/>
        </w:rPr>
      </w:pPr>
      <w:r w:rsidRPr="001C64D6">
        <w:rPr>
          <w:lang w:val="fr-FR"/>
        </w:rPr>
        <w:t>Appuyer la préparation des états financiers, contrôles, revues et audits en mettant à disposition les justificatifs requis.</w:t>
      </w:r>
    </w:p>
    <w:p w14:paraId="32EB6756" w14:textId="77777777" w:rsidR="00DB1F65" w:rsidRDefault="00C97A70" w:rsidP="005C3EB5">
      <w:pPr>
        <w:keepNext/>
        <w:spacing w:after="0" w:line="240" w:lineRule="auto"/>
      </w:pPr>
      <w:r>
        <w:rPr>
          <w:b/>
          <w:color w:val="ED6615"/>
        </w:rPr>
        <w:t>Appui logistique et documentaire</w:t>
      </w:r>
    </w:p>
    <w:p w14:paraId="0BE82337" w14:textId="77777777" w:rsidR="00DB1F65" w:rsidRPr="001C64D6" w:rsidRDefault="00C97A70" w:rsidP="005C3EB5">
      <w:pPr>
        <w:pStyle w:val="Listepuces"/>
        <w:spacing w:after="0" w:line="240" w:lineRule="auto"/>
        <w:ind w:left="317" w:hanging="173"/>
        <w:rPr>
          <w:lang w:val="fr-FR"/>
        </w:rPr>
      </w:pPr>
      <w:r w:rsidRPr="001C64D6">
        <w:rPr>
          <w:lang w:val="fr-FR"/>
        </w:rPr>
        <w:t>Appuyer l’organisation administrative et logistique des ateliers, missions et réunions.</w:t>
      </w:r>
    </w:p>
    <w:p w14:paraId="639BA7B5" w14:textId="77777777" w:rsidR="00DB1F65" w:rsidRPr="001C64D6" w:rsidRDefault="00C97A70" w:rsidP="005C3EB5">
      <w:pPr>
        <w:pStyle w:val="Listepuces"/>
        <w:spacing w:after="0" w:line="240" w:lineRule="auto"/>
        <w:ind w:left="317" w:hanging="173"/>
        <w:rPr>
          <w:lang w:val="fr-FR"/>
        </w:rPr>
      </w:pPr>
      <w:r w:rsidRPr="001C64D6">
        <w:rPr>
          <w:lang w:val="fr-FR"/>
        </w:rPr>
        <w:t>Tenir une base actualisée des fournisseurs et prestataires.</w:t>
      </w:r>
    </w:p>
    <w:p w14:paraId="657DA378" w14:textId="77777777" w:rsidR="00DB1F65" w:rsidRPr="001C64D6" w:rsidRDefault="00C97A70" w:rsidP="005C3EB5">
      <w:pPr>
        <w:pStyle w:val="Listepuces"/>
        <w:spacing w:after="0" w:line="240" w:lineRule="auto"/>
        <w:ind w:left="317" w:hanging="173"/>
        <w:rPr>
          <w:lang w:val="fr-FR"/>
        </w:rPr>
      </w:pPr>
      <w:r w:rsidRPr="001C64D6">
        <w:rPr>
          <w:lang w:val="fr-FR"/>
        </w:rPr>
        <w:t>Assurer la conservation ordonnée et sécurisée des documents administratifs et financiers.</w:t>
      </w:r>
    </w:p>
    <w:p w14:paraId="1FF50ED5" w14:textId="77777777" w:rsidR="00DB1F65" w:rsidRDefault="00C97A70" w:rsidP="005C3EB5">
      <w:pPr>
        <w:keepNext/>
        <w:spacing w:after="0" w:line="240" w:lineRule="auto"/>
      </w:pPr>
      <w:r>
        <w:rPr>
          <w:b/>
          <w:color w:val="315BA5"/>
          <w:sz w:val="23"/>
        </w:rPr>
        <w:t>3. RÉSULTATS / LIVRABLES ATTENDUS</w:t>
      </w:r>
    </w:p>
    <w:p w14:paraId="1746CBDC" w14:textId="77777777" w:rsidR="00DB1F65" w:rsidRPr="001C64D6" w:rsidRDefault="00C97A70" w:rsidP="005C3EB5">
      <w:pPr>
        <w:pStyle w:val="Listepuces"/>
        <w:spacing w:after="0" w:line="240" w:lineRule="auto"/>
        <w:ind w:left="317" w:hanging="173"/>
        <w:rPr>
          <w:lang w:val="fr-FR"/>
        </w:rPr>
      </w:pPr>
      <w:r w:rsidRPr="001C64D6">
        <w:rPr>
          <w:lang w:val="fr-FR"/>
        </w:rPr>
        <w:t>Registres de courrier, journaux de caisse et de banque régulièrement tenus.</w:t>
      </w:r>
    </w:p>
    <w:p w14:paraId="12077F88" w14:textId="77777777" w:rsidR="00DB1F65" w:rsidRPr="001C64D6" w:rsidRDefault="00C97A70" w:rsidP="005C3EB5">
      <w:pPr>
        <w:pStyle w:val="Listepuces"/>
        <w:spacing w:after="0" w:line="240" w:lineRule="auto"/>
        <w:ind w:left="317" w:hanging="173"/>
        <w:rPr>
          <w:lang w:val="fr-FR"/>
        </w:rPr>
      </w:pPr>
      <w:r w:rsidRPr="001C64D6">
        <w:rPr>
          <w:lang w:val="fr-FR"/>
        </w:rPr>
        <w:t>Pièces justificatives complètes, classées et facilement contrôlables.</w:t>
      </w:r>
    </w:p>
    <w:p w14:paraId="44B43842" w14:textId="77777777" w:rsidR="00DB1F65" w:rsidRPr="001C64D6" w:rsidRDefault="00C97A70" w:rsidP="005C3EB5">
      <w:pPr>
        <w:pStyle w:val="Listepuces"/>
        <w:spacing w:after="0" w:line="240" w:lineRule="auto"/>
        <w:ind w:left="317" w:hanging="173"/>
        <w:rPr>
          <w:lang w:val="fr-FR"/>
        </w:rPr>
      </w:pPr>
      <w:r w:rsidRPr="001C64D6">
        <w:rPr>
          <w:lang w:val="fr-FR"/>
        </w:rPr>
        <w:t>Rapprochements et situations de trésorerie produits selon les échéances.</w:t>
      </w:r>
    </w:p>
    <w:p w14:paraId="50DF0A20" w14:textId="77777777" w:rsidR="00DB1F65" w:rsidRPr="001C64D6" w:rsidRDefault="00C97A70" w:rsidP="005C3EB5">
      <w:pPr>
        <w:pStyle w:val="Listepuces"/>
        <w:spacing w:after="0" w:line="240" w:lineRule="auto"/>
        <w:ind w:left="317" w:hanging="173"/>
        <w:rPr>
          <w:lang w:val="fr-FR"/>
        </w:rPr>
      </w:pPr>
      <w:r w:rsidRPr="001C64D6">
        <w:rPr>
          <w:lang w:val="fr-FR"/>
        </w:rPr>
        <w:t>Dossiers administratifs et financiers disponibles pour les contrôles et rapports.</w:t>
      </w:r>
    </w:p>
    <w:p w14:paraId="179458C6" w14:textId="77777777" w:rsidR="00DB1F65" w:rsidRPr="001C64D6" w:rsidRDefault="00C97A70" w:rsidP="005C3EB5">
      <w:pPr>
        <w:pStyle w:val="Listepuces"/>
        <w:spacing w:after="0" w:line="240" w:lineRule="auto"/>
        <w:ind w:left="317" w:hanging="173"/>
        <w:rPr>
          <w:lang w:val="fr-FR"/>
        </w:rPr>
      </w:pPr>
      <w:r w:rsidRPr="001C64D6">
        <w:rPr>
          <w:lang w:val="fr-FR"/>
        </w:rPr>
        <w:t>Suivi actualisé des avances, paiements, engagements et fournisseurs.</w:t>
      </w:r>
    </w:p>
    <w:p w14:paraId="311E7407" w14:textId="77777777" w:rsidR="00DB1F65" w:rsidRPr="001C64D6" w:rsidRDefault="00C97A70" w:rsidP="005C3EB5">
      <w:pPr>
        <w:keepNext/>
        <w:spacing w:after="0" w:line="240" w:lineRule="auto"/>
        <w:rPr>
          <w:lang w:val="fr-FR"/>
        </w:rPr>
      </w:pPr>
      <w:r w:rsidRPr="001C64D6">
        <w:rPr>
          <w:b/>
          <w:color w:val="315BA5"/>
          <w:sz w:val="23"/>
          <w:lang w:val="fr-FR"/>
        </w:rPr>
        <w:t>4. PROFIL RECHERCHÉ</w:t>
      </w:r>
    </w:p>
    <w:p w14:paraId="7856110C" w14:textId="77777777" w:rsidR="00DB1F65" w:rsidRPr="001C64D6" w:rsidRDefault="00C97A70" w:rsidP="005C3EB5">
      <w:pPr>
        <w:spacing w:after="0" w:line="240" w:lineRule="auto"/>
        <w:rPr>
          <w:lang w:val="fr-FR"/>
        </w:rPr>
      </w:pPr>
      <w:r w:rsidRPr="001C64D6">
        <w:rPr>
          <w:b/>
          <w:lang w:val="fr-FR"/>
        </w:rPr>
        <w:t xml:space="preserve">Formation : </w:t>
      </w:r>
      <w:r w:rsidRPr="001C64D6">
        <w:rPr>
          <w:lang w:val="fr-FR"/>
        </w:rPr>
        <w:t>Bac+2 ou Bac+3 en comptabilité, finance, gestion, secrétariat de direction avec compétences comptables, administration et gestion ou domaine équivalent.</w:t>
      </w:r>
    </w:p>
    <w:p w14:paraId="18D8F7C4" w14:textId="77777777" w:rsidR="00DB1F65" w:rsidRPr="001C64D6" w:rsidRDefault="00C97A70" w:rsidP="005C3EB5">
      <w:pPr>
        <w:spacing w:after="0" w:line="240" w:lineRule="auto"/>
        <w:rPr>
          <w:lang w:val="fr-FR"/>
        </w:rPr>
      </w:pPr>
      <w:r w:rsidRPr="001C64D6">
        <w:rPr>
          <w:b/>
          <w:lang w:val="fr-FR"/>
        </w:rPr>
        <w:t xml:space="preserve">Expérience : </w:t>
      </w:r>
      <w:r w:rsidRPr="001C64D6">
        <w:rPr>
          <w:lang w:val="fr-FR"/>
        </w:rPr>
        <w:t>Une première expérience pertinente en secrétariat-comptabilité, administration de projet, association, ONG, cabinet ou institution est souhaitée.</w:t>
      </w:r>
    </w:p>
    <w:p w14:paraId="56A5DE29" w14:textId="77777777" w:rsidR="00DB1F65" w:rsidRPr="001C64D6" w:rsidRDefault="00C97A70" w:rsidP="005C3EB5">
      <w:pPr>
        <w:spacing w:after="0" w:line="240" w:lineRule="auto"/>
        <w:rPr>
          <w:lang w:val="fr-FR"/>
        </w:rPr>
      </w:pPr>
      <w:r w:rsidRPr="001C64D6">
        <w:rPr>
          <w:b/>
          <w:lang w:val="fr-FR"/>
        </w:rPr>
        <w:t xml:space="preserve">Langues : </w:t>
      </w:r>
      <w:r w:rsidRPr="001C64D6">
        <w:rPr>
          <w:lang w:val="fr-FR"/>
        </w:rPr>
        <w:t>Très bonne maîtrise du français. La connaissance de l’anglais constitue un atout.</w:t>
      </w:r>
    </w:p>
    <w:p w14:paraId="3448C16F" w14:textId="77777777" w:rsidR="00DB1F65" w:rsidRPr="001C64D6" w:rsidRDefault="00C97A70" w:rsidP="005C3EB5">
      <w:pPr>
        <w:spacing w:after="0" w:line="240" w:lineRule="auto"/>
        <w:rPr>
          <w:lang w:val="fr-FR"/>
        </w:rPr>
      </w:pPr>
      <w:r w:rsidRPr="001C64D6">
        <w:rPr>
          <w:b/>
          <w:lang w:val="fr-FR"/>
        </w:rPr>
        <w:t xml:space="preserve">Informatique : </w:t>
      </w:r>
      <w:r w:rsidRPr="001C64D6">
        <w:rPr>
          <w:lang w:val="fr-FR"/>
        </w:rPr>
        <w:t>Bonne maîtrise de Word et Excel ; aptitude à utiliser un logiciel comptable ou de gestion constitue un atout.</w:t>
      </w:r>
    </w:p>
    <w:p w14:paraId="6631806F" w14:textId="77777777" w:rsidR="00DB1F65" w:rsidRDefault="00C97A70" w:rsidP="005C3EB5">
      <w:pPr>
        <w:keepNext/>
        <w:spacing w:after="0" w:line="240" w:lineRule="auto"/>
      </w:pPr>
      <w:r>
        <w:rPr>
          <w:b/>
          <w:color w:val="315BA5"/>
          <w:sz w:val="23"/>
        </w:rPr>
        <w:lastRenderedPageBreak/>
        <w:t>5. COMPÉTENCES CLÉS</w:t>
      </w:r>
    </w:p>
    <w:p w14:paraId="14191C9C" w14:textId="77777777" w:rsidR="00DB1F65" w:rsidRPr="001C64D6" w:rsidRDefault="00C97A70" w:rsidP="005C3EB5">
      <w:pPr>
        <w:pStyle w:val="Listepuces"/>
        <w:spacing w:after="0" w:line="240" w:lineRule="auto"/>
        <w:ind w:left="317" w:hanging="173"/>
        <w:rPr>
          <w:lang w:val="fr-FR"/>
        </w:rPr>
      </w:pPr>
      <w:r w:rsidRPr="001C64D6">
        <w:rPr>
          <w:lang w:val="fr-FR"/>
        </w:rPr>
        <w:t>Comptabilité courante, tenue de caisse et suivi bancaire.</w:t>
      </w:r>
    </w:p>
    <w:p w14:paraId="226B50EF" w14:textId="77777777" w:rsidR="00DB1F65" w:rsidRPr="001C64D6" w:rsidRDefault="00C97A70" w:rsidP="005C3EB5">
      <w:pPr>
        <w:pStyle w:val="Listepuces"/>
        <w:spacing w:after="0" w:line="240" w:lineRule="auto"/>
        <w:ind w:left="317" w:hanging="173"/>
        <w:rPr>
          <w:lang w:val="fr-FR"/>
        </w:rPr>
      </w:pPr>
      <w:r w:rsidRPr="001C64D6">
        <w:rPr>
          <w:lang w:val="fr-FR"/>
        </w:rPr>
        <w:t>Contrôle et classement des pièces justificatives.</w:t>
      </w:r>
    </w:p>
    <w:p w14:paraId="0A0CA683" w14:textId="77777777" w:rsidR="00DB1F65" w:rsidRDefault="00C97A70" w:rsidP="005C3EB5">
      <w:pPr>
        <w:pStyle w:val="Listepuces"/>
        <w:spacing w:after="0" w:line="240" w:lineRule="auto"/>
        <w:ind w:left="317" w:hanging="173"/>
      </w:pPr>
      <w:r>
        <w:t>Rédaction et gestion administrative.</w:t>
      </w:r>
    </w:p>
    <w:p w14:paraId="225CA038" w14:textId="77777777" w:rsidR="00DB1F65" w:rsidRPr="001C64D6" w:rsidRDefault="00C97A70" w:rsidP="005C3EB5">
      <w:pPr>
        <w:pStyle w:val="Listepuces"/>
        <w:spacing w:after="0" w:line="240" w:lineRule="auto"/>
        <w:ind w:left="317" w:hanging="173"/>
        <w:rPr>
          <w:lang w:val="fr-FR"/>
        </w:rPr>
      </w:pPr>
      <w:r w:rsidRPr="001C64D6">
        <w:rPr>
          <w:lang w:val="fr-FR"/>
        </w:rPr>
        <w:t>Organisation, exactitude, archivage et traçabilité.</w:t>
      </w:r>
    </w:p>
    <w:p w14:paraId="567B59C3" w14:textId="77777777" w:rsidR="00DB1F65" w:rsidRDefault="00C97A70" w:rsidP="005C3EB5">
      <w:pPr>
        <w:pStyle w:val="Listepuces"/>
        <w:spacing w:after="0" w:line="240" w:lineRule="auto"/>
        <w:ind w:left="317" w:hanging="173"/>
        <w:rPr>
          <w:lang w:val="fr-FR"/>
        </w:rPr>
      </w:pPr>
      <w:r w:rsidRPr="001C64D6">
        <w:rPr>
          <w:lang w:val="fr-FR"/>
        </w:rPr>
        <w:t>Maîtrise des outils bureautiques et respect des procédures.</w:t>
      </w:r>
    </w:p>
    <w:p w14:paraId="1F0AAA35" w14:textId="77777777" w:rsidR="005C3EB5" w:rsidRPr="001C64D6" w:rsidRDefault="005C3EB5" w:rsidP="005C3EB5">
      <w:pPr>
        <w:pStyle w:val="Listepuces"/>
        <w:numPr>
          <w:ilvl w:val="0"/>
          <w:numId w:val="0"/>
        </w:numPr>
        <w:spacing w:after="0" w:line="240" w:lineRule="auto"/>
        <w:ind w:left="317"/>
        <w:rPr>
          <w:lang w:val="fr-FR"/>
        </w:rPr>
      </w:pPr>
    </w:p>
    <w:p w14:paraId="552F6A60" w14:textId="77777777" w:rsidR="00DB1F65" w:rsidRPr="001C64D6" w:rsidRDefault="00C97A70" w:rsidP="005C3EB5">
      <w:pPr>
        <w:keepNext/>
        <w:spacing w:after="0" w:line="240" w:lineRule="auto"/>
        <w:rPr>
          <w:lang w:val="fr-FR"/>
        </w:rPr>
      </w:pPr>
      <w:r w:rsidRPr="001C64D6">
        <w:rPr>
          <w:b/>
          <w:color w:val="315BA5"/>
          <w:sz w:val="23"/>
          <w:lang w:val="fr-FR"/>
        </w:rPr>
        <w:t>6. VALEURS ET COMPORTEMENTS ATTENDUS</w:t>
      </w:r>
    </w:p>
    <w:p w14:paraId="1710CB3B" w14:textId="77777777" w:rsidR="00DB1F65" w:rsidRPr="001C64D6" w:rsidRDefault="00C97A70" w:rsidP="005C3EB5">
      <w:pPr>
        <w:spacing w:after="0" w:line="240" w:lineRule="auto"/>
        <w:rPr>
          <w:lang w:val="fr-FR"/>
        </w:rPr>
      </w:pPr>
      <w:r w:rsidRPr="001C64D6">
        <w:rPr>
          <w:lang w:val="fr-FR"/>
        </w:rPr>
        <w:t>Le/la titulaire devra faire preuve de comportements compatibles avec les standards des organisations internationales :</w:t>
      </w:r>
    </w:p>
    <w:p w14:paraId="7A514E8D" w14:textId="77777777" w:rsidR="00DB1F65" w:rsidRPr="001C64D6" w:rsidRDefault="00C97A70" w:rsidP="005C3EB5">
      <w:pPr>
        <w:pStyle w:val="Listepuces"/>
        <w:spacing w:after="0" w:line="240" w:lineRule="auto"/>
        <w:ind w:left="317" w:hanging="173"/>
        <w:rPr>
          <w:lang w:val="fr-FR"/>
        </w:rPr>
      </w:pPr>
      <w:r w:rsidRPr="001C64D6">
        <w:rPr>
          <w:lang w:val="fr-FR"/>
        </w:rPr>
        <w:t>Intégrité irréprochable, discrétion et confidentialité.</w:t>
      </w:r>
    </w:p>
    <w:p w14:paraId="1C3F794D" w14:textId="77777777" w:rsidR="00DB1F65" w:rsidRPr="001C64D6" w:rsidRDefault="00C97A70" w:rsidP="005C3EB5">
      <w:pPr>
        <w:pStyle w:val="Listepuces"/>
        <w:spacing w:after="0" w:line="240" w:lineRule="auto"/>
        <w:ind w:left="317" w:hanging="173"/>
        <w:rPr>
          <w:lang w:val="fr-FR"/>
        </w:rPr>
      </w:pPr>
      <w:r w:rsidRPr="001C64D6">
        <w:rPr>
          <w:lang w:val="fr-FR"/>
        </w:rPr>
        <w:t>Rigueur, fiabilité et sens élevé de la responsabilité.</w:t>
      </w:r>
    </w:p>
    <w:p w14:paraId="4A1D3F09" w14:textId="77777777" w:rsidR="00DB1F65" w:rsidRPr="001C64D6" w:rsidRDefault="00C97A70" w:rsidP="005C3EB5">
      <w:pPr>
        <w:pStyle w:val="Listepuces"/>
        <w:spacing w:after="0" w:line="240" w:lineRule="auto"/>
        <w:ind w:left="317" w:hanging="173"/>
        <w:rPr>
          <w:lang w:val="fr-FR"/>
        </w:rPr>
      </w:pPr>
      <w:r w:rsidRPr="001C64D6">
        <w:rPr>
          <w:lang w:val="fr-FR"/>
        </w:rPr>
        <w:t>Respect des procédures et refus de toute dépense non autorisée ou insuffisamment justifiée.</w:t>
      </w:r>
    </w:p>
    <w:p w14:paraId="5F0821B9" w14:textId="77777777" w:rsidR="00DB1F65" w:rsidRPr="001C64D6" w:rsidRDefault="00C97A70" w:rsidP="005C3EB5">
      <w:pPr>
        <w:pStyle w:val="Listepuces"/>
        <w:spacing w:after="0" w:line="240" w:lineRule="auto"/>
        <w:ind w:left="317" w:hanging="173"/>
        <w:rPr>
          <w:lang w:val="fr-FR"/>
        </w:rPr>
      </w:pPr>
      <w:r w:rsidRPr="001C64D6">
        <w:rPr>
          <w:lang w:val="fr-FR"/>
        </w:rPr>
        <w:t>Sens du service, courtoisie et collaboration.</w:t>
      </w:r>
    </w:p>
    <w:p w14:paraId="56028DCC" w14:textId="77777777" w:rsidR="00DB1F65" w:rsidRDefault="00C97A70" w:rsidP="005C3EB5">
      <w:pPr>
        <w:pStyle w:val="Listepuces"/>
        <w:spacing w:after="0" w:line="240" w:lineRule="auto"/>
        <w:ind w:left="317" w:hanging="173"/>
        <w:rPr>
          <w:lang w:val="fr-FR"/>
        </w:rPr>
      </w:pPr>
      <w:r w:rsidRPr="001C64D6">
        <w:rPr>
          <w:lang w:val="fr-FR"/>
        </w:rPr>
        <w:t>Respect, inclusion et attitude professionnelle envers tous les interlocuteurs.</w:t>
      </w:r>
    </w:p>
    <w:p w14:paraId="1937CAB5" w14:textId="77777777" w:rsidR="005C3EB5" w:rsidRPr="001C64D6" w:rsidRDefault="005C3EB5" w:rsidP="005C3EB5">
      <w:pPr>
        <w:pStyle w:val="Listepuces"/>
        <w:numPr>
          <w:ilvl w:val="0"/>
          <w:numId w:val="0"/>
        </w:numPr>
        <w:spacing w:after="0" w:line="240" w:lineRule="auto"/>
        <w:ind w:left="317"/>
        <w:rPr>
          <w:lang w:val="fr-FR"/>
        </w:rPr>
      </w:pPr>
    </w:p>
    <w:p w14:paraId="3B06B1E9" w14:textId="77777777" w:rsidR="00DB1F65" w:rsidRPr="001C64D6" w:rsidRDefault="00C97A70" w:rsidP="005C3EB5">
      <w:pPr>
        <w:keepNext/>
        <w:spacing w:after="0" w:line="240" w:lineRule="auto"/>
        <w:rPr>
          <w:lang w:val="fr-FR"/>
        </w:rPr>
      </w:pPr>
      <w:r w:rsidRPr="001C64D6">
        <w:rPr>
          <w:b/>
          <w:color w:val="315BA5"/>
          <w:sz w:val="23"/>
          <w:lang w:val="fr-FR"/>
        </w:rPr>
        <w:t>7. RESPONSABILITÉS SPÉCIFIQUES DE SAUVEGARDE LIÉES AU POSTE</w:t>
      </w:r>
    </w:p>
    <w:p w14:paraId="0AE41994" w14:textId="77777777" w:rsidR="00DB1F65" w:rsidRPr="001C64D6" w:rsidRDefault="00C97A70" w:rsidP="005C3EB5">
      <w:pPr>
        <w:pStyle w:val="Listepuces"/>
        <w:spacing w:after="0" w:line="240" w:lineRule="auto"/>
        <w:ind w:left="317" w:hanging="173"/>
        <w:rPr>
          <w:lang w:val="fr-FR"/>
        </w:rPr>
      </w:pPr>
      <w:r w:rsidRPr="001C64D6">
        <w:rPr>
          <w:lang w:val="fr-FR"/>
        </w:rPr>
        <w:t>Protéger les données personnelles et informations sensibles détenues dans les dossiers administratifs et financiers.</w:t>
      </w:r>
    </w:p>
    <w:p w14:paraId="6BB605C0" w14:textId="77777777" w:rsidR="00DB1F65" w:rsidRPr="001C64D6" w:rsidRDefault="00C97A70" w:rsidP="005C3EB5">
      <w:pPr>
        <w:pStyle w:val="Listepuces"/>
        <w:spacing w:after="0" w:line="240" w:lineRule="auto"/>
        <w:ind w:left="317" w:hanging="173"/>
        <w:rPr>
          <w:lang w:val="fr-FR"/>
        </w:rPr>
      </w:pPr>
      <w:r w:rsidRPr="001C64D6">
        <w:rPr>
          <w:lang w:val="fr-FR"/>
        </w:rPr>
        <w:t>Ne divulguer aucune information relative à un enfant, un bénéficiaire, une plainte ou un signalement en dehors des personnes habilitées.</w:t>
      </w:r>
    </w:p>
    <w:p w14:paraId="41077F6D" w14:textId="77777777" w:rsidR="00DB1F65" w:rsidRDefault="00C97A70" w:rsidP="005C3EB5">
      <w:pPr>
        <w:pStyle w:val="Listepuces"/>
        <w:spacing w:after="0" w:line="240" w:lineRule="auto"/>
        <w:ind w:left="317" w:hanging="173"/>
        <w:rPr>
          <w:lang w:val="fr-FR"/>
        </w:rPr>
      </w:pPr>
      <w:r w:rsidRPr="001C64D6">
        <w:rPr>
          <w:lang w:val="fr-FR"/>
        </w:rPr>
        <w:t>Faciliter, lorsque cela relève de ses tâches, la traçabilité administrative des engagements et formations obligatoires de sauvegarde/PSEA de l’équipe.</w:t>
      </w:r>
    </w:p>
    <w:p w14:paraId="18893F2C" w14:textId="77777777" w:rsidR="005C3EB5" w:rsidRPr="001C64D6" w:rsidRDefault="005C3EB5" w:rsidP="005C3EB5">
      <w:pPr>
        <w:pStyle w:val="Listepuces"/>
        <w:numPr>
          <w:ilvl w:val="0"/>
          <w:numId w:val="0"/>
        </w:numPr>
        <w:spacing w:after="0" w:line="240" w:lineRule="auto"/>
        <w:ind w:left="317"/>
        <w:rPr>
          <w:lang w:val="fr-FR"/>
        </w:rPr>
      </w:pPr>
    </w:p>
    <w:p w14:paraId="57B048FF" w14:textId="77777777" w:rsidR="00DB1F65" w:rsidRPr="001C64D6" w:rsidRDefault="00C97A70" w:rsidP="005C3EB5">
      <w:pPr>
        <w:spacing w:after="0" w:line="240" w:lineRule="auto"/>
        <w:rPr>
          <w:lang w:val="fr-FR"/>
        </w:rPr>
      </w:pPr>
      <w:r w:rsidRPr="001C64D6">
        <w:rPr>
          <w:b/>
          <w:color w:val="315BA5"/>
          <w:sz w:val="23"/>
          <w:lang w:val="fr-FR"/>
        </w:rPr>
        <w:t>EXIGENCE ÉTHIQUE, SAUVEGARDE ET PSEA/PEAS</w:t>
      </w:r>
    </w:p>
    <w:tbl>
      <w:tblPr>
        <w:tblW w:w="0" w:type="auto"/>
        <w:jc w:val="center"/>
        <w:tblLook w:val="04A0" w:firstRow="1" w:lastRow="0" w:firstColumn="1" w:lastColumn="0" w:noHBand="0" w:noVBand="1"/>
      </w:tblPr>
      <w:tblGrid>
        <w:gridCol w:w="10060"/>
      </w:tblGrid>
      <w:tr w:rsidR="00DB1F65" w:rsidRPr="00DC64FC" w14:paraId="5DED987B" w14:textId="77777777">
        <w:trPr>
          <w:jc w:val="center"/>
        </w:trPr>
        <w:tc>
          <w:tcPr>
            <w:tcW w:w="10080" w:type="dxa"/>
            <w:tcBorders>
              <w:top w:val="single" w:sz="8" w:space="0" w:color="ED6615"/>
              <w:left w:val="single" w:sz="8" w:space="0" w:color="ED6615"/>
              <w:bottom w:val="single" w:sz="8" w:space="0" w:color="ED6615"/>
              <w:right w:val="single" w:sz="8" w:space="0" w:color="ED6615"/>
            </w:tcBorders>
            <w:shd w:val="clear" w:color="auto" w:fill="FDF3EC"/>
            <w:vAlign w:val="center"/>
          </w:tcPr>
          <w:p w14:paraId="20ED34A8" w14:textId="77777777" w:rsidR="00DB1F65" w:rsidRPr="001C64D6" w:rsidRDefault="00C97A70" w:rsidP="005C3EB5">
            <w:pPr>
              <w:spacing w:after="0" w:line="240" w:lineRule="auto"/>
              <w:rPr>
                <w:lang w:val="fr-FR"/>
              </w:rPr>
            </w:pPr>
            <w:r w:rsidRPr="001C64D6">
              <w:rPr>
                <w:b/>
                <w:sz w:val="19"/>
                <w:lang w:val="fr-FR"/>
              </w:rPr>
              <w:t>Le RéTEva applique une tolérance zéro à l’égard de toute exploitation ou abus sexuel, harcèlement sexuel, abus d’autorité, violence, maltraitance, négligence, exploitation ou atteinte à la dignité et à la sécurité des enfants et des autres bénéficiaires.</w:t>
            </w:r>
          </w:p>
          <w:p w14:paraId="4709D896" w14:textId="77777777" w:rsidR="00DB1F65" w:rsidRPr="001C64D6" w:rsidRDefault="00C97A70" w:rsidP="005C3EB5">
            <w:pPr>
              <w:pStyle w:val="Listepuces"/>
              <w:spacing w:after="0" w:line="240" w:lineRule="auto"/>
              <w:ind w:left="288" w:hanging="173"/>
              <w:rPr>
                <w:lang w:val="fr-FR"/>
              </w:rPr>
            </w:pPr>
            <w:r w:rsidRPr="001C64D6">
              <w:rPr>
                <w:sz w:val="19"/>
                <w:lang w:val="fr-FR"/>
              </w:rPr>
              <w:t>Le/la titulaire doit respecter les règles de sauvegarde, de protection de l’enfant, de PSEA/PEAS, de confidentialité, de non-discrimination et de conduite professionnelle applicables au programme.</w:t>
            </w:r>
          </w:p>
          <w:p w14:paraId="5FC6DE3D" w14:textId="77777777" w:rsidR="00DB1F65" w:rsidRPr="001C64D6" w:rsidRDefault="00C97A70" w:rsidP="005C3EB5">
            <w:pPr>
              <w:pStyle w:val="Listepuces"/>
              <w:spacing w:after="0" w:line="240" w:lineRule="auto"/>
              <w:ind w:left="288" w:hanging="173"/>
              <w:rPr>
                <w:lang w:val="fr-FR"/>
              </w:rPr>
            </w:pPr>
            <w:r w:rsidRPr="001C64D6">
              <w:rPr>
                <w:sz w:val="19"/>
                <w:lang w:val="fr-FR"/>
              </w:rPr>
              <w:t>Il/elle doit signaler sans délai, par les mécanismes prévus, toute suspicion ou allégation portée à sa connaissance, sans mener d’investigation personnelle et en protégeant strictement la confidentialité.</w:t>
            </w:r>
          </w:p>
          <w:p w14:paraId="6B48ABA4" w14:textId="77777777" w:rsidR="00DB1F65" w:rsidRPr="001C64D6" w:rsidRDefault="00C97A70" w:rsidP="005C3EB5">
            <w:pPr>
              <w:pStyle w:val="Listepuces"/>
              <w:spacing w:after="0" w:line="240" w:lineRule="auto"/>
              <w:ind w:left="288" w:hanging="173"/>
              <w:rPr>
                <w:lang w:val="fr-FR"/>
              </w:rPr>
            </w:pPr>
            <w:r w:rsidRPr="001C64D6">
              <w:rPr>
                <w:sz w:val="19"/>
                <w:lang w:val="fr-FR"/>
              </w:rPr>
              <w:t>La signature du Code de conduite, les vérifications de références autorisées et la participation aux formations obligatoires de sauvegarde/PSEA constituent des conditions de recrutement et de maintien dans l’équipe.</w:t>
            </w:r>
          </w:p>
        </w:tc>
      </w:tr>
    </w:tbl>
    <w:p w14:paraId="7EFF81B8" w14:textId="77777777" w:rsidR="00DB1F65" w:rsidRPr="001C64D6" w:rsidRDefault="00DB1F65" w:rsidP="005C3EB5">
      <w:pPr>
        <w:spacing w:after="0" w:line="240" w:lineRule="auto"/>
        <w:rPr>
          <w:lang w:val="fr-FR"/>
        </w:rPr>
      </w:pPr>
    </w:p>
    <w:p w14:paraId="2B206449" w14:textId="77777777" w:rsidR="00DB1F65" w:rsidRDefault="00C97A70" w:rsidP="005C3EB5">
      <w:pPr>
        <w:keepNext/>
        <w:spacing w:after="0" w:line="240" w:lineRule="auto"/>
      </w:pPr>
      <w:r>
        <w:rPr>
          <w:b/>
          <w:color w:val="315BA5"/>
          <w:sz w:val="23"/>
        </w:rPr>
        <w:t>8. INDICATEURS INDICATIFS DE PERFORMANCE</w:t>
      </w:r>
    </w:p>
    <w:p w14:paraId="14B4027D" w14:textId="77777777" w:rsidR="00DB1F65" w:rsidRPr="001C64D6" w:rsidRDefault="00C97A70" w:rsidP="005C3EB5">
      <w:pPr>
        <w:pStyle w:val="Listepuces"/>
        <w:spacing w:after="0" w:line="240" w:lineRule="auto"/>
        <w:ind w:left="317" w:hanging="173"/>
        <w:rPr>
          <w:lang w:val="fr-FR"/>
        </w:rPr>
      </w:pPr>
      <w:r w:rsidRPr="001C64D6">
        <w:rPr>
          <w:lang w:val="fr-FR"/>
        </w:rPr>
        <w:t>Taux de pièces conformes et correctement classées.</w:t>
      </w:r>
    </w:p>
    <w:p w14:paraId="58D03134" w14:textId="77777777" w:rsidR="00DB1F65" w:rsidRPr="001C64D6" w:rsidRDefault="00C97A70" w:rsidP="005C3EB5">
      <w:pPr>
        <w:pStyle w:val="Listepuces"/>
        <w:spacing w:after="0" w:line="240" w:lineRule="auto"/>
        <w:ind w:left="317" w:hanging="173"/>
        <w:rPr>
          <w:lang w:val="fr-FR"/>
        </w:rPr>
      </w:pPr>
      <w:r w:rsidRPr="001C64D6">
        <w:rPr>
          <w:lang w:val="fr-FR"/>
        </w:rPr>
        <w:t>Exactitude et ponctualité des enregistrements.</w:t>
      </w:r>
    </w:p>
    <w:p w14:paraId="45FC6FC8" w14:textId="77777777" w:rsidR="00DB1F65" w:rsidRPr="001C64D6" w:rsidRDefault="00C97A70" w:rsidP="005C3EB5">
      <w:pPr>
        <w:pStyle w:val="Listepuces"/>
        <w:spacing w:after="0" w:line="240" w:lineRule="auto"/>
        <w:ind w:left="317" w:hanging="173"/>
        <w:rPr>
          <w:lang w:val="fr-FR"/>
        </w:rPr>
      </w:pPr>
      <w:r w:rsidRPr="001C64D6">
        <w:rPr>
          <w:lang w:val="fr-FR"/>
        </w:rPr>
        <w:t>Absence d’écarts de caisse non justifiés.</w:t>
      </w:r>
    </w:p>
    <w:p w14:paraId="005927F9" w14:textId="77777777" w:rsidR="00DB1F65" w:rsidRPr="001C64D6" w:rsidRDefault="00C97A70" w:rsidP="005C3EB5">
      <w:pPr>
        <w:pStyle w:val="Listepuces"/>
        <w:spacing w:after="0" w:line="240" w:lineRule="auto"/>
        <w:ind w:left="317" w:hanging="173"/>
        <w:rPr>
          <w:lang w:val="fr-FR"/>
        </w:rPr>
      </w:pPr>
      <w:r w:rsidRPr="001C64D6">
        <w:rPr>
          <w:lang w:val="fr-FR"/>
        </w:rPr>
        <w:t>Régularité des rapprochements et états de suivi.</w:t>
      </w:r>
    </w:p>
    <w:p w14:paraId="775F268A" w14:textId="77777777" w:rsidR="00DB1F65" w:rsidRDefault="00C97A70" w:rsidP="005C3EB5">
      <w:pPr>
        <w:pStyle w:val="Listepuces"/>
        <w:spacing w:after="0" w:line="240" w:lineRule="auto"/>
        <w:ind w:left="317" w:hanging="173"/>
        <w:rPr>
          <w:lang w:val="fr-FR"/>
        </w:rPr>
      </w:pPr>
      <w:r w:rsidRPr="001C64D6">
        <w:rPr>
          <w:lang w:val="fr-FR"/>
        </w:rPr>
        <w:t>Délai de traitement des courriers et dossiers administratifs.</w:t>
      </w:r>
    </w:p>
    <w:p w14:paraId="6EF9F0D4" w14:textId="77777777" w:rsidR="005C3EB5" w:rsidRDefault="005C3EB5" w:rsidP="005C3EB5">
      <w:pPr>
        <w:pStyle w:val="Listepuces"/>
        <w:numPr>
          <w:ilvl w:val="0"/>
          <w:numId w:val="0"/>
        </w:numPr>
        <w:spacing w:after="0" w:line="240" w:lineRule="auto"/>
        <w:ind w:left="360" w:hanging="360"/>
        <w:rPr>
          <w:lang w:val="fr-FR"/>
        </w:rPr>
      </w:pPr>
    </w:p>
    <w:p w14:paraId="08DEA12F" w14:textId="7C6E24D4" w:rsidR="006869FE" w:rsidRPr="001C64D6" w:rsidRDefault="006869FE" w:rsidP="005C3EB5">
      <w:pPr>
        <w:spacing w:after="0" w:line="240" w:lineRule="auto"/>
        <w:rPr>
          <w:lang w:val="fr-FR"/>
        </w:rPr>
      </w:pPr>
      <w:r w:rsidRPr="001C64D6">
        <w:rPr>
          <w:b/>
          <w:color w:val="ED6615"/>
          <w:sz w:val="20"/>
          <w:lang w:val="fr-FR"/>
        </w:rPr>
        <w:t>ETTRE EN UN SEUL ENVOI :</w:t>
      </w:r>
    </w:p>
    <w:p w14:paraId="5FDA32C9" w14:textId="77777777" w:rsidR="006869FE" w:rsidRPr="001C64D6" w:rsidRDefault="006869FE" w:rsidP="005C3EB5">
      <w:pPr>
        <w:pStyle w:val="Listepuces"/>
        <w:spacing w:after="0" w:line="240" w:lineRule="auto"/>
        <w:ind w:left="317" w:hanging="173"/>
        <w:rPr>
          <w:lang w:val="fr-FR"/>
        </w:rPr>
      </w:pPr>
      <w:r w:rsidRPr="001C64D6">
        <w:rPr>
          <w:color w:val="222222"/>
          <w:sz w:val="19"/>
          <w:lang w:val="fr-FR"/>
        </w:rPr>
        <w:t>Lettre de motivation d’une page maximum, précisant le poste sollicité.</w:t>
      </w:r>
    </w:p>
    <w:p w14:paraId="50DB2805" w14:textId="77777777" w:rsidR="006869FE" w:rsidRPr="001C64D6" w:rsidRDefault="006869FE" w:rsidP="005C3EB5">
      <w:pPr>
        <w:pStyle w:val="Listepuces"/>
        <w:spacing w:after="0" w:line="240" w:lineRule="auto"/>
        <w:ind w:left="317" w:hanging="173"/>
        <w:rPr>
          <w:lang w:val="fr-FR"/>
        </w:rPr>
      </w:pPr>
      <w:r w:rsidRPr="001C64D6">
        <w:rPr>
          <w:color w:val="222222"/>
          <w:sz w:val="19"/>
          <w:lang w:val="fr-FR"/>
        </w:rPr>
        <w:t>CV établi selon le canevas correspondant au poste, quatre pages maximum.</w:t>
      </w:r>
    </w:p>
    <w:p w14:paraId="029B1EAA" w14:textId="77777777" w:rsidR="006869FE" w:rsidRPr="001C64D6" w:rsidRDefault="006869FE" w:rsidP="005C3EB5">
      <w:pPr>
        <w:pStyle w:val="Listepuces"/>
        <w:spacing w:after="0" w:line="240" w:lineRule="auto"/>
        <w:ind w:left="317" w:hanging="173"/>
        <w:rPr>
          <w:lang w:val="fr-FR"/>
        </w:rPr>
      </w:pPr>
      <w:r w:rsidRPr="001C64D6">
        <w:rPr>
          <w:color w:val="222222"/>
          <w:sz w:val="19"/>
          <w:lang w:val="fr-FR"/>
        </w:rPr>
        <w:t>Copies des diplômes et des attestations ou certificats pertinents.</w:t>
      </w:r>
    </w:p>
    <w:p w14:paraId="13F400E1" w14:textId="77777777" w:rsidR="006869FE" w:rsidRPr="001C64D6" w:rsidRDefault="006869FE" w:rsidP="005C3EB5">
      <w:pPr>
        <w:pStyle w:val="Listepuces"/>
        <w:spacing w:after="0" w:line="240" w:lineRule="auto"/>
        <w:ind w:left="317" w:hanging="173"/>
        <w:rPr>
          <w:lang w:val="fr-FR"/>
        </w:rPr>
      </w:pPr>
      <w:r w:rsidRPr="001C64D6">
        <w:rPr>
          <w:color w:val="222222"/>
          <w:sz w:val="19"/>
          <w:lang w:val="fr-FR"/>
        </w:rPr>
        <w:t>Justificatifs des expériences professionnelles pertinentes disponibles.</w:t>
      </w:r>
    </w:p>
    <w:p w14:paraId="12D27629" w14:textId="77777777" w:rsidR="006869FE" w:rsidRPr="000936D7" w:rsidRDefault="006869FE" w:rsidP="005C3EB5">
      <w:pPr>
        <w:pStyle w:val="Listepuces"/>
        <w:spacing w:after="0" w:line="240" w:lineRule="auto"/>
        <w:ind w:left="317" w:hanging="173"/>
        <w:rPr>
          <w:lang w:val="fr-FR"/>
        </w:rPr>
      </w:pPr>
      <w:r w:rsidRPr="001C64D6">
        <w:rPr>
          <w:color w:val="222222"/>
          <w:sz w:val="19"/>
          <w:lang w:val="fr-FR"/>
        </w:rPr>
        <w:t>Coordonnées de deux références professionnelles pouvant être contactées par le jury.</w:t>
      </w:r>
    </w:p>
    <w:p w14:paraId="7042723A" w14:textId="77777777" w:rsidR="000936D7" w:rsidRPr="001C64D6" w:rsidRDefault="000936D7" w:rsidP="000936D7">
      <w:pPr>
        <w:pStyle w:val="Listepuces"/>
        <w:numPr>
          <w:ilvl w:val="0"/>
          <w:numId w:val="0"/>
        </w:numPr>
        <w:spacing w:after="0" w:line="240" w:lineRule="auto"/>
        <w:ind w:left="317"/>
        <w:rPr>
          <w:lang w:val="fr-FR"/>
        </w:rPr>
      </w:pPr>
    </w:p>
    <w:tbl>
      <w:tblPr>
        <w:tblW w:w="0" w:type="auto"/>
        <w:jc w:val="center"/>
        <w:tblLook w:val="04A0" w:firstRow="1" w:lastRow="0" w:firstColumn="1" w:lastColumn="0" w:noHBand="0" w:noVBand="1"/>
      </w:tblPr>
      <w:tblGrid>
        <w:gridCol w:w="10060"/>
      </w:tblGrid>
      <w:tr w:rsidR="006869FE" w:rsidRPr="00DC64FC" w14:paraId="6ED63263" w14:textId="77777777" w:rsidTr="00F57121">
        <w:trPr>
          <w:jc w:val="center"/>
        </w:trPr>
        <w:tc>
          <w:tcPr>
            <w:tcW w:w="10080" w:type="dxa"/>
            <w:tcBorders>
              <w:top w:val="single" w:sz="8" w:space="0" w:color="ED6615"/>
              <w:left w:val="single" w:sz="8" w:space="0" w:color="ED6615"/>
              <w:bottom w:val="single" w:sz="8" w:space="0" w:color="ED6615"/>
              <w:right w:val="single" w:sz="8" w:space="0" w:color="ED6615"/>
            </w:tcBorders>
            <w:shd w:val="clear" w:color="auto" w:fill="FCE9DC"/>
            <w:tcMar>
              <w:top w:w="100" w:type="dxa"/>
              <w:left w:w="110" w:type="dxa"/>
              <w:bottom w:w="100" w:type="dxa"/>
              <w:right w:w="110" w:type="dxa"/>
            </w:tcMar>
            <w:vAlign w:val="center"/>
          </w:tcPr>
          <w:p w14:paraId="2F0BB2C6" w14:textId="77777777" w:rsidR="006869FE" w:rsidRPr="001C64D6" w:rsidRDefault="006869FE" w:rsidP="005C3EB5">
            <w:pPr>
              <w:spacing w:after="0" w:line="240" w:lineRule="auto"/>
              <w:jc w:val="center"/>
              <w:rPr>
                <w:lang w:val="fr-FR"/>
              </w:rPr>
            </w:pPr>
            <w:r w:rsidRPr="001C64D6">
              <w:rPr>
                <w:b/>
                <w:color w:val="ED6615"/>
                <w:sz w:val="22"/>
                <w:lang w:val="fr-FR"/>
              </w:rPr>
              <w:t>TOUT DOSSIER INCOMPLET NE SERA PAS TRAITÉ.</w:t>
            </w:r>
          </w:p>
        </w:tc>
      </w:tr>
    </w:tbl>
    <w:p w14:paraId="1CF96710" w14:textId="40250CD0" w:rsidR="00DB1F65" w:rsidRDefault="006869FE" w:rsidP="005C3EB5">
      <w:pPr>
        <w:spacing w:after="0" w:line="240" w:lineRule="auto"/>
        <w:rPr>
          <w:i/>
          <w:color w:val="666666"/>
          <w:sz w:val="18"/>
          <w:lang w:val="fr-FR"/>
        </w:rPr>
      </w:pPr>
      <w:r w:rsidRPr="001C64D6">
        <w:rPr>
          <w:i/>
          <w:color w:val="666666"/>
          <w:sz w:val="18"/>
          <w:lang w:val="fr-FR"/>
        </w:rPr>
        <w:t>Les candidatures sont examinées sur la base des exigences du poste, des expériences vérifiables, de l’intégrité professionnelle et de l’adhésion aux principes de sauvegarde et de PSEA/PEAS.</w:t>
      </w:r>
    </w:p>
    <w:p w14:paraId="2C438FAE" w14:textId="77777777" w:rsidR="000936D7" w:rsidRDefault="000936D7" w:rsidP="005C3EB5">
      <w:pPr>
        <w:spacing w:after="0" w:line="240" w:lineRule="auto"/>
        <w:rPr>
          <w:i/>
          <w:color w:val="666666"/>
          <w:sz w:val="18"/>
          <w:lang w:val="fr-FR"/>
        </w:rPr>
      </w:pPr>
    </w:p>
    <w:p w14:paraId="0FAEFF0A" w14:textId="77777777" w:rsidR="000936D7" w:rsidRPr="001C64D6" w:rsidRDefault="000936D7" w:rsidP="005C3EB5">
      <w:pPr>
        <w:spacing w:after="0" w:line="240" w:lineRule="auto"/>
        <w:rPr>
          <w:lang w:val="fr-FR"/>
        </w:rPr>
      </w:pPr>
    </w:p>
    <w:tbl>
      <w:tblPr>
        <w:tblW w:w="0" w:type="auto"/>
        <w:jc w:val="center"/>
        <w:tblLook w:val="04A0" w:firstRow="1" w:lastRow="0" w:firstColumn="1" w:lastColumn="0" w:noHBand="0" w:noVBand="1"/>
      </w:tblPr>
      <w:tblGrid>
        <w:gridCol w:w="10080"/>
      </w:tblGrid>
      <w:tr w:rsidR="00DB1F65" w:rsidRPr="006869FE" w14:paraId="694903FB" w14:textId="77777777">
        <w:trPr>
          <w:jc w:val="center"/>
        </w:trPr>
        <w:tc>
          <w:tcPr>
            <w:tcW w:w="10080" w:type="dxa"/>
            <w:shd w:val="clear" w:color="auto" w:fill="ED6615"/>
            <w:tcMar>
              <w:top w:w="100" w:type="dxa"/>
              <w:left w:w="100" w:type="dxa"/>
              <w:bottom w:w="100" w:type="dxa"/>
              <w:right w:w="100" w:type="dxa"/>
            </w:tcMar>
            <w:vAlign w:val="center"/>
          </w:tcPr>
          <w:p w14:paraId="26F39287" w14:textId="74CB6367" w:rsidR="00DB1F65" w:rsidRPr="001C64D6" w:rsidRDefault="00C97A70" w:rsidP="005C3EB5">
            <w:pPr>
              <w:spacing w:after="0" w:line="240" w:lineRule="auto"/>
              <w:jc w:val="center"/>
              <w:rPr>
                <w:lang w:val="fr-FR"/>
              </w:rPr>
            </w:pPr>
            <w:r w:rsidRPr="001C64D6">
              <w:rPr>
                <w:b/>
                <w:color w:val="FFFFFF"/>
                <w:sz w:val="32"/>
                <w:lang w:val="fr-FR"/>
              </w:rPr>
              <w:lastRenderedPageBreak/>
              <w:t>CANEVAS DE CV STANDARDISÉS</w:t>
            </w:r>
          </w:p>
        </w:tc>
      </w:tr>
    </w:tbl>
    <w:p w14:paraId="312AA434" w14:textId="77777777" w:rsidR="00DB1F65" w:rsidRPr="001C64D6" w:rsidRDefault="00C97A70" w:rsidP="005C3EB5">
      <w:pPr>
        <w:spacing w:after="0" w:line="240" w:lineRule="auto"/>
        <w:jc w:val="center"/>
        <w:rPr>
          <w:lang w:val="fr-FR"/>
        </w:rPr>
      </w:pPr>
      <w:r w:rsidRPr="001C64D6">
        <w:rPr>
          <w:i/>
          <w:color w:val="315BA5"/>
          <w:sz w:val="20"/>
          <w:lang w:val="fr-FR"/>
        </w:rPr>
        <w:t>Canevas conçus pour faciliter une comparaison rapide, équitable et documentée des candidatures par le jury.</w:t>
      </w:r>
    </w:p>
    <w:p w14:paraId="70FCED38" w14:textId="77777777" w:rsidR="00DB1F65" w:rsidRPr="001C64D6" w:rsidRDefault="00C97A70" w:rsidP="005C3EB5">
      <w:pPr>
        <w:pStyle w:val="Listepuces"/>
        <w:spacing w:after="0" w:line="240" w:lineRule="auto"/>
        <w:ind w:left="317" w:hanging="173"/>
        <w:rPr>
          <w:lang w:val="fr-FR"/>
        </w:rPr>
      </w:pPr>
      <w:r w:rsidRPr="001C64D6">
        <w:rPr>
          <w:sz w:val="19"/>
          <w:lang w:val="fr-FR"/>
        </w:rPr>
        <w:t>Utiliser uniquement le canevas correspondant au poste sollicité et conserver l’ordre des rubriques.</w:t>
      </w:r>
    </w:p>
    <w:p w14:paraId="32256DBD" w14:textId="77777777" w:rsidR="00DB1F65" w:rsidRPr="001C64D6" w:rsidRDefault="00C97A70" w:rsidP="005C3EB5">
      <w:pPr>
        <w:pStyle w:val="Listepuces"/>
        <w:spacing w:after="0" w:line="240" w:lineRule="auto"/>
        <w:ind w:left="317" w:hanging="173"/>
        <w:rPr>
          <w:lang w:val="fr-FR"/>
        </w:rPr>
      </w:pPr>
      <w:r w:rsidRPr="001C64D6">
        <w:rPr>
          <w:sz w:val="19"/>
          <w:lang w:val="fr-FR"/>
        </w:rPr>
        <w:t>Limiter le CV à quatre pages maximum ; privilégier les informations directement liées au poste.</w:t>
      </w:r>
    </w:p>
    <w:p w14:paraId="60EFB0D1" w14:textId="77777777" w:rsidR="00DB1F65" w:rsidRPr="001C64D6" w:rsidRDefault="00C97A70" w:rsidP="005C3EB5">
      <w:pPr>
        <w:pStyle w:val="Listepuces"/>
        <w:spacing w:after="0" w:line="240" w:lineRule="auto"/>
        <w:ind w:left="317" w:hanging="173"/>
        <w:rPr>
          <w:lang w:val="fr-FR"/>
        </w:rPr>
      </w:pPr>
      <w:r w:rsidRPr="001C64D6">
        <w:rPr>
          <w:sz w:val="19"/>
          <w:lang w:val="fr-FR"/>
        </w:rPr>
        <w:t>Présenter les expériences de la plus récente à la plus ancienne et indiquer les mois et années.</w:t>
      </w:r>
    </w:p>
    <w:p w14:paraId="665F34DD" w14:textId="77777777" w:rsidR="00DB1F65" w:rsidRPr="001C64D6" w:rsidRDefault="00C97A70" w:rsidP="005C3EB5">
      <w:pPr>
        <w:pStyle w:val="Listepuces"/>
        <w:spacing w:after="0" w:line="240" w:lineRule="auto"/>
        <w:ind w:left="317" w:hanging="173"/>
        <w:rPr>
          <w:lang w:val="fr-FR"/>
        </w:rPr>
      </w:pPr>
      <w:r w:rsidRPr="001C64D6">
        <w:rPr>
          <w:sz w:val="19"/>
          <w:lang w:val="fr-FR"/>
        </w:rPr>
        <w:t>Décrire des résultats ou réalisations vérifiables plutôt que des formulations générales.</w:t>
      </w:r>
    </w:p>
    <w:p w14:paraId="6D7BF48C" w14:textId="77777777" w:rsidR="00DB1F65" w:rsidRPr="001C64D6" w:rsidRDefault="00C97A70" w:rsidP="005C3EB5">
      <w:pPr>
        <w:pStyle w:val="Listepuces"/>
        <w:spacing w:after="0" w:line="240" w:lineRule="auto"/>
        <w:ind w:left="317" w:hanging="173"/>
        <w:rPr>
          <w:lang w:val="fr-FR"/>
        </w:rPr>
      </w:pPr>
      <w:r w:rsidRPr="001C64D6">
        <w:rPr>
          <w:sz w:val="19"/>
          <w:lang w:val="fr-FR"/>
        </w:rPr>
        <w:t>Ne déclarer que les diplômes, expériences, outils et compétences pouvant être justifiés en cas de demande.</w:t>
      </w:r>
    </w:p>
    <w:p w14:paraId="47619F23" w14:textId="77777777" w:rsidR="00DB1F65" w:rsidRPr="001C64D6" w:rsidRDefault="00C97A70" w:rsidP="005C3EB5">
      <w:pPr>
        <w:pStyle w:val="Listepuces"/>
        <w:spacing w:after="0" w:line="240" w:lineRule="auto"/>
        <w:ind w:left="317" w:hanging="173"/>
        <w:rPr>
          <w:lang w:val="fr-FR"/>
        </w:rPr>
      </w:pPr>
      <w:r w:rsidRPr="001C64D6">
        <w:rPr>
          <w:sz w:val="19"/>
          <w:lang w:val="fr-FR"/>
        </w:rPr>
        <w:t>Une même personne peut candidater à plusieurs postes, mais doit transmettre un dossier distinct et un CV adapté à chaque poste.</w:t>
      </w:r>
    </w:p>
    <w:p w14:paraId="0722DA5C" w14:textId="77777777" w:rsidR="00DB1F65" w:rsidRPr="001C64D6" w:rsidRDefault="00C97A70" w:rsidP="005C3EB5">
      <w:pPr>
        <w:spacing w:after="0" w:line="240" w:lineRule="auto"/>
        <w:rPr>
          <w:lang w:val="fr-FR"/>
        </w:rPr>
      </w:pPr>
      <w:r w:rsidRPr="001C64D6">
        <w:rPr>
          <w:b/>
          <w:color w:val="ED6615"/>
          <w:sz w:val="19"/>
          <w:lang w:val="fr-FR"/>
        </w:rPr>
        <w:t>RAPPEL : tout dossier incomplet ne sera pas traité.</w:t>
      </w:r>
    </w:p>
    <w:tbl>
      <w:tblPr>
        <w:tblW w:w="0" w:type="auto"/>
        <w:jc w:val="center"/>
        <w:tblLook w:val="04A0" w:firstRow="1" w:lastRow="0" w:firstColumn="1" w:lastColumn="0" w:noHBand="0" w:noVBand="1"/>
      </w:tblPr>
      <w:tblGrid>
        <w:gridCol w:w="10080"/>
      </w:tblGrid>
      <w:tr w:rsidR="00DB1F65" w:rsidRPr="00DC64FC" w14:paraId="5ECACED0" w14:textId="77777777">
        <w:trPr>
          <w:jc w:val="center"/>
        </w:trPr>
        <w:tc>
          <w:tcPr>
            <w:tcW w:w="10080" w:type="dxa"/>
            <w:shd w:val="clear" w:color="auto" w:fill="315BA5"/>
            <w:tcMar>
              <w:top w:w="100" w:type="dxa"/>
              <w:left w:w="100" w:type="dxa"/>
              <w:bottom w:w="100" w:type="dxa"/>
              <w:right w:w="100" w:type="dxa"/>
            </w:tcMar>
            <w:vAlign w:val="center"/>
          </w:tcPr>
          <w:p w14:paraId="23E3373C" w14:textId="5B432F6D" w:rsidR="00DB1F65" w:rsidRPr="001C64D6" w:rsidRDefault="00C97A70" w:rsidP="005C3EB5">
            <w:pPr>
              <w:spacing w:after="0" w:line="240" w:lineRule="auto"/>
              <w:jc w:val="center"/>
              <w:rPr>
                <w:lang w:val="fr-FR"/>
              </w:rPr>
            </w:pPr>
            <w:r w:rsidRPr="001C64D6">
              <w:rPr>
                <w:b/>
                <w:color w:val="FFFFFF"/>
                <w:sz w:val="30"/>
                <w:lang w:val="fr-FR"/>
              </w:rPr>
              <w:t xml:space="preserve">CANEVAS DE CV N° </w:t>
            </w:r>
            <w:r w:rsidR="00DF45E9">
              <w:rPr>
                <w:b/>
                <w:color w:val="FFFFFF"/>
                <w:sz w:val="30"/>
                <w:lang w:val="fr-FR"/>
              </w:rPr>
              <w:t>2</w:t>
            </w:r>
            <w:r w:rsidRPr="001C64D6">
              <w:rPr>
                <w:b/>
                <w:color w:val="FFFFFF"/>
                <w:sz w:val="30"/>
                <w:lang w:val="fr-FR"/>
              </w:rPr>
              <w:t xml:space="preserve"> – SECRÉTAIRE-COMPTABLE</w:t>
            </w:r>
          </w:p>
        </w:tc>
      </w:tr>
    </w:tbl>
    <w:p w14:paraId="256CEF7C" w14:textId="77777777" w:rsidR="00DB1F65" w:rsidRPr="001C64D6" w:rsidRDefault="00C97A70" w:rsidP="005C3EB5">
      <w:pPr>
        <w:spacing w:after="0" w:line="240" w:lineRule="auto"/>
        <w:jc w:val="center"/>
        <w:rPr>
          <w:lang w:val="fr-FR"/>
        </w:rPr>
      </w:pPr>
      <w:r w:rsidRPr="001C64D6">
        <w:rPr>
          <w:i/>
          <w:color w:val="ED6615"/>
          <w:sz w:val="19"/>
          <w:lang w:val="fr-FR"/>
        </w:rPr>
        <w:t>À utiliser obligatoirement pour la candidature – maximum 4 pages</w:t>
      </w:r>
    </w:p>
    <w:p w14:paraId="5F2C2D6E" w14:textId="77777777" w:rsidR="00DB1F65" w:rsidRDefault="00C97A70" w:rsidP="005C3EB5">
      <w:pPr>
        <w:keepNext/>
        <w:spacing w:after="0" w:line="240" w:lineRule="auto"/>
      </w:pPr>
      <w:r>
        <w:rPr>
          <w:b/>
          <w:color w:val="315BA5"/>
          <w:sz w:val="25"/>
        </w:rPr>
        <w:t>1. IDENTIFICATION ET DISPONIBILITÉ</w:t>
      </w:r>
    </w:p>
    <w:tbl>
      <w:tblPr>
        <w:tblW w:w="0" w:type="auto"/>
        <w:jc w:val="center"/>
        <w:tblLayout w:type="fixed"/>
        <w:tblLook w:val="04A0" w:firstRow="1" w:lastRow="0" w:firstColumn="1" w:lastColumn="0" w:noHBand="0" w:noVBand="1"/>
      </w:tblPr>
      <w:tblGrid>
        <w:gridCol w:w="3024"/>
        <w:gridCol w:w="6480"/>
      </w:tblGrid>
      <w:tr w:rsidR="00DB1F65" w14:paraId="333B55AE"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3CD7B671" w14:textId="77777777" w:rsidR="00DB1F65" w:rsidRDefault="00C97A70" w:rsidP="005C3EB5">
            <w:pPr>
              <w:spacing w:after="0" w:line="240" w:lineRule="auto"/>
            </w:pPr>
            <w:r>
              <w:rPr>
                <w:b/>
                <w:color w:val="315BA5"/>
                <w:sz w:val="18"/>
              </w:rPr>
              <w:t>Nom et prénoms</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A7EF2F4" w14:textId="77777777" w:rsidR="00DB1F65" w:rsidRDefault="00C97A70" w:rsidP="005C3EB5">
            <w:pPr>
              <w:spacing w:after="0" w:line="240" w:lineRule="auto"/>
            </w:pPr>
            <w:r>
              <w:rPr>
                <w:i/>
                <w:color w:val="777777"/>
                <w:sz w:val="18"/>
              </w:rPr>
              <w:t>[À compléter]</w:t>
            </w:r>
          </w:p>
        </w:tc>
      </w:tr>
      <w:tr w:rsidR="00DB1F65" w14:paraId="4A7BFD3F"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0652C24A" w14:textId="77777777" w:rsidR="00DB1F65" w:rsidRDefault="00C97A70" w:rsidP="005C3EB5">
            <w:pPr>
              <w:spacing w:after="0" w:line="240" w:lineRule="auto"/>
            </w:pPr>
            <w:r>
              <w:rPr>
                <w:b/>
                <w:color w:val="315BA5"/>
                <w:sz w:val="18"/>
              </w:rPr>
              <w:t>Téléphone / WhatsApp</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FF44EB3" w14:textId="77777777" w:rsidR="00DB1F65" w:rsidRDefault="00C97A70" w:rsidP="005C3EB5">
            <w:pPr>
              <w:spacing w:after="0" w:line="240" w:lineRule="auto"/>
            </w:pPr>
            <w:r>
              <w:rPr>
                <w:i/>
                <w:color w:val="777777"/>
                <w:sz w:val="18"/>
              </w:rPr>
              <w:t>[À compléter]</w:t>
            </w:r>
          </w:p>
        </w:tc>
      </w:tr>
      <w:tr w:rsidR="00DB1F65" w14:paraId="7A753ABA"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11AF3A06" w14:textId="77777777" w:rsidR="00DB1F65" w:rsidRDefault="00C97A70" w:rsidP="005C3EB5">
            <w:pPr>
              <w:spacing w:after="0" w:line="240" w:lineRule="auto"/>
            </w:pPr>
            <w:r>
              <w:rPr>
                <w:b/>
                <w:color w:val="315BA5"/>
                <w:sz w:val="18"/>
              </w:rPr>
              <w:t>Adresse e-mail</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A51AD62" w14:textId="77777777" w:rsidR="00DB1F65" w:rsidRDefault="00C97A70" w:rsidP="005C3EB5">
            <w:pPr>
              <w:spacing w:after="0" w:line="240" w:lineRule="auto"/>
            </w:pPr>
            <w:r>
              <w:rPr>
                <w:i/>
                <w:color w:val="777777"/>
                <w:sz w:val="18"/>
              </w:rPr>
              <w:t>[À compléter]</w:t>
            </w:r>
          </w:p>
        </w:tc>
      </w:tr>
      <w:tr w:rsidR="00DB1F65" w14:paraId="0A85646B"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7E5ADF43" w14:textId="77777777" w:rsidR="00DB1F65" w:rsidRDefault="00C97A70" w:rsidP="005C3EB5">
            <w:pPr>
              <w:spacing w:after="0" w:line="240" w:lineRule="auto"/>
            </w:pPr>
            <w:r>
              <w:rPr>
                <w:b/>
                <w:color w:val="315BA5"/>
                <w:sz w:val="18"/>
              </w:rPr>
              <w:t>Lieu de résidence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F340A8B" w14:textId="77777777" w:rsidR="00DB1F65" w:rsidRDefault="00C97A70" w:rsidP="005C3EB5">
            <w:pPr>
              <w:spacing w:after="0" w:line="240" w:lineRule="auto"/>
            </w:pPr>
            <w:r>
              <w:rPr>
                <w:i/>
                <w:color w:val="777777"/>
                <w:sz w:val="18"/>
              </w:rPr>
              <w:t>[Ville / préfecture / pays]</w:t>
            </w:r>
          </w:p>
        </w:tc>
      </w:tr>
      <w:tr w:rsidR="00DB1F65" w14:paraId="52975D83"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3A6A2255" w14:textId="77777777" w:rsidR="00DB1F65" w:rsidRDefault="00C97A70" w:rsidP="005C3EB5">
            <w:pPr>
              <w:spacing w:after="0" w:line="240" w:lineRule="auto"/>
            </w:pPr>
            <w:r>
              <w:rPr>
                <w:b/>
                <w:color w:val="315BA5"/>
                <w:sz w:val="18"/>
              </w:rPr>
              <w:t>Nationalité</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4B3D8F8" w14:textId="77777777" w:rsidR="00DB1F65" w:rsidRDefault="00C97A70" w:rsidP="005C3EB5">
            <w:pPr>
              <w:spacing w:after="0" w:line="240" w:lineRule="auto"/>
            </w:pPr>
            <w:r>
              <w:rPr>
                <w:i/>
                <w:color w:val="777777"/>
                <w:sz w:val="18"/>
              </w:rPr>
              <w:t>[À compléter]</w:t>
            </w:r>
          </w:p>
        </w:tc>
      </w:tr>
      <w:tr w:rsidR="00DB1F65" w14:paraId="6AEB2CF1"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13EB4601" w14:textId="77777777" w:rsidR="00DB1F65" w:rsidRDefault="00C97A70" w:rsidP="005C3EB5">
            <w:pPr>
              <w:spacing w:after="0" w:line="240" w:lineRule="auto"/>
            </w:pPr>
            <w:r>
              <w:rPr>
                <w:b/>
                <w:color w:val="315BA5"/>
                <w:sz w:val="18"/>
              </w:rPr>
              <w:t>Disponibilité / préavis</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3E95EEB" w14:textId="77777777" w:rsidR="00DB1F65" w:rsidRDefault="00C97A70" w:rsidP="005C3EB5">
            <w:pPr>
              <w:spacing w:after="0" w:line="240" w:lineRule="auto"/>
            </w:pPr>
            <w:r>
              <w:rPr>
                <w:i/>
                <w:color w:val="777777"/>
                <w:sz w:val="18"/>
              </w:rPr>
              <w:t>[À compléter]</w:t>
            </w:r>
          </w:p>
        </w:tc>
      </w:tr>
    </w:tbl>
    <w:p w14:paraId="5B281601" w14:textId="77777777" w:rsidR="00DB1F65" w:rsidRPr="001C64D6" w:rsidRDefault="00C97A70" w:rsidP="005C3EB5">
      <w:pPr>
        <w:spacing w:after="0" w:line="240" w:lineRule="auto"/>
        <w:rPr>
          <w:lang w:val="fr-FR"/>
        </w:rPr>
      </w:pPr>
      <w:r w:rsidRPr="001C64D6">
        <w:rPr>
          <w:i/>
          <w:color w:val="666666"/>
          <w:sz w:val="17"/>
          <w:lang w:val="fr-FR"/>
        </w:rPr>
        <w:t>Ne pas joindre de photo et ne pas indiquer la situation matrimoniale, la religion ou toute autre information personnelle sans lien avec le poste.</w:t>
      </w:r>
    </w:p>
    <w:p w14:paraId="2BE11954" w14:textId="77777777" w:rsidR="00DB1F65" w:rsidRPr="001C64D6" w:rsidRDefault="00C97A70" w:rsidP="005C3EB5">
      <w:pPr>
        <w:keepNext/>
        <w:spacing w:after="0" w:line="240" w:lineRule="auto"/>
        <w:rPr>
          <w:lang w:val="fr-FR"/>
        </w:rPr>
      </w:pPr>
      <w:r w:rsidRPr="001C64D6">
        <w:rPr>
          <w:b/>
          <w:color w:val="315BA5"/>
          <w:sz w:val="25"/>
          <w:lang w:val="fr-FR"/>
        </w:rPr>
        <w:t>2. SYNTHÈSE DU PROFIL – LECTURE RAPIDE DU JURY</w:t>
      </w:r>
    </w:p>
    <w:tbl>
      <w:tblPr>
        <w:tblW w:w="0" w:type="auto"/>
        <w:jc w:val="center"/>
        <w:tblLayout w:type="fixed"/>
        <w:tblLook w:val="04A0" w:firstRow="1" w:lastRow="0" w:firstColumn="1" w:lastColumn="0" w:noHBand="0" w:noVBand="1"/>
      </w:tblPr>
      <w:tblGrid>
        <w:gridCol w:w="3024"/>
        <w:gridCol w:w="6480"/>
      </w:tblGrid>
      <w:tr w:rsidR="00DB1F65" w14:paraId="16F03C18"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759573BE" w14:textId="77777777" w:rsidR="00DB1F65" w:rsidRDefault="00C97A70" w:rsidP="005C3EB5">
            <w:pPr>
              <w:spacing w:after="0" w:line="240" w:lineRule="auto"/>
            </w:pPr>
            <w:r>
              <w:rPr>
                <w:b/>
                <w:color w:val="315BA5"/>
                <w:sz w:val="18"/>
              </w:rPr>
              <w:t>Diplôme le plus élevé</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1864420" w14:textId="77777777" w:rsidR="00DB1F65" w:rsidRDefault="00C97A70" w:rsidP="005C3EB5">
            <w:pPr>
              <w:spacing w:after="0" w:line="240" w:lineRule="auto"/>
            </w:pPr>
            <w:r>
              <w:rPr>
                <w:i/>
                <w:color w:val="777777"/>
                <w:sz w:val="18"/>
              </w:rPr>
              <w:t>[Intitulé, domaine, établissement, année]</w:t>
            </w:r>
          </w:p>
        </w:tc>
      </w:tr>
      <w:tr w:rsidR="00DB1F65" w14:paraId="54B75F96"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193E2E9A" w14:textId="77777777" w:rsidR="00DB1F65" w:rsidRPr="001C64D6" w:rsidRDefault="00C97A70" w:rsidP="005C3EB5">
            <w:pPr>
              <w:spacing w:after="0" w:line="240" w:lineRule="auto"/>
              <w:rPr>
                <w:lang w:val="fr-FR"/>
              </w:rPr>
            </w:pPr>
            <w:r w:rsidRPr="001C64D6">
              <w:rPr>
                <w:b/>
                <w:color w:val="315BA5"/>
                <w:sz w:val="18"/>
                <w:lang w:val="fr-FR"/>
              </w:rPr>
              <w:t>Expérience administrative et comptable cumulée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18E8CAC" w14:textId="77777777" w:rsidR="00DB1F65" w:rsidRDefault="00C97A70" w:rsidP="005C3EB5">
            <w:pPr>
              <w:spacing w:after="0" w:line="240" w:lineRule="auto"/>
            </w:pPr>
            <w:r>
              <w:rPr>
                <w:i/>
                <w:color w:val="777777"/>
                <w:sz w:val="18"/>
              </w:rPr>
              <w:t>[Nombre d’années / mois]</w:t>
            </w:r>
          </w:p>
        </w:tc>
      </w:tr>
      <w:tr w:rsidR="00DB1F65" w14:paraId="0433979D"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19DAEF6D" w14:textId="77777777" w:rsidR="00DB1F65" w:rsidRPr="001C64D6" w:rsidRDefault="00C97A70" w:rsidP="005C3EB5">
            <w:pPr>
              <w:spacing w:after="0" w:line="240" w:lineRule="auto"/>
              <w:rPr>
                <w:lang w:val="fr-FR"/>
              </w:rPr>
            </w:pPr>
            <w:r w:rsidRPr="001C64D6">
              <w:rPr>
                <w:b/>
                <w:color w:val="315BA5"/>
                <w:sz w:val="18"/>
                <w:lang w:val="fr-FR"/>
              </w:rPr>
              <w:t>Expérience de tenue de caisse / banque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F1FDB78" w14:textId="77777777" w:rsidR="00DB1F65" w:rsidRDefault="00C97A70" w:rsidP="005C3EB5">
            <w:pPr>
              <w:spacing w:after="0" w:line="240" w:lineRule="auto"/>
            </w:pPr>
            <w:r>
              <w:rPr>
                <w:i/>
                <w:color w:val="777777"/>
                <w:sz w:val="18"/>
              </w:rPr>
              <w:t>[Nombre d’années / mois + contexte]</w:t>
            </w:r>
          </w:p>
        </w:tc>
      </w:tr>
      <w:tr w:rsidR="00DB1F65" w14:paraId="3648B80A"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4A4C0FD1" w14:textId="77777777" w:rsidR="00DB1F65" w:rsidRPr="001C64D6" w:rsidRDefault="00C97A70" w:rsidP="005C3EB5">
            <w:pPr>
              <w:spacing w:after="0" w:line="240" w:lineRule="auto"/>
              <w:rPr>
                <w:lang w:val="fr-FR"/>
              </w:rPr>
            </w:pPr>
            <w:r w:rsidRPr="001C64D6">
              <w:rPr>
                <w:b/>
                <w:color w:val="315BA5"/>
                <w:sz w:val="18"/>
                <w:lang w:val="fr-FR"/>
              </w:rPr>
              <w:t>Expérience avec ONG / projet / association / organisation internationale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3079E17" w14:textId="77777777" w:rsidR="00DB1F65" w:rsidRDefault="00C97A70" w:rsidP="005C3EB5">
            <w:pPr>
              <w:spacing w:after="0" w:line="240" w:lineRule="auto"/>
            </w:pPr>
            <w:r>
              <w:rPr>
                <w:i/>
                <w:color w:val="777777"/>
                <w:sz w:val="18"/>
              </w:rPr>
              <w:t>[Oui / Non – préciser brièvement]</w:t>
            </w:r>
          </w:p>
        </w:tc>
      </w:tr>
      <w:tr w:rsidR="00DB1F65" w14:paraId="69463664"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1EC92FC0" w14:textId="77777777" w:rsidR="00DB1F65" w:rsidRDefault="00C97A70" w:rsidP="005C3EB5">
            <w:pPr>
              <w:spacing w:after="0" w:line="240" w:lineRule="auto"/>
            </w:pPr>
            <w:r>
              <w:rPr>
                <w:b/>
                <w:color w:val="315BA5"/>
                <w:sz w:val="18"/>
              </w:rPr>
              <w:t>Maîtrise d’Excel</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739A39B" w14:textId="77777777" w:rsidR="00DB1F65" w:rsidRDefault="00C97A70" w:rsidP="005C3EB5">
            <w:pPr>
              <w:spacing w:after="0" w:line="240" w:lineRule="auto"/>
            </w:pPr>
            <w:r>
              <w:rPr>
                <w:i/>
                <w:color w:val="777777"/>
                <w:sz w:val="18"/>
              </w:rPr>
              <w:t>[Base / autonome / avancé + exemple]</w:t>
            </w:r>
          </w:p>
        </w:tc>
      </w:tr>
      <w:tr w:rsidR="00DB1F65" w:rsidRPr="00DC64FC" w14:paraId="76019B2C"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45A1864D" w14:textId="77777777" w:rsidR="00DB1F65" w:rsidRPr="001C64D6" w:rsidRDefault="00C97A70" w:rsidP="005C3EB5">
            <w:pPr>
              <w:spacing w:after="0" w:line="240" w:lineRule="auto"/>
              <w:rPr>
                <w:lang w:val="fr-FR"/>
              </w:rPr>
            </w:pPr>
            <w:r w:rsidRPr="001C64D6">
              <w:rPr>
                <w:b/>
                <w:color w:val="315BA5"/>
                <w:sz w:val="18"/>
                <w:lang w:val="fr-FR"/>
              </w:rPr>
              <w:t>Formation PSEA/PEAS ou sauvegarde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0AA07FF" w14:textId="77777777" w:rsidR="00DB1F65" w:rsidRPr="001C64D6" w:rsidRDefault="00C97A70" w:rsidP="005C3EB5">
            <w:pPr>
              <w:spacing w:after="0" w:line="240" w:lineRule="auto"/>
              <w:rPr>
                <w:lang w:val="fr-FR"/>
              </w:rPr>
            </w:pPr>
            <w:r w:rsidRPr="001C64D6">
              <w:rPr>
                <w:i/>
                <w:color w:val="777777"/>
                <w:sz w:val="18"/>
                <w:lang w:val="fr-FR"/>
              </w:rPr>
              <w:t>[Oui / Non – préciser si oui]</w:t>
            </w:r>
          </w:p>
        </w:tc>
      </w:tr>
    </w:tbl>
    <w:p w14:paraId="36AAE983" w14:textId="77777777" w:rsidR="00DB1F65" w:rsidRDefault="00C97A70" w:rsidP="005C3EB5">
      <w:pPr>
        <w:keepNext/>
        <w:spacing w:after="0" w:line="240" w:lineRule="auto"/>
      </w:pPr>
      <w:r>
        <w:rPr>
          <w:b/>
          <w:color w:val="315BA5"/>
          <w:sz w:val="25"/>
        </w:rPr>
        <w:t>3. FORMATION ACADÉMIQUE</w:t>
      </w:r>
    </w:p>
    <w:tbl>
      <w:tblPr>
        <w:tblW w:w="0" w:type="auto"/>
        <w:jc w:val="center"/>
        <w:tblLayout w:type="fixed"/>
        <w:tblLook w:val="04A0" w:firstRow="1" w:lastRow="0" w:firstColumn="1" w:lastColumn="0" w:noHBand="0" w:noVBand="1"/>
      </w:tblPr>
      <w:tblGrid>
        <w:gridCol w:w="2520"/>
        <w:gridCol w:w="2520"/>
        <w:gridCol w:w="3096"/>
        <w:gridCol w:w="2592"/>
      </w:tblGrid>
      <w:tr w:rsidR="00DB1F65" w14:paraId="1F9F0548"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55CD0A40" w14:textId="77777777" w:rsidR="00DB1F65" w:rsidRDefault="00C97A70" w:rsidP="005C3EB5">
            <w:pPr>
              <w:spacing w:after="0" w:line="240" w:lineRule="auto"/>
              <w:jc w:val="center"/>
            </w:pPr>
            <w:r>
              <w:rPr>
                <w:b/>
                <w:color w:val="FFFFFF"/>
                <w:sz w:val="17"/>
              </w:rPr>
              <w:t>Période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360F13EA" w14:textId="77777777" w:rsidR="00DB1F65" w:rsidRDefault="00C97A70" w:rsidP="005C3EB5">
            <w:pPr>
              <w:spacing w:after="0" w:line="240" w:lineRule="auto"/>
              <w:jc w:val="center"/>
            </w:pPr>
            <w:r>
              <w:rPr>
                <w:b/>
                <w:color w:val="FFFFFF"/>
                <w:sz w:val="17"/>
              </w:rPr>
              <w:t>Diplôme / niveau</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7B7BC99A" w14:textId="77777777" w:rsidR="00DB1F65" w:rsidRDefault="00C97A70" w:rsidP="005C3EB5">
            <w:pPr>
              <w:spacing w:after="0" w:line="240" w:lineRule="auto"/>
              <w:jc w:val="center"/>
            </w:pPr>
            <w:r>
              <w:rPr>
                <w:b/>
                <w:color w:val="FFFFFF"/>
                <w:sz w:val="17"/>
              </w:rPr>
              <w:t>Établissement – pays</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56F211BB" w14:textId="77777777" w:rsidR="00DB1F65" w:rsidRDefault="00C97A70" w:rsidP="005C3EB5">
            <w:pPr>
              <w:spacing w:after="0" w:line="240" w:lineRule="auto"/>
              <w:jc w:val="center"/>
            </w:pPr>
            <w:r>
              <w:rPr>
                <w:b/>
                <w:color w:val="FFFFFF"/>
                <w:sz w:val="17"/>
              </w:rPr>
              <w:t>Domaine / spécialité</w:t>
            </w:r>
          </w:p>
        </w:tc>
      </w:tr>
      <w:tr w:rsidR="00DB1F65" w14:paraId="1D9E0DAB" w14:textId="77777777">
        <w:trPr>
          <w:cantSplit/>
          <w:jc w:val="center"/>
        </w:trPr>
        <w:tc>
          <w:tcPr>
            <w:tcW w:w="180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329A6689" w14:textId="77777777" w:rsidR="00DB1F65" w:rsidRDefault="00C97A70" w:rsidP="005C3EB5">
            <w:pPr>
              <w:spacing w:after="0" w:line="240" w:lineRule="auto"/>
            </w:pPr>
            <w:r>
              <w:rPr>
                <w:i/>
                <w:color w:val="666666"/>
                <w:sz w:val="17"/>
              </w:rPr>
              <w:t>[MM/AAAA – MM/AAAA]</w:t>
            </w:r>
          </w:p>
        </w:tc>
        <w:tc>
          <w:tcPr>
            <w:tcW w:w="216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85C6544" w14:textId="77777777" w:rsidR="00DB1F65" w:rsidRDefault="00C97A70" w:rsidP="005C3EB5">
            <w:pPr>
              <w:spacing w:after="0" w:line="240" w:lineRule="auto"/>
            </w:pPr>
            <w:r>
              <w:rPr>
                <w:i/>
                <w:color w:val="666666"/>
                <w:sz w:val="17"/>
              </w:rPr>
              <w:t>[Diplôme]</w:t>
            </w:r>
          </w:p>
        </w:tc>
        <w:tc>
          <w:tcPr>
            <w:tcW w:w="309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BA5D731" w14:textId="77777777" w:rsidR="00DB1F65" w:rsidRDefault="00C97A70" w:rsidP="005C3EB5">
            <w:pPr>
              <w:spacing w:after="0" w:line="240" w:lineRule="auto"/>
            </w:pPr>
            <w:r>
              <w:rPr>
                <w:i/>
                <w:color w:val="666666"/>
                <w:sz w:val="17"/>
              </w:rPr>
              <w:t>[Établissement, pays]</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43D4572" w14:textId="77777777" w:rsidR="00DB1F65" w:rsidRDefault="00C97A70" w:rsidP="005C3EB5">
            <w:pPr>
              <w:spacing w:after="0" w:line="240" w:lineRule="auto"/>
            </w:pPr>
            <w:r>
              <w:rPr>
                <w:i/>
                <w:color w:val="666666"/>
                <w:sz w:val="17"/>
              </w:rPr>
              <w:t>[Spécialité]</w:t>
            </w:r>
          </w:p>
        </w:tc>
      </w:tr>
      <w:tr w:rsidR="00DB1F65" w14:paraId="1D80B570" w14:textId="77777777">
        <w:trPr>
          <w:cantSplit/>
          <w:jc w:val="center"/>
        </w:trPr>
        <w:tc>
          <w:tcPr>
            <w:tcW w:w="180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37F1823" w14:textId="77777777" w:rsidR="00DB1F65" w:rsidRDefault="00C97A70" w:rsidP="005C3EB5">
            <w:pPr>
              <w:spacing w:after="0" w:line="240" w:lineRule="auto"/>
            </w:pPr>
            <w:r>
              <w:rPr>
                <w:i/>
                <w:color w:val="666666"/>
                <w:sz w:val="17"/>
              </w:rPr>
              <w:t>[MM/AAAA – MM/AAAA]</w:t>
            </w:r>
          </w:p>
        </w:tc>
        <w:tc>
          <w:tcPr>
            <w:tcW w:w="216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DCDC756" w14:textId="77777777" w:rsidR="00DB1F65" w:rsidRDefault="00C97A70" w:rsidP="005C3EB5">
            <w:pPr>
              <w:spacing w:after="0" w:line="240" w:lineRule="auto"/>
            </w:pPr>
            <w:r>
              <w:rPr>
                <w:i/>
                <w:color w:val="666666"/>
                <w:sz w:val="17"/>
              </w:rPr>
              <w:t>[Diplôme]</w:t>
            </w:r>
          </w:p>
        </w:tc>
        <w:tc>
          <w:tcPr>
            <w:tcW w:w="309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A65192A" w14:textId="77777777" w:rsidR="00DB1F65" w:rsidRDefault="00C97A70" w:rsidP="005C3EB5">
            <w:pPr>
              <w:spacing w:after="0" w:line="240" w:lineRule="auto"/>
            </w:pPr>
            <w:r>
              <w:rPr>
                <w:i/>
                <w:color w:val="666666"/>
                <w:sz w:val="17"/>
              </w:rPr>
              <w:t>[Établissement, pays]</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38341D1" w14:textId="77777777" w:rsidR="00DB1F65" w:rsidRDefault="00C97A70" w:rsidP="005C3EB5">
            <w:pPr>
              <w:spacing w:after="0" w:line="240" w:lineRule="auto"/>
            </w:pPr>
            <w:r>
              <w:rPr>
                <w:i/>
                <w:color w:val="666666"/>
                <w:sz w:val="17"/>
              </w:rPr>
              <w:t>[Spécialité]</w:t>
            </w:r>
          </w:p>
        </w:tc>
      </w:tr>
    </w:tbl>
    <w:p w14:paraId="6DBD3A3D" w14:textId="77777777" w:rsidR="00DB1F65" w:rsidRDefault="00C97A70" w:rsidP="005C3EB5">
      <w:pPr>
        <w:keepNext/>
        <w:spacing w:after="0" w:line="240" w:lineRule="auto"/>
      </w:pPr>
      <w:r>
        <w:rPr>
          <w:b/>
          <w:color w:val="315BA5"/>
          <w:sz w:val="25"/>
        </w:rPr>
        <w:t>4. FORMATIONS COMPLÉMENTAIRES ET CERTIFICATIONS PERTINENTES</w:t>
      </w:r>
    </w:p>
    <w:tbl>
      <w:tblPr>
        <w:tblW w:w="11052" w:type="dxa"/>
        <w:jc w:val="center"/>
        <w:tblLayout w:type="fixed"/>
        <w:tblLook w:val="04A0" w:firstRow="1" w:lastRow="0" w:firstColumn="1" w:lastColumn="0" w:noHBand="0" w:noVBand="1"/>
      </w:tblPr>
      <w:tblGrid>
        <w:gridCol w:w="2520"/>
        <w:gridCol w:w="4320"/>
        <w:gridCol w:w="1944"/>
        <w:gridCol w:w="2268"/>
      </w:tblGrid>
      <w:tr w:rsidR="00DB1F65" w14:paraId="26BC8BBE" w14:textId="77777777" w:rsidTr="00ED18A6">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0F702AFA" w14:textId="77777777" w:rsidR="00DB1F65" w:rsidRDefault="00C97A70" w:rsidP="005C3EB5">
            <w:pPr>
              <w:spacing w:after="0" w:line="240" w:lineRule="auto"/>
              <w:jc w:val="center"/>
            </w:pPr>
            <w:r>
              <w:rPr>
                <w:b/>
                <w:color w:val="FFFFFF"/>
                <w:sz w:val="16"/>
              </w:rPr>
              <w:t>Année</w:t>
            </w:r>
          </w:p>
        </w:tc>
        <w:tc>
          <w:tcPr>
            <w:tcW w:w="432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5D2D7330" w14:textId="77777777" w:rsidR="00DB1F65" w:rsidRDefault="00C97A70" w:rsidP="005C3EB5">
            <w:pPr>
              <w:spacing w:after="0" w:line="240" w:lineRule="auto"/>
              <w:jc w:val="center"/>
            </w:pPr>
            <w:r>
              <w:rPr>
                <w:b/>
                <w:color w:val="FFFFFF"/>
                <w:sz w:val="16"/>
              </w:rPr>
              <w:t>Formation / certification</w:t>
            </w:r>
          </w:p>
        </w:tc>
        <w:tc>
          <w:tcPr>
            <w:tcW w:w="1944"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33A8E562" w14:textId="77777777" w:rsidR="00DB1F65" w:rsidRDefault="00C97A70" w:rsidP="005C3EB5">
            <w:pPr>
              <w:spacing w:after="0" w:line="240" w:lineRule="auto"/>
              <w:ind w:right="724"/>
              <w:jc w:val="center"/>
            </w:pPr>
            <w:r>
              <w:rPr>
                <w:b/>
                <w:color w:val="FFFFFF"/>
                <w:sz w:val="16"/>
              </w:rPr>
              <w:t>Organisme</w:t>
            </w:r>
          </w:p>
        </w:tc>
        <w:tc>
          <w:tcPr>
            <w:tcW w:w="2268"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7174BE7C" w14:textId="77777777" w:rsidR="00DB1F65" w:rsidRDefault="00C97A70" w:rsidP="005C3EB5">
            <w:pPr>
              <w:spacing w:after="0" w:line="240" w:lineRule="auto"/>
              <w:jc w:val="center"/>
            </w:pPr>
            <w:r>
              <w:rPr>
                <w:b/>
                <w:color w:val="FFFFFF"/>
                <w:sz w:val="16"/>
              </w:rPr>
              <w:t>Justificatif</w:t>
            </w:r>
          </w:p>
        </w:tc>
      </w:tr>
      <w:tr w:rsidR="00DB1F65" w14:paraId="76CA959E" w14:textId="77777777" w:rsidTr="00ED18A6">
        <w:trPr>
          <w:cantSplit/>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A49B2B2" w14:textId="77777777" w:rsidR="00DB1F65" w:rsidRDefault="00C97A70" w:rsidP="005C3EB5">
            <w:pPr>
              <w:spacing w:after="0" w:line="240" w:lineRule="auto"/>
            </w:pPr>
            <w:r>
              <w:rPr>
                <w:i/>
                <w:color w:val="666666"/>
                <w:sz w:val="16"/>
              </w:rPr>
              <w:t>[AAAA]</w:t>
            </w:r>
          </w:p>
        </w:tc>
        <w:tc>
          <w:tcPr>
            <w:tcW w:w="43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85912C1" w14:textId="77777777" w:rsidR="00DB1F65" w:rsidRPr="001C64D6" w:rsidRDefault="00C97A70" w:rsidP="005C3EB5">
            <w:pPr>
              <w:spacing w:after="0" w:line="240" w:lineRule="auto"/>
              <w:rPr>
                <w:lang w:val="fr-FR"/>
              </w:rPr>
            </w:pPr>
            <w:r w:rsidRPr="001C64D6">
              <w:rPr>
                <w:i/>
                <w:color w:val="666666"/>
                <w:sz w:val="16"/>
                <w:lang w:val="fr-FR"/>
              </w:rPr>
              <w:t>[Ex. PSEA/PEAS, sauvegarde, Excel, gestion de projet…]</w:t>
            </w:r>
          </w:p>
        </w:tc>
        <w:tc>
          <w:tcPr>
            <w:tcW w:w="194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C3169E1" w14:textId="77777777" w:rsidR="00DB1F65" w:rsidRDefault="00C97A70" w:rsidP="005C3EB5">
            <w:pPr>
              <w:spacing w:after="0" w:line="240" w:lineRule="auto"/>
            </w:pPr>
            <w:r>
              <w:rPr>
                <w:i/>
                <w:color w:val="666666"/>
                <w:sz w:val="16"/>
              </w:rPr>
              <w:t>[Organisme]</w:t>
            </w:r>
          </w:p>
        </w:tc>
        <w:tc>
          <w:tcPr>
            <w:tcW w:w="226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EB7A891" w14:textId="77777777" w:rsidR="00DB1F65" w:rsidRDefault="00C97A70" w:rsidP="005C3EB5">
            <w:pPr>
              <w:spacing w:after="0" w:line="240" w:lineRule="auto"/>
            </w:pPr>
            <w:r>
              <w:rPr>
                <w:i/>
                <w:color w:val="666666"/>
                <w:sz w:val="16"/>
              </w:rPr>
              <w:t>[Oui / Non]</w:t>
            </w:r>
          </w:p>
        </w:tc>
      </w:tr>
      <w:tr w:rsidR="00DB1F65" w14:paraId="0970604D" w14:textId="77777777" w:rsidTr="00ED18A6">
        <w:trPr>
          <w:cantSplit/>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4DAD186" w14:textId="77777777" w:rsidR="00DB1F65" w:rsidRDefault="00C97A70" w:rsidP="005C3EB5">
            <w:pPr>
              <w:spacing w:after="0" w:line="240" w:lineRule="auto"/>
            </w:pPr>
            <w:r>
              <w:rPr>
                <w:i/>
                <w:color w:val="666666"/>
                <w:sz w:val="16"/>
              </w:rPr>
              <w:t>[AAAA]</w:t>
            </w:r>
          </w:p>
        </w:tc>
        <w:tc>
          <w:tcPr>
            <w:tcW w:w="43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9A4D6B9" w14:textId="77777777" w:rsidR="00DB1F65" w:rsidRDefault="00C97A70" w:rsidP="005C3EB5">
            <w:pPr>
              <w:spacing w:after="0" w:line="240" w:lineRule="auto"/>
            </w:pPr>
            <w:r>
              <w:rPr>
                <w:i/>
                <w:color w:val="666666"/>
                <w:sz w:val="16"/>
              </w:rPr>
              <w:t>[Formation]</w:t>
            </w:r>
          </w:p>
        </w:tc>
        <w:tc>
          <w:tcPr>
            <w:tcW w:w="194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3CE5743" w14:textId="77777777" w:rsidR="00DB1F65" w:rsidRDefault="00C97A70" w:rsidP="005C3EB5">
            <w:pPr>
              <w:spacing w:after="0" w:line="240" w:lineRule="auto"/>
            </w:pPr>
            <w:r>
              <w:rPr>
                <w:i/>
                <w:color w:val="666666"/>
                <w:sz w:val="16"/>
              </w:rPr>
              <w:t>[Organisme]</w:t>
            </w:r>
          </w:p>
        </w:tc>
        <w:tc>
          <w:tcPr>
            <w:tcW w:w="226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DF6A04C" w14:textId="77777777" w:rsidR="00DB1F65" w:rsidRDefault="00C97A70" w:rsidP="005C3EB5">
            <w:pPr>
              <w:spacing w:after="0" w:line="240" w:lineRule="auto"/>
            </w:pPr>
            <w:r>
              <w:rPr>
                <w:i/>
                <w:color w:val="666666"/>
                <w:sz w:val="16"/>
              </w:rPr>
              <w:t>[Oui / Non]</w:t>
            </w:r>
          </w:p>
        </w:tc>
      </w:tr>
    </w:tbl>
    <w:p w14:paraId="372B1189" w14:textId="77777777" w:rsidR="00DB1F65" w:rsidRDefault="00C97A70" w:rsidP="005C3EB5">
      <w:pPr>
        <w:keepNext/>
        <w:spacing w:after="0" w:line="240" w:lineRule="auto"/>
      </w:pPr>
      <w:r>
        <w:rPr>
          <w:b/>
          <w:color w:val="315BA5"/>
          <w:sz w:val="25"/>
        </w:rPr>
        <w:t>5. EXPÉRIENCES PROFESSIONNELLES PERTINENTES</w:t>
      </w:r>
    </w:p>
    <w:p w14:paraId="0A4C8B04" w14:textId="77777777" w:rsidR="00DB1F65" w:rsidRPr="001C64D6" w:rsidRDefault="00C97A70" w:rsidP="005C3EB5">
      <w:pPr>
        <w:spacing w:after="0" w:line="240" w:lineRule="auto"/>
        <w:rPr>
          <w:lang w:val="fr-FR"/>
        </w:rPr>
      </w:pPr>
      <w:r w:rsidRPr="001C64D6">
        <w:rPr>
          <w:i/>
          <w:color w:val="666666"/>
          <w:sz w:val="17"/>
          <w:lang w:val="fr-FR"/>
        </w:rPr>
        <w:t>Présenter en priorité les expériences les plus pertinentes pour le poste, de la plus récente à la plus ancienne.</w:t>
      </w:r>
    </w:p>
    <w:tbl>
      <w:tblPr>
        <w:tblW w:w="11052" w:type="dxa"/>
        <w:jc w:val="center"/>
        <w:tblLayout w:type="fixed"/>
        <w:tblLook w:val="04A0" w:firstRow="1" w:lastRow="0" w:firstColumn="1" w:lastColumn="0" w:noHBand="0" w:noVBand="1"/>
      </w:tblPr>
      <w:tblGrid>
        <w:gridCol w:w="2520"/>
        <w:gridCol w:w="2520"/>
        <w:gridCol w:w="2520"/>
        <w:gridCol w:w="3492"/>
      </w:tblGrid>
      <w:tr w:rsidR="00DB1F65" w14:paraId="15D1FFEC" w14:textId="77777777" w:rsidTr="00ED18A6">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357DCE8D" w14:textId="77777777" w:rsidR="00DB1F65" w:rsidRDefault="00C97A70" w:rsidP="005C3EB5">
            <w:pPr>
              <w:spacing w:after="0" w:line="240" w:lineRule="auto"/>
              <w:jc w:val="center"/>
            </w:pPr>
            <w:r>
              <w:rPr>
                <w:b/>
                <w:color w:val="FFFFFF"/>
                <w:sz w:val="16"/>
              </w:rPr>
              <w:t>Période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3669D69B" w14:textId="77777777" w:rsidR="00DB1F65" w:rsidRDefault="00C97A70" w:rsidP="005C3EB5">
            <w:pPr>
              <w:spacing w:after="0" w:line="240" w:lineRule="auto"/>
              <w:jc w:val="center"/>
            </w:pPr>
            <w:r>
              <w:rPr>
                <w:b/>
                <w:color w:val="FFFFFF"/>
                <w:sz w:val="16"/>
              </w:rPr>
              <w:t>Organisation / projet</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55ADAEB" w14:textId="77777777" w:rsidR="00DB1F65" w:rsidRDefault="00C97A70" w:rsidP="005C3EB5">
            <w:pPr>
              <w:spacing w:after="0" w:line="240" w:lineRule="auto"/>
              <w:jc w:val="center"/>
            </w:pPr>
            <w:r>
              <w:rPr>
                <w:b/>
                <w:color w:val="FFFFFF"/>
                <w:sz w:val="16"/>
              </w:rPr>
              <w:t>Fonction</w:t>
            </w:r>
          </w:p>
        </w:tc>
        <w:tc>
          <w:tcPr>
            <w:tcW w:w="3492"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598D1E58" w14:textId="77777777" w:rsidR="00DB1F65" w:rsidRDefault="00C97A70" w:rsidP="005C3EB5">
            <w:pPr>
              <w:spacing w:after="0" w:line="240" w:lineRule="auto"/>
              <w:jc w:val="center"/>
            </w:pPr>
            <w:r>
              <w:rPr>
                <w:b/>
                <w:color w:val="FFFFFF"/>
                <w:sz w:val="16"/>
              </w:rPr>
              <w:t>Responsabilités et résultats clés</w:t>
            </w:r>
          </w:p>
        </w:tc>
      </w:tr>
      <w:tr w:rsidR="00DB1F65" w:rsidRPr="00DC64FC" w14:paraId="18672C87" w14:textId="77777777" w:rsidTr="00ED18A6">
        <w:trPr>
          <w:cantSplit/>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3453AE11" w14:textId="77777777" w:rsidR="00DB1F65" w:rsidRDefault="00C97A70" w:rsidP="005C3EB5">
            <w:pPr>
              <w:spacing w:after="0" w:line="240" w:lineRule="auto"/>
            </w:pPr>
            <w:r>
              <w:rPr>
                <w:i/>
                <w:color w:val="666666"/>
                <w:sz w:val="16"/>
              </w:rPr>
              <w:t>[MM/AAAA – MM/AAAA]</w:t>
            </w:r>
          </w:p>
        </w:tc>
        <w:tc>
          <w:tcPr>
            <w:tcW w:w="25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94997E6" w14:textId="77777777" w:rsidR="00DB1F65" w:rsidRDefault="00C97A70" w:rsidP="005C3EB5">
            <w:pPr>
              <w:spacing w:after="0" w:line="240" w:lineRule="auto"/>
            </w:pPr>
            <w:r>
              <w:rPr>
                <w:i/>
                <w:color w:val="666666"/>
                <w:sz w:val="16"/>
              </w:rPr>
              <w:t>[Organisation / projet]</w:t>
            </w:r>
          </w:p>
        </w:tc>
        <w:tc>
          <w:tcPr>
            <w:tcW w:w="25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754FE3C" w14:textId="77777777" w:rsidR="00DB1F65" w:rsidRDefault="00C97A70" w:rsidP="005C3EB5">
            <w:pPr>
              <w:spacing w:after="0" w:line="240" w:lineRule="auto"/>
            </w:pPr>
            <w:r>
              <w:rPr>
                <w:i/>
                <w:color w:val="666666"/>
                <w:sz w:val="16"/>
              </w:rPr>
              <w:t>[Fonction]</w:t>
            </w:r>
          </w:p>
        </w:tc>
        <w:tc>
          <w:tcPr>
            <w:tcW w:w="34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2AA4007" w14:textId="77777777" w:rsidR="00DB1F65" w:rsidRPr="001C64D6" w:rsidRDefault="00C97A70" w:rsidP="005C3EB5">
            <w:pPr>
              <w:spacing w:after="0" w:line="240" w:lineRule="auto"/>
              <w:rPr>
                <w:lang w:val="fr-FR"/>
              </w:rPr>
            </w:pPr>
            <w:r w:rsidRPr="001C64D6">
              <w:rPr>
                <w:i/>
                <w:color w:val="666666"/>
                <w:sz w:val="16"/>
                <w:lang w:val="fr-FR"/>
              </w:rPr>
              <w:t>[3 à 5 éléments concrets, résultats obtenus, outils utilisés]</w:t>
            </w:r>
          </w:p>
        </w:tc>
      </w:tr>
      <w:tr w:rsidR="00DB1F65" w14:paraId="5E67E40F" w14:textId="77777777" w:rsidTr="00ED18A6">
        <w:trPr>
          <w:cantSplit/>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92404AB" w14:textId="77777777" w:rsidR="00DB1F65" w:rsidRDefault="00C97A70" w:rsidP="005C3EB5">
            <w:pPr>
              <w:spacing w:after="0" w:line="240" w:lineRule="auto"/>
            </w:pPr>
            <w:r>
              <w:rPr>
                <w:i/>
                <w:color w:val="666666"/>
                <w:sz w:val="16"/>
              </w:rPr>
              <w:t>[MM/AAAA – MM/AAAA]</w:t>
            </w:r>
          </w:p>
        </w:tc>
        <w:tc>
          <w:tcPr>
            <w:tcW w:w="25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5D3F4DB" w14:textId="77777777" w:rsidR="00DB1F65" w:rsidRDefault="00C97A70" w:rsidP="005C3EB5">
            <w:pPr>
              <w:spacing w:after="0" w:line="240" w:lineRule="auto"/>
            </w:pPr>
            <w:r>
              <w:rPr>
                <w:i/>
                <w:color w:val="666666"/>
                <w:sz w:val="16"/>
              </w:rPr>
              <w:t>[Organisation / projet]</w:t>
            </w:r>
          </w:p>
        </w:tc>
        <w:tc>
          <w:tcPr>
            <w:tcW w:w="25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F653C24" w14:textId="77777777" w:rsidR="00DB1F65" w:rsidRDefault="00C97A70" w:rsidP="005C3EB5">
            <w:pPr>
              <w:spacing w:after="0" w:line="240" w:lineRule="auto"/>
            </w:pPr>
            <w:r>
              <w:rPr>
                <w:i/>
                <w:color w:val="666666"/>
                <w:sz w:val="16"/>
              </w:rPr>
              <w:t>[Fonction]</w:t>
            </w:r>
          </w:p>
        </w:tc>
        <w:tc>
          <w:tcPr>
            <w:tcW w:w="34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9C10EF6" w14:textId="77777777" w:rsidR="00DB1F65" w:rsidRDefault="00C97A70" w:rsidP="005C3EB5">
            <w:pPr>
              <w:spacing w:after="0" w:line="240" w:lineRule="auto"/>
            </w:pPr>
            <w:r>
              <w:rPr>
                <w:i/>
                <w:color w:val="666666"/>
                <w:sz w:val="16"/>
              </w:rPr>
              <w:t>[Responsabilités / résultats]</w:t>
            </w:r>
          </w:p>
        </w:tc>
      </w:tr>
      <w:tr w:rsidR="00DB1F65" w14:paraId="2F039189" w14:textId="77777777" w:rsidTr="00ED18A6">
        <w:trPr>
          <w:cantSplit/>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2A4F47B" w14:textId="77777777" w:rsidR="00DB1F65" w:rsidRDefault="00C97A70" w:rsidP="005C3EB5">
            <w:pPr>
              <w:spacing w:after="0" w:line="240" w:lineRule="auto"/>
            </w:pPr>
            <w:r>
              <w:rPr>
                <w:i/>
                <w:color w:val="666666"/>
                <w:sz w:val="16"/>
              </w:rPr>
              <w:lastRenderedPageBreak/>
              <w:t>[MM/AAAA – MM/AAAA]</w:t>
            </w:r>
          </w:p>
        </w:tc>
        <w:tc>
          <w:tcPr>
            <w:tcW w:w="25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D43F524" w14:textId="77777777" w:rsidR="00DB1F65" w:rsidRDefault="00C97A70" w:rsidP="005C3EB5">
            <w:pPr>
              <w:spacing w:after="0" w:line="240" w:lineRule="auto"/>
            </w:pPr>
            <w:r>
              <w:rPr>
                <w:i/>
                <w:color w:val="666666"/>
                <w:sz w:val="16"/>
              </w:rPr>
              <w:t>[Organisation / projet]</w:t>
            </w:r>
          </w:p>
        </w:tc>
        <w:tc>
          <w:tcPr>
            <w:tcW w:w="252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320337A" w14:textId="77777777" w:rsidR="00DB1F65" w:rsidRDefault="00C97A70" w:rsidP="005C3EB5">
            <w:pPr>
              <w:spacing w:after="0" w:line="240" w:lineRule="auto"/>
            </w:pPr>
            <w:r>
              <w:rPr>
                <w:i/>
                <w:color w:val="666666"/>
                <w:sz w:val="16"/>
              </w:rPr>
              <w:t>[Fonction]</w:t>
            </w:r>
          </w:p>
        </w:tc>
        <w:tc>
          <w:tcPr>
            <w:tcW w:w="34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563C184" w14:textId="77777777" w:rsidR="00DB1F65" w:rsidRDefault="00C97A70" w:rsidP="005C3EB5">
            <w:pPr>
              <w:spacing w:after="0" w:line="240" w:lineRule="auto"/>
            </w:pPr>
            <w:r>
              <w:rPr>
                <w:i/>
                <w:color w:val="666666"/>
                <w:sz w:val="16"/>
              </w:rPr>
              <w:t>[Responsabilités / résultats]</w:t>
            </w:r>
          </w:p>
        </w:tc>
      </w:tr>
    </w:tbl>
    <w:p w14:paraId="36F31188" w14:textId="77777777" w:rsidR="00DB1F65" w:rsidRPr="001C64D6" w:rsidRDefault="00C97A70" w:rsidP="005C3EB5">
      <w:pPr>
        <w:keepNext/>
        <w:spacing w:after="0" w:line="240" w:lineRule="auto"/>
        <w:rPr>
          <w:lang w:val="fr-FR"/>
        </w:rPr>
      </w:pPr>
      <w:r w:rsidRPr="001C64D6">
        <w:rPr>
          <w:b/>
          <w:color w:val="315BA5"/>
          <w:sz w:val="25"/>
          <w:lang w:val="fr-FR"/>
        </w:rPr>
        <w:t>6. MATRICE DES COMPÉTENCES DIRECTEMENT LIÉES AU POSTE</w:t>
      </w:r>
    </w:p>
    <w:tbl>
      <w:tblPr>
        <w:tblW w:w="0" w:type="auto"/>
        <w:jc w:val="center"/>
        <w:tblLayout w:type="fixed"/>
        <w:tblLook w:val="04A0" w:firstRow="1" w:lastRow="0" w:firstColumn="1" w:lastColumn="0" w:noHBand="0" w:noVBand="1"/>
      </w:tblPr>
      <w:tblGrid>
        <w:gridCol w:w="3672"/>
        <w:gridCol w:w="3360"/>
        <w:gridCol w:w="4032"/>
      </w:tblGrid>
      <w:tr w:rsidR="00DB1F65" w14:paraId="0BA4CF74" w14:textId="77777777">
        <w:trPr>
          <w:cantSplit/>
          <w:tblHeader/>
          <w:jc w:val="center"/>
        </w:trPr>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25F4634D" w14:textId="77777777" w:rsidR="00DB1F65" w:rsidRDefault="00C97A70" w:rsidP="005C3EB5">
            <w:pPr>
              <w:spacing w:after="0" w:line="240" w:lineRule="auto"/>
              <w:jc w:val="center"/>
            </w:pPr>
            <w:r>
              <w:rPr>
                <w:b/>
                <w:color w:val="FFFFFF"/>
                <w:sz w:val="16"/>
              </w:rPr>
              <w:t>Compétence</w:t>
            </w:r>
          </w:p>
        </w:tc>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2B925318" w14:textId="77777777" w:rsidR="00DB1F65" w:rsidRDefault="00C97A70" w:rsidP="005C3EB5">
            <w:pPr>
              <w:spacing w:after="0" w:line="240" w:lineRule="auto"/>
              <w:jc w:val="center"/>
            </w:pPr>
            <w:r>
              <w:rPr>
                <w:b/>
                <w:color w:val="FFFFFF"/>
                <w:sz w:val="16"/>
              </w:rPr>
              <w:t>Niveau / durée de pratique</w:t>
            </w:r>
          </w:p>
        </w:tc>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278A9C8F" w14:textId="77777777" w:rsidR="00DB1F65" w:rsidRDefault="00C97A70" w:rsidP="005C3EB5">
            <w:pPr>
              <w:spacing w:after="0" w:line="240" w:lineRule="auto"/>
              <w:jc w:val="center"/>
            </w:pPr>
            <w:r>
              <w:rPr>
                <w:b/>
                <w:color w:val="FFFFFF"/>
                <w:sz w:val="16"/>
              </w:rPr>
              <w:t>Expérience ou preuve concrète</w:t>
            </w:r>
          </w:p>
        </w:tc>
      </w:tr>
      <w:tr w:rsidR="00DB1F65" w14:paraId="3F9D96A6"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CB73CC7" w14:textId="77777777" w:rsidR="00DB1F65" w:rsidRPr="001C64D6" w:rsidRDefault="00C97A70" w:rsidP="005C3EB5">
            <w:pPr>
              <w:spacing w:after="0" w:line="240" w:lineRule="auto"/>
              <w:rPr>
                <w:lang w:val="fr-FR"/>
              </w:rPr>
            </w:pPr>
            <w:r w:rsidRPr="001C64D6">
              <w:rPr>
                <w:color w:val="222222"/>
                <w:sz w:val="16"/>
                <w:lang w:val="fr-FR"/>
              </w:rPr>
              <w:t>Enregistrement comptable des recettes et dépenses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CA37B81" w14:textId="77777777" w:rsidR="00DB1F65" w:rsidRDefault="00C97A70" w:rsidP="005C3EB5">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6C5DC35" w14:textId="77777777" w:rsidR="00DB1F65" w:rsidRDefault="00C97A70" w:rsidP="005C3EB5">
            <w:pPr>
              <w:spacing w:after="0" w:line="240" w:lineRule="auto"/>
            </w:pPr>
            <w:r>
              <w:rPr>
                <w:i/>
                <w:color w:val="666666"/>
                <w:sz w:val="16"/>
              </w:rPr>
              <w:t>[Logiciel / système utilisé]</w:t>
            </w:r>
          </w:p>
        </w:tc>
      </w:tr>
      <w:tr w:rsidR="00DB1F65" w14:paraId="7DB52A83"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1BA93D64" w14:textId="77777777" w:rsidR="00DB1F65" w:rsidRPr="001C64D6" w:rsidRDefault="00C97A70" w:rsidP="005C3EB5">
            <w:pPr>
              <w:spacing w:after="0" w:line="240" w:lineRule="auto"/>
              <w:rPr>
                <w:lang w:val="fr-FR"/>
              </w:rPr>
            </w:pPr>
            <w:r w:rsidRPr="001C64D6">
              <w:rPr>
                <w:color w:val="222222"/>
                <w:sz w:val="16"/>
                <w:lang w:val="fr-FR"/>
              </w:rPr>
              <w:t>Gestion de caisse et contrôle des pièces justificatives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6A4EC0F" w14:textId="77777777" w:rsidR="00DB1F65" w:rsidRDefault="00C97A70" w:rsidP="005C3EB5">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000E745" w14:textId="77777777" w:rsidR="00DB1F65" w:rsidRDefault="00C97A70" w:rsidP="005C3EB5">
            <w:pPr>
              <w:spacing w:after="0" w:line="240" w:lineRule="auto"/>
            </w:pPr>
            <w:r>
              <w:rPr>
                <w:i/>
                <w:color w:val="666666"/>
                <w:sz w:val="16"/>
              </w:rPr>
              <w:t>[Exemple]</w:t>
            </w:r>
          </w:p>
        </w:tc>
      </w:tr>
      <w:tr w:rsidR="00DB1F65" w14:paraId="4B34E5F3"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A2CEBBC" w14:textId="77777777" w:rsidR="00DB1F65" w:rsidRDefault="00C97A70" w:rsidP="005C3EB5">
            <w:pPr>
              <w:spacing w:after="0" w:line="240" w:lineRule="auto"/>
            </w:pPr>
            <w:r>
              <w:rPr>
                <w:color w:val="222222"/>
                <w:sz w:val="16"/>
              </w:rPr>
              <w:t>Rapprochements bancaires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85C66C9" w14:textId="77777777" w:rsidR="00DB1F65" w:rsidRDefault="00C97A70" w:rsidP="005C3EB5">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BDFFE8B" w14:textId="77777777" w:rsidR="00DB1F65" w:rsidRDefault="00C97A70" w:rsidP="005C3EB5">
            <w:pPr>
              <w:spacing w:after="0" w:line="240" w:lineRule="auto"/>
            </w:pPr>
            <w:r>
              <w:rPr>
                <w:i/>
                <w:color w:val="666666"/>
                <w:sz w:val="16"/>
              </w:rPr>
              <w:t>[Fréquence / exemple]</w:t>
            </w:r>
          </w:p>
        </w:tc>
      </w:tr>
      <w:tr w:rsidR="00DB1F65" w14:paraId="21FCDC10"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76671BF" w14:textId="77777777" w:rsidR="00DB1F65" w:rsidRPr="001C64D6" w:rsidRDefault="00C97A70" w:rsidP="005C3EB5">
            <w:pPr>
              <w:spacing w:after="0" w:line="240" w:lineRule="auto"/>
              <w:rPr>
                <w:lang w:val="fr-FR"/>
              </w:rPr>
            </w:pPr>
            <w:r w:rsidRPr="001C64D6">
              <w:rPr>
                <w:color w:val="222222"/>
                <w:sz w:val="16"/>
                <w:lang w:val="fr-FR"/>
              </w:rPr>
              <w:t>Suivi budgétaire / dépenses de projet</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0267764" w14:textId="77777777" w:rsidR="00DB1F65" w:rsidRDefault="00C97A70" w:rsidP="005C3EB5">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EBF0A5A" w14:textId="77777777" w:rsidR="00DB1F65" w:rsidRDefault="00C97A70" w:rsidP="005C3EB5">
            <w:pPr>
              <w:spacing w:after="0" w:line="240" w:lineRule="auto"/>
            </w:pPr>
            <w:r>
              <w:rPr>
                <w:i/>
                <w:color w:val="666666"/>
                <w:sz w:val="16"/>
              </w:rPr>
              <w:t>[Exemple]</w:t>
            </w:r>
          </w:p>
        </w:tc>
      </w:tr>
      <w:tr w:rsidR="00DB1F65" w14:paraId="7EBD8532"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7C932295" w14:textId="77777777" w:rsidR="00DB1F65" w:rsidRPr="001C64D6" w:rsidRDefault="00C97A70" w:rsidP="005C3EB5">
            <w:pPr>
              <w:spacing w:after="0" w:line="240" w:lineRule="auto"/>
              <w:rPr>
                <w:lang w:val="fr-FR"/>
              </w:rPr>
            </w:pPr>
            <w:r w:rsidRPr="001C64D6">
              <w:rPr>
                <w:color w:val="222222"/>
                <w:sz w:val="16"/>
                <w:lang w:val="fr-FR"/>
              </w:rPr>
              <w:t>Secrétariat administratif et gestion du courrier</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3A2A6FD" w14:textId="77777777" w:rsidR="00DB1F65" w:rsidRDefault="00C97A70" w:rsidP="005C3EB5">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1ED114E" w14:textId="77777777" w:rsidR="00DB1F65" w:rsidRDefault="00C97A70" w:rsidP="005C3EB5">
            <w:pPr>
              <w:spacing w:after="0" w:line="240" w:lineRule="auto"/>
            </w:pPr>
            <w:r>
              <w:rPr>
                <w:i/>
                <w:color w:val="666666"/>
                <w:sz w:val="16"/>
              </w:rPr>
              <w:t>[Exemple]</w:t>
            </w:r>
          </w:p>
        </w:tc>
      </w:tr>
      <w:tr w:rsidR="00DB1F65" w14:paraId="1B69CEC1"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7ABC148" w14:textId="77777777" w:rsidR="00DB1F65" w:rsidRDefault="00C97A70" w:rsidP="005C3EB5">
            <w:pPr>
              <w:spacing w:after="0" w:line="240" w:lineRule="auto"/>
            </w:pPr>
            <w:r>
              <w:rPr>
                <w:color w:val="222222"/>
                <w:sz w:val="16"/>
              </w:rPr>
              <w:t>Classement, archivage et confidentialité</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322CA23" w14:textId="77777777" w:rsidR="00DB1F65" w:rsidRDefault="00C97A70" w:rsidP="005C3EB5">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8B17889" w14:textId="77777777" w:rsidR="00DB1F65" w:rsidRDefault="00C97A70" w:rsidP="005C3EB5">
            <w:pPr>
              <w:spacing w:after="0" w:line="240" w:lineRule="auto"/>
            </w:pPr>
            <w:r>
              <w:rPr>
                <w:i/>
                <w:color w:val="666666"/>
                <w:sz w:val="16"/>
              </w:rPr>
              <w:t>[Exemple]</w:t>
            </w:r>
          </w:p>
        </w:tc>
      </w:tr>
      <w:tr w:rsidR="00DB1F65" w14:paraId="7765A3FD"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52D7151" w14:textId="77777777" w:rsidR="00DB1F65" w:rsidRPr="001C64D6" w:rsidRDefault="00C97A70" w:rsidP="005C3EB5">
            <w:pPr>
              <w:spacing w:after="0" w:line="240" w:lineRule="auto"/>
              <w:rPr>
                <w:lang w:val="fr-FR"/>
              </w:rPr>
            </w:pPr>
            <w:r w:rsidRPr="001C64D6">
              <w:rPr>
                <w:color w:val="222222"/>
                <w:sz w:val="16"/>
                <w:lang w:val="fr-FR"/>
              </w:rPr>
              <w:t>Excel / outils comptables ou administratifs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B611AE5" w14:textId="77777777" w:rsidR="00DB1F65" w:rsidRDefault="00C97A70" w:rsidP="005C3EB5">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751C7AA" w14:textId="77777777" w:rsidR="00DB1F65" w:rsidRDefault="00C97A70" w:rsidP="005C3EB5">
            <w:pPr>
              <w:spacing w:after="0" w:line="240" w:lineRule="auto"/>
            </w:pPr>
            <w:r>
              <w:rPr>
                <w:i/>
                <w:color w:val="666666"/>
                <w:sz w:val="16"/>
              </w:rPr>
              <w:t>[Préciser]</w:t>
            </w:r>
          </w:p>
        </w:tc>
      </w:tr>
    </w:tbl>
    <w:p w14:paraId="11511BF2" w14:textId="77777777" w:rsidR="00DB1F65" w:rsidRDefault="00C97A70" w:rsidP="005C3EB5">
      <w:pPr>
        <w:keepNext/>
        <w:spacing w:after="0" w:line="240" w:lineRule="auto"/>
      </w:pPr>
      <w:r>
        <w:rPr>
          <w:b/>
          <w:color w:val="315BA5"/>
          <w:sz w:val="25"/>
        </w:rPr>
        <w:t>7. OUTILS NUMÉRIQUES ET LANGUES</w:t>
      </w:r>
    </w:p>
    <w:tbl>
      <w:tblPr>
        <w:tblW w:w="0" w:type="auto"/>
        <w:jc w:val="center"/>
        <w:tblLayout w:type="fixed"/>
        <w:tblLook w:val="04A0" w:firstRow="1" w:lastRow="0" w:firstColumn="1" w:lastColumn="0" w:noHBand="0" w:noVBand="1"/>
      </w:tblPr>
      <w:tblGrid>
        <w:gridCol w:w="3360"/>
        <w:gridCol w:w="3888"/>
        <w:gridCol w:w="4104"/>
      </w:tblGrid>
      <w:tr w:rsidR="00DB1F65" w14:paraId="0F475610" w14:textId="77777777">
        <w:trPr>
          <w:cantSplit/>
          <w:tblHeader/>
          <w:jc w:val="center"/>
        </w:trPr>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FA9D047" w14:textId="77777777" w:rsidR="00DB1F65" w:rsidRDefault="00C97A70" w:rsidP="005C3EB5">
            <w:pPr>
              <w:spacing w:after="0" w:line="240" w:lineRule="auto"/>
              <w:jc w:val="center"/>
            </w:pPr>
            <w:r>
              <w:rPr>
                <w:b/>
                <w:color w:val="FFFFFF"/>
                <w:sz w:val="17"/>
              </w:rPr>
              <w:t>Rubrique</w:t>
            </w:r>
          </w:p>
        </w:tc>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0A82AED" w14:textId="77777777" w:rsidR="00DB1F65" w:rsidRDefault="00C97A70" w:rsidP="005C3EB5">
            <w:pPr>
              <w:spacing w:after="0" w:line="240" w:lineRule="auto"/>
              <w:jc w:val="center"/>
            </w:pPr>
            <w:r>
              <w:rPr>
                <w:b/>
                <w:color w:val="FFFFFF"/>
                <w:sz w:val="17"/>
              </w:rPr>
              <w:t>Élément</w:t>
            </w:r>
          </w:p>
        </w:tc>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2E83BF1C" w14:textId="77777777" w:rsidR="00DB1F65" w:rsidRDefault="00C97A70" w:rsidP="005C3EB5">
            <w:pPr>
              <w:spacing w:after="0" w:line="240" w:lineRule="auto"/>
              <w:jc w:val="center"/>
            </w:pPr>
            <w:r>
              <w:rPr>
                <w:b/>
                <w:color w:val="FFFFFF"/>
                <w:sz w:val="17"/>
              </w:rPr>
              <w:t>Niveau / précision</w:t>
            </w:r>
          </w:p>
        </w:tc>
      </w:tr>
      <w:tr w:rsidR="00DB1F65" w14:paraId="61F7FF46"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3EBD62D4" w14:textId="77777777" w:rsidR="00DB1F65" w:rsidRDefault="00C97A70" w:rsidP="005C3EB5">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2852FA4" w14:textId="77777777" w:rsidR="00DB1F65" w:rsidRDefault="00C97A70" w:rsidP="005C3EB5">
            <w:pPr>
              <w:spacing w:after="0" w:line="240" w:lineRule="auto"/>
            </w:pPr>
            <w:r>
              <w:rPr>
                <w:color w:val="222222"/>
                <w:sz w:val="17"/>
              </w:rPr>
              <w:t>Word</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A816B23" w14:textId="77777777" w:rsidR="00DB1F65" w:rsidRDefault="00C97A70" w:rsidP="005C3EB5">
            <w:pPr>
              <w:spacing w:after="0" w:line="240" w:lineRule="auto"/>
            </w:pPr>
            <w:r>
              <w:rPr>
                <w:i/>
                <w:color w:val="666666"/>
                <w:sz w:val="17"/>
              </w:rPr>
              <w:t>[Base / autonome / avancé]</w:t>
            </w:r>
          </w:p>
        </w:tc>
      </w:tr>
      <w:tr w:rsidR="00DB1F65" w:rsidRPr="00DC64FC" w14:paraId="085A77E4"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208FDF2" w14:textId="77777777" w:rsidR="00DB1F65" w:rsidRDefault="00C97A70" w:rsidP="005C3EB5">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E02D467" w14:textId="77777777" w:rsidR="00DB1F65" w:rsidRDefault="00C97A70" w:rsidP="005C3EB5">
            <w:pPr>
              <w:spacing w:after="0" w:line="240" w:lineRule="auto"/>
            </w:pPr>
            <w:r>
              <w:rPr>
                <w:color w:val="222222"/>
                <w:sz w:val="17"/>
              </w:rPr>
              <w:t>Excel</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D9B42B2" w14:textId="77777777" w:rsidR="00DB1F65" w:rsidRPr="001C64D6" w:rsidRDefault="00C97A70" w:rsidP="005C3EB5">
            <w:pPr>
              <w:spacing w:after="0" w:line="240" w:lineRule="auto"/>
              <w:rPr>
                <w:lang w:val="fr-FR"/>
              </w:rPr>
            </w:pPr>
            <w:r w:rsidRPr="001C64D6">
              <w:rPr>
                <w:i/>
                <w:color w:val="666666"/>
                <w:sz w:val="17"/>
                <w:lang w:val="fr-FR"/>
              </w:rPr>
              <w:t>[Base / autonome / avancé – préciser fonctions maîtrisées]</w:t>
            </w:r>
          </w:p>
        </w:tc>
      </w:tr>
      <w:tr w:rsidR="00DB1F65" w14:paraId="4A4A5F94"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11B61569" w14:textId="77777777" w:rsidR="00DB1F65" w:rsidRDefault="00C97A70" w:rsidP="005C3EB5">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1601DBC" w14:textId="77777777" w:rsidR="00DB1F65" w:rsidRDefault="00C97A70" w:rsidP="005C3EB5">
            <w:pPr>
              <w:spacing w:after="0" w:line="240" w:lineRule="auto"/>
            </w:pPr>
            <w:r>
              <w:rPr>
                <w:color w:val="222222"/>
                <w:sz w:val="17"/>
              </w:rPr>
              <w:t>PowerPoint / outils collaboratifs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F617ECE" w14:textId="77777777" w:rsidR="00DB1F65" w:rsidRDefault="00C97A70" w:rsidP="005C3EB5">
            <w:pPr>
              <w:spacing w:after="0" w:line="240" w:lineRule="auto"/>
            </w:pPr>
            <w:r>
              <w:rPr>
                <w:i/>
                <w:color w:val="666666"/>
                <w:sz w:val="17"/>
              </w:rPr>
              <w:t>[Préciser]</w:t>
            </w:r>
          </w:p>
        </w:tc>
      </w:tr>
      <w:tr w:rsidR="00DB1F65" w14:paraId="658032CD"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2419A31" w14:textId="77777777" w:rsidR="00DB1F65" w:rsidRDefault="00C97A70" w:rsidP="005C3EB5">
            <w:pPr>
              <w:spacing w:after="0" w:line="240" w:lineRule="auto"/>
            </w:pPr>
            <w:r>
              <w:rPr>
                <w:color w:val="222222"/>
                <w:sz w:val="17"/>
              </w:rPr>
              <w:t>Langue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9C51315" w14:textId="77777777" w:rsidR="00DB1F65" w:rsidRDefault="00C97A70" w:rsidP="005C3EB5">
            <w:pPr>
              <w:spacing w:after="0" w:line="240" w:lineRule="auto"/>
            </w:pPr>
            <w:r>
              <w:rPr>
                <w:color w:val="222222"/>
                <w:sz w:val="17"/>
              </w:rPr>
              <w:t>Français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879D8D5" w14:textId="77777777" w:rsidR="00DB1F65" w:rsidRDefault="00C97A70" w:rsidP="005C3EB5">
            <w:pPr>
              <w:spacing w:after="0" w:line="240" w:lineRule="auto"/>
            </w:pPr>
            <w:r>
              <w:rPr>
                <w:i/>
                <w:color w:val="666666"/>
                <w:sz w:val="17"/>
              </w:rPr>
              <w:t>[Oral / écrit]</w:t>
            </w:r>
          </w:p>
        </w:tc>
      </w:tr>
      <w:tr w:rsidR="00DB1F65" w14:paraId="0052F822"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229D0FF" w14:textId="77777777" w:rsidR="00DB1F65" w:rsidRDefault="00C97A70" w:rsidP="005C3EB5">
            <w:pPr>
              <w:spacing w:after="0" w:line="240" w:lineRule="auto"/>
            </w:pPr>
            <w:r>
              <w:rPr>
                <w:color w:val="222222"/>
                <w:sz w:val="17"/>
              </w:rPr>
              <w:t>Langue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943770B" w14:textId="77777777" w:rsidR="00DB1F65" w:rsidRDefault="00C97A70" w:rsidP="005C3EB5">
            <w:pPr>
              <w:spacing w:after="0" w:line="240" w:lineRule="auto"/>
            </w:pPr>
            <w:r>
              <w:rPr>
                <w:color w:val="222222"/>
                <w:sz w:val="17"/>
              </w:rPr>
              <w:t>Anglais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C3AA183" w14:textId="77777777" w:rsidR="00DB1F65" w:rsidRDefault="00C97A70" w:rsidP="005C3EB5">
            <w:pPr>
              <w:spacing w:after="0" w:line="240" w:lineRule="auto"/>
            </w:pPr>
            <w:r>
              <w:rPr>
                <w:i/>
                <w:color w:val="666666"/>
                <w:sz w:val="17"/>
              </w:rPr>
              <w:t>[Oral / écrit – si applicable]</w:t>
            </w:r>
          </w:p>
        </w:tc>
      </w:tr>
    </w:tbl>
    <w:p w14:paraId="0A05E627" w14:textId="77777777" w:rsidR="00DB1F65" w:rsidRPr="001C64D6" w:rsidRDefault="00C97A70" w:rsidP="005C3EB5">
      <w:pPr>
        <w:keepNext/>
        <w:spacing w:after="0" w:line="240" w:lineRule="auto"/>
        <w:rPr>
          <w:lang w:val="fr-FR"/>
        </w:rPr>
      </w:pPr>
      <w:r w:rsidRPr="001C64D6">
        <w:rPr>
          <w:b/>
          <w:color w:val="315BA5"/>
          <w:sz w:val="25"/>
          <w:lang w:val="fr-FR"/>
        </w:rPr>
        <w:t>8. SAUVEGARDE, PROTECTION DE L’ENFANT ET PSEA/PEAS</w:t>
      </w:r>
    </w:p>
    <w:tbl>
      <w:tblPr>
        <w:tblW w:w="10989" w:type="dxa"/>
        <w:jc w:val="center"/>
        <w:tblLayout w:type="fixed"/>
        <w:tblLook w:val="04A0" w:firstRow="1" w:lastRow="0" w:firstColumn="1" w:lastColumn="0" w:noHBand="0" w:noVBand="1"/>
      </w:tblPr>
      <w:tblGrid>
        <w:gridCol w:w="5949"/>
        <w:gridCol w:w="5040"/>
      </w:tblGrid>
      <w:tr w:rsidR="00DB1F65" w:rsidRPr="00DC64FC" w14:paraId="42699039" w14:textId="77777777" w:rsidTr="000936D7">
        <w:trPr>
          <w:cantSplit/>
          <w:tblHeader/>
          <w:jc w:val="center"/>
        </w:trPr>
        <w:tc>
          <w:tcPr>
            <w:tcW w:w="5949"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F5B29AF" w14:textId="77777777" w:rsidR="00DB1F65" w:rsidRDefault="00C97A70" w:rsidP="005C3EB5">
            <w:pPr>
              <w:spacing w:after="0" w:line="240" w:lineRule="auto"/>
              <w:jc w:val="center"/>
            </w:pPr>
            <w:r>
              <w:rPr>
                <w:b/>
                <w:color w:val="FFFFFF"/>
                <w:sz w:val="17"/>
              </w:rPr>
              <w:t>Question</w:t>
            </w:r>
          </w:p>
        </w:tc>
        <w:tc>
          <w:tcPr>
            <w:tcW w:w="504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075AD351" w14:textId="77777777" w:rsidR="00DB1F65" w:rsidRPr="001C64D6" w:rsidRDefault="00C97A70" w:rsidP="005C3EB5">
            <w:pPr>
              <w:spacing w:after="0" w:line="240" w:lineRule="auto"/>
              <w:jc w:val="center"/>
              <w:rPr>
                <w:lang w:val="fr-FR"/>
              </w:rPr>
            </w:pPr>
            <w:r w:rsidRPr="001C64D6">
              <w:rPr>
                <w:b/>
                <w:color w:val="FFFFFF"/>
                <w:sz w:val="17"/>
                <w:lang w:val="fr-FR"/>
              </w:rPr>
              <w:t>Réponse du/de la candidat(e)</w:t>
            </w:r>
          </w:p>
        </w:tc>
      </w:tr>
      <w:tr w:rsidR="00DB1F65" w:rsidRPr="00DC64FC" w14:paraId="0C6232A1" w14:textId="77777777" w:rsidTr="000936D7">
        <w:trPr>
          <w:cantSplit/>
          <w:jc w:val="center"/>
        </w:trPr>
        <w:tc>
          <w:tcPr>
            <w:tcW w:w="5949"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6CEA8F8" w14:textId="77777777" w:rsidR="00DB1F65" w:rsidRPr="001C64D6" w:rsidRDefault="00C97A70" w:rsidP="005C3EB5">
            <w:pPr>
              <w:spacing w:after="0" w:line="240" w:lineRule="auto"/>
              <w:rPr>
                <w:lang w:val="fr-FR"/>
              </w:rPr>
            </w:pPr>
            <w:r w:rsidRPr="001C64D6">
              <w:rPr>
                <w:color w:val="222222"/>
                <w:sz w:val="17"/>
                <w:lang w:val="fr-FR"/>
              </w:rPr>
              <w:t>Avez-vous déjà suivi une formation PSEA/PEAS ou sauvegarde ?</w:t>
            </w:r>
          </w:p>
        </w:tc>
        <w:tc>
          <w:tcPr>
            <w:tcW w:w="504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135148D" w14:textId="77777777" w:rsidR="00DB1F65" w:rsidRPr="001C64D6" w:rsidRDefault="00C97A70" w:rsidP="005C3EB5">
            <w:pPr>
              <w:spacing w:after="0" w:line="240" w:lineRule="auto"/>
              <w:rPr>
                <w:lang w:val="fr-FR"/>
              </w:rPr>
            </w:pPr>
            <w:r w:rsidRPr="001C64D6">
              <w:rPr>
                <w:i/>
                <w:color w:val="666666"/>
                <w:sz w:val="17"/>
                <w:lang w:val="fr-FR"/>
              </w:rPr>
              <w:t>[Oui / Non. Si oui, préciser organisme et année]</w:t>
            </w:r>
          </w:p>
        </w:tc>
      </w:tr>
      <w:tr w:rsidR="00DB1F65" w14:paraId="6C10F540" w14:textId="77777777" w:rsidTr="000936D7">
        <w:trPr>
          <w:cantSplit/>
          <w:jc w:val="center"/>
        </w:trPr>
        <w:tc>
          <w:tcPr>
            <w:tcW w:w="5949"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E3CEFF4" w14:textId="77777777" w:rsidR="00DB1F65" w:rsidRPr="001C64D6" w:rsidRDefault="00C97A70" w:rsidP="005C3EB5">
            <w:pPr>
              <w:spacing w:after="0" w:line="240" w:lineRule="auto"/>
              <w:rPr>
                <w:lang w:val="fr-FR"/>
              </w:rPr>
            </w:pPr>
            <w:r w:rsidRPr="001C64D6">
              <w:rPr>
                <w:color w:val="222222"/>
                <w:sz w:val="17"/>
                <w:lang w:val="fr-FR"/>
              </w:rPr>
              <w:t>Acceptez-vous de respecter le Code de conduite et la politique de tolérance zéro du programme ?</w:t>
            </w:r>
          </w:p>
        </w:tc>
        <w:tc>
          <w:tcPr>
            <w:tcW w:w="504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2CE3695" w14:textId="77777777" w:rsidR="00DB1F65" w:rsidRDefault="00C97A70" w:rsidP="005C3EB5">
            <w:pPr>
              <w:spacing w:after="0" w:line="240" w:lineRule="auto"/>
            </w:pPr>
            <w:r>
              <w:rPr>
                <w:i/>
                <w:color w:val="666666"/>
                <w:sz w:val="17"/>
              </w:rPr>
              <w:t>[Oui / Non]</w:t>
            </w:r>
          </w:p>
        </w:tc>
      </w:tr>
      <w:tr w:rsidR="00DB1F65" w14:paraId="45134AD2" w14:textId="77777777" w:rsidTr="000936D7">
        <w:trPr>
          <w:cantSplit/>
          <w:jc w:val="center"/>
        </w:trPr>
        <w:tc>
          <w:tcPr>
            <w:tcW w:w="5949"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19D93A8" w14:textId="77777777" w:rsidR="00DB1F65" w:rsidRPr="001C64D6" w:rsidRDefault="00C97A70" w:rsidP="005C3EB5">
            <w:pPr>
              <w:spacing w:after="0" w:line="240" w:lineRule="auto"/>
              <w:rPr>
                <w:lang w:val="fr-FR"/>
              </w:rPr>
            </w:pPr>
            <w:r w:rsidRPr="001C64D6">
              <w:rPr>
                <w:color w:val="222222"/>
                <w:sz w:val="17"/>
                <w:lang w:val="fr-FR"/>
              </w:rPr>
              <w:t>Acceptez-vous les vérifications de références professionnelles prévues dans le processus de recrutement ?</w:t>
            </w:r>
          </w:p>
        </w:tc>
        <w:tc>
          <w:tcPr>
            <w:tcW w:w="504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5367429" w14:textId="77777777" w:rsidR="00DB1F65" w:rsidRDefault="00C97A70" w:rsidP="005C3EB5">
            <w:pPr>
              <w:spacing w:after="0" w:line="240" w:lineRule="auto"/>
            </w:pPr>
            <w:r>
              <w:rPr>
                <w:i/>
                <w:color w:val="666666"/>
                <w:sz w:val="17"/>
              </w:rPr>
              <w:t>[Oui / Non]</w:t>
            </w:r>
          </w:p>
        </w:tc>
      </w:tr>
    </w:tbl>
    <w:p w14:paraId="102A32EF" w14:textId="77777777" w:rsidR="00DB1F65" w:rsidRDefault="00C97A70" w:rsidP="005C3EB5">
      <w:pPr>
        <w:keepNext/>
        <w:spacing w:after="0" w:line="240" w:lineRule="auto"/>
      </w:pPr>
      <w:r>
        <w:rPr>
          <w:b/>
          <w:color w:val="315BA5"/>
          <w:sz w:val="25"/>
        </w:rPr>
        <w:t>9. RÉFÉRENCES PROFESSIONNELLES</w:t>
      </w:r>
    </w:p>
    <w:p w14:paraId="3DF0A9BB" w14:textId="77777777" w:rsidR="00DB1F65" w:rsidRPr="001C64D6" w:rsidRDefault="00C97A70" w:rsidP="005C3EB5">
      <w:pPr>
        <w:spacing w:after="0" w:line="240" w:lineRule="auto"/>
        <w:rPr>
          <w:lang w:val="fr-FR"/>
        </w:rPr>
      </w:pPr>
      <w:r w:rsidRPr="001C64D6">
        <w:rPr>
          <w:i/>
          <w:color w:val="666666"/>
          <w:sz w:val="17"/>
          <w:lang w:val="fr-FR"/>
        </w:rPr>
        <w:t>Fournir deux références professionnelles récentes pouvant confirmer les fonctions et périodes déclarées.</w:t>
      </w:r>
    </w:p>
    <w:tbl>
      <w:tblPr>
        <w:tblW w:w="0" w:type="auto"/>
        <w:jc w:val="center"/>
        <w:tblLayout w:type="fixed"/>
        <w:tblLook w:val="04A0" w:firstRow="1" w:lastRow="0" w:firstColumn="1" w:lastColumn="0" w:noHBand="0" w:noVBand="1"/>
      </w:tblPr>
      <w:tblGrid>
        <w:gridCol w:w="2520"/>
        <w:gridCol w:w="2520"/>
        <w:gridCol w:w="2520"/>
        <w:gridCol w:w="3312"/>
      </w:tblGrid>
      <w:tr w:rsidR="00DB1F65" w14:paraId="3A28CCDE"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54AC3988" w14:textId="77777777" w:rsidR="00DB1F65" w:rsidRDefault="00C97A70" w:rsidP="005C3EB5">
            <w:pPr>
              <w:spacing w:after="0" w:line="240" w:lineRule="auto"/>
              <w:jc w:val="center"/>
            </w:pPr>
            <w:r>
              <w:rPr>
                <w:b/>
                <w:color w:val="FFFFFF"/>
                <w:sz w:val="16"/>
              </w:rPr>
              <w:t>Nom et fonction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E2804FF" w14:textId="77777777" w:rsidR="00DB1F65" w:rsidRDefault="00C97A70" w:rsidP="005C3EB5">
            <w:pPr>
              <w:spacing w:after="0" w:line="240" w:lineRule="auto"/>
              <w:jc w:val="center"/>
            </w:pPr>
            <w:r>
              <w:rPr>
                <w:b/>
                <w:color w:val="FFFFFF"/>
                <w:sz w:val="16"/>
              </w:rPr>
              <w:t>Organisation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054AEBD" w14:textId="77777777" w:rsidR="00DB1F65" w:rsidRDefault="00C97A70" w:rsidP="005C3EB5">
            <w:pPr>
              <w:spacing w:after="0" w:line="240" w:lineRule="auto"/>
              <w:jc w:val="center"/>
            </w:pPr>
            <w:r>
              <w:rPr>
                <w:b/>
                <w:color w:val="FFFFFF"/>
                <w:sz w:val="16"/>
              </w:rPr>
              <w:t>Téléphone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BC04521" w14:textId="77777777" w:rsidR="00DB1F65" w:rsidRDefault="00C97A70" w:rsidP="005C3EB5">
            <w:pPr>
              <w:spacing w:after="0" w:line="240" w:lineRule="auto"/>
              <w:jc w:val="center"/>
            </w:pPr>
            <w:r>
              <w:rPr>
                <w:b/>
                <w:color w:val="FFFFFF"/>
                <w:sz w:val="16"/>
              </w:rPr>
              <w:t>E-mail / relation professionnelle</w:t>
            </w:r>
          </w:p>
        </w:tc>
      </w:tr>
      <w:tr w:rsidR="00DB1F65" w:rsidRPr="00DC64FC" w14:paraId="665E6A32" w14:textId="77777777">
        <w:trPr>
          <w:cantSplit/>
          <w:jc w:val="center"/>
        </w:trPr>
        <w:tc>
          <w:tcPr>
            <w:tcW w:w="24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A483E3C" w14:textId="77777777" w:rsidR="00DB1F65" w:rsidRDefault="00C97A70" w:rsidP="005C3EB5">
            <w:pPr>
              <w:spacing w:after="0" w:line="240" w:lineRule="auto"/>
            </w:pPr>
            <w:r>
              <w:rPr>
                <w:i/>
                <w:color w:val="666666"/>
                <w:sz w:val="16"/>
              </w:rPr>
              <w:t>[À compléter]</w:t>
            </w:r>
          </w:p>
        </w:tc>
        <w:tc>
          <w:tcPr>
            <w:tcW w:w="23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088589D" w14:textId="77777777" w:rsidR="00DB1F65" w:rsidRDefault="00C97A70" w:rsidP="005C3EB5">
            <w:pPr>
              <w:spacing w:after="0" w:line="240" w:lineRule="auto"/>
            </w:pPr>
            <w:r>
              <w:rPr>
                <w:i/>
                <w:color w:val="666666"/>
                <w:sz w:val="16"/>
              </w:rPr>
              <w:t>[Organisation]</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9BC708E" w14:textId="77777777" w:rsidR="00DB1F65" w:rsidRDefault="00C97A70" w:rsidP="005C3EB5">
            <w:pPr>
              <w:spacing w:after="0" w:line="240" w:lineRule="auto"/>
            </w:pPr>
            <w:r>
              <w:rPr>
                <w:i/>
                <w:color w:val="666666"/>
                <w:sz w:val="16"/>
              </w:rPr>
              <w:t>[Téléphone]</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D36B22D" w14:textId="77777777" w:rsidR="00DB1F65" w:rsidRPr="001C64D6" w:rsidRDefault="00C97A70" w:rsidP="005C3EB5">
            <w:pPr>
              <w:spacing w:after="0" w:line="240" w:lineRule="auto"/>
              <w:rPr>
                <w:lang w:val="fr-FR"/>
              </w:rPr>
            </w:pPr>
            <w:r w:rsidRPr="001C64D6">
              <w:rPr>
                <w:i/>
                <w:color w:val="666666"/>
                <w:sz w:val="16"/>
                <w:lang w:val="fr-FR"/>
              </w:rPr>
              <w:t>[E-mail / ex. superviseur direct]</w:t>
            </w:r>
          </w:p>
        </w:tc>
      </w:tr>
      <w:tr w:rsidR="00DB1F65" w14:paraId="13CAE2DA" w14:textId="77777777">
        <w:trPr>
          <w:cantSplit/>
          <w:jc w:val="center"/>
        </w:trPr>
        <w:tc>
          <w:tcPr>
            <w:tcW w:w="24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F1CF820" w14:textId="77777777" w:rsidR="00DB1F65" w:rsidRDefault="00C97A70" w:rsidP="005C3EB5">
            <w:pPr>
              <w:spacing w:after="0" w:line="240" w:lineRule="auto"/>
            </w:pPr>
            <w:r>
              <w:rPr>
                <w:i/>
                <w:color w:val="666666"/>
                <w:sz w:val="16"/>
              </w:rPr>
              <w:t>[À compléter]</w:t>
            </w:r>
          </w:p>
        </w:tc>
        <w:tc>
          <w:tcPr>
            <w:tcW w:w="23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567B60C" w14:textId="77777777" w:rsidR="00DB1F65" w:rsidRDefault="00C97A70" w:rsidP="005C3EB5">
            <w:pPr>
              <w:spacing w:after="0" w:line="240" w:lineRule="auto"/>
            </w:pPr>
            <w:r>
              <w:rPr>
                <w:i/>
                <w:color w:val="666666"/>
                <w:sz w:val="16"/>
              </w:rPr>
              <w:t>[Organisation]</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6BFBCB5" w14:textId="77777777" w:rsidR="00DB1F65" w:rsidRDefault="00C97A70" w:rsidP="005C3EB5">
            <w:pPr>
              <w:spacing w:after="0" w:line="240" w:lineRule="auto"/>
            </w:pPr>
            <w:r>
              <w:rPr>
                <w:i/>
                <w:color w:val="666666"/>
                <w:sz w:val="16"/>
              </w:rPr>
              <w:t>[Téléphone]</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4B73721" w14:textId="77777777" w:rsidR="00DB1F65" w:rsidRDefault="00C97A70" w:rsidP="005C3EB5">
            <w:pPr>
              <w:spacing w:after="0" w:line="240" w:lineRule="auto"/>
            </w:pPr>
            <w:r>
              <w:rPr>
                <w:i/>
                <w:color w:val="666666"/>
                <w:sz w:val="16"/>
              </w:rPr>
              <w:t>[E-mail / relation]</w:t>
            </w:r>
          </w:p>
        </w:tc>
      </w:tr>
    </w:tbl>
    <w:p w14:paraId="696D9451" w14:textId="77777777" w:rsidR="00DB1F65" w:rsidRPr="001C64D6" w:rsidRDefault="00C97A70" w:rsidP="005C3EB5">
      <w:pPr>
        <w:keepNext/>
        <w:spacing w:after="0" w:line="240" w:lineRule="auto"/>
        <w:rPr>
          <w:lang w:val="fr-FR"/>
        </w:rPr>
      </w:pPr>
      <w:r w:rsidRPr="001C64D6">
        <w:rPr>
          <w:b/>
          <w:color w:val="315BA5"/>
          <w:sz w:val="25"/>
          <w:lang w:val="fr-FR"/>
        </w:rPr>
        <w:t>10. DÉCLARATION DU/DE LA CANDIDAT(E)</w:t>
      </w:r>
    </w:p>
    <w:p w14:paraId="2BDFE070" w14:textId="77777777" w:rsidR="00DB1F65" w:rsidRPr="001C64D6" w:rsidRDefault="00C97A70" w:rsidP="005C3EB5">
      <w:pPr>
        <w:spacing w:after="0" w:line="240" w:lineRule="auto"/>
        <w:rPr>
          <w:lang w:val="fr-FR"/>
        </w:rPr>
      </w:pPr>
      <w:r w:rsidRPr="001C64D6">
        <w:rPr>
          <w:sz w:val="18"/>
          <w:lang w:val="fr-FR"/>
        </w:rPr>
        <w:t>Je certifie exactes les informations contenues dans ce CV. Je comprends que toute fausse déclaration ou information matériellement inexacte peut entraîner l’exclusion du processus de recrutement. Je m’engage, si je suis retenu(e), à respecter les règles de confidentialité, d’éthique, de sauvegarde, de protection de l’enfant et de PSEA/PEAS applicables au programme.</w:t>
      </w:r>
    </w:p>
    <w:tbl>
      <w:tblPr>
        <w:tblW w:w="0" w:type="auto"/>
        <w:jc w:val="center"/>
        <w:tblLayout w:type="fixed"/>
        <w:tblLook w:val="04A0" w:firstRow="1" w:lastRow="0" w:firstColumn="1" w:lastColumn="0" w:noHBand="0" w:noVBand="1"/>
      </w:tblPr>
      <w:tblGrid>
        <w:gridCol w:w="2520"/>
        <w:gridCol w:w="2520"/>
        <w:gridCol w:w="2520"/>
        <w:gridCol w:w="2520"/>
      </w:tblGrid>
      <w:tr w:rsidR="00DB1F65" w14:paraId="13D48A0A" w14:textId="77777777">
        <w:trP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EAF2F7"/>
            <w:tcMar>
              <w:top w:w="55" w:type="dxa"/>
              <w:left w:w="65" w:type="dxa"/>
              <w:bottom w:w="55" w:type="dxa"/>
              <w:right w:w="65" w:type="dxa"/>
            </w:tcMar>
            <w:vAlign w:val="center"/>
          </w:tcPr>
          <w:p w14:paraId="46B1E993" w14:textId="77777777" w:rsidR="00DB1F65" w:rsidRDefault="00C97A70" w:rsidP="005C3EB5">
            <w:pPr>
              <w:spacing w:after="0" w:line="240" w:lineRule="auto"/>
            </w:pPr>
            <w:r>
              <w:rPr>
                <w:b/>
                <w:color w:val="315BA5"/>
                <w:sz w:val="17"/>
              </w:rPr>
              <w:t>Lieu et date</w:t>
            </w:r>
          </w:p>
        </w:tc>
        <w:tc>
          <w:tcPr>
            <w:tcW w:w="2520" w:type="dxa"/>
            <w:tcBorders>
              <w:top w:val="single" w:sz="4" w:space="0" w:color="D9E2E8"/>
              <w:left w:val="single" w:sz="4" w:space="0" w:color="D9E2E8"/>
              <w:bottom w:val="single" w:sz="4" w:space="0" w:color="D9E2E8"/>
              <w:right w:val="single" w:sz="4" w:space="0" w:color="D9E2E8"/>
            </w:tcBorders>
            <w:tcMar>
              <w:top w:w="55" w:type="dxa"/>
              <w:left w:w="65" w:type="dxa"/>
              <w:bottom w:w="55" w:type="dxa"/>
              <w:right w:w="65" w:type="dxa"/>
            </w:tcMar>
            <w:vAlign w:val="center"/>
          </w:tcPr>
          <w:p w14:paraId="325A91C8" w14:textId="77777777" w:rsidR="00DB1F65" w:rsidRDefault="00C97A70" w:rsidP="005C3EB5">
            <w:pPr>
              <w:spacing w:after="0" w:line="240" w:lineRule="auto"/>
            </w:pPr>
            <w:r>
              <w:rPr>
                <w:i/>
                <w:color w:val="777777"/>
                <w:sz w:val="17"/>
              </w:rPr>
              <w:t>[À compléter]</w:t>
            </w:r>
          </w:p>
        </w:tc>
        <w:tc>
          <w:tcPr>
            <w:tcW w:w="2520" w:type="dxa"/>
            <w:tcBorders>
              <w:top w:val="single" w:sz="4" w:space="0" w:color="D9E2E8"/>
              <w:left w:val="single" w:sz="4" w:space="0" w:color="D9E2E8"/>
              <w:bottom w:val="single" w:sz="4" w:space="0" w:color="D9E2E8"/>
              <w:right w:val="single" w:sz="4" w:space="0" w:color="D9E2E8"/>
            </w:tcBorders>
            <w:shd w:val="clear" w:color="auto" w:fill="EAF2F7"/>
            <w:tcMar>
              <w:top w:w="55" w:type="dxa"/>
              <w:left w:w="65" w:type="dxa"/>
              <w:bottom w:w="55" w:type="dxa"/>
              <w:right w:w="65" w:type="dxa"/>
            </w:tcMar>
            <w:vAlign w:val="center"/>
          </w:tcPr>
          <w:p w14:paraId="57977647" w14:textId="77777777" w:rsidR="00DB1F65" w:rsidRDefault="00C97A70" w:rsidP="005C3EB5">
            <w:pPr>
              <w:spacing w:after="0" w:line="240" w:lineRule="auto"/>
            </w:pPr>
            <w:r>
              <w:rPr>
                <w:b/>
                <w:color w:val="315BA5"/>
                <w:sz w:val="17"/>
              </w:rPr>
              <w:t>Nom et signature</w:t>
            </w:r>
          </w:p>
        </w:tc>
        <w:tc>
          <w:tcPr>
            <w:tcW w:w="2520" w:type="dxa"/>
            <w:tcBorders>
              <w:top w:val="single" w:sz="4" w:space="0" w:color="D9E2E8"/>
              <w:left w:val="single" w:sz="4" w:space="0" w:color="D9E2E8"/>
              <w:bottom w:val="single" w:sz="4" w:space="0" w:color="D9E2E8"/>
              <w:right w:val="single" w:sz="4" w:space="0" w:color="D9E2E8"/>
            </w:tcBorders>
            <w:tcMar>
              <w:top w:w="55" w:type="dxa"/>
              <w:left w:w="65" w:type="dxa"/>
              <w:bottom w:w="55" w:type="dxa"/>
              <w:right w:w="65" w:type="dxa"/>
            </w:tcMar>
            <w:vAlign w:val="center"/>
          </w:tcPr>
          <w:p w14:paraId="68A16CB7" w14:textId="77777777" w:rsidR="00DB1F65" w:rsidRDefault="00C97A70" w:rsidP="005C3EB5">
            <w:pPr>
              <w:spacing w:after="0" w:line="240" w:lineRule="auto"/>
            </w:pPr>
            <w:r>
              <w:rPr>
                <w:i/>
                <w:color w:val="777777"/>
                <w:sz w:val="17"/>
              </w:rPr>
              <w:t>[À compléter]</w:t>
            </w:r>
          </w:p>
        </w:tc>
      </w:tr>
    </w:tbl>
    <w:p w14:paraId="5BC06824" w14:textId="2887C870" w:rsidR="00DB1F65" w:rsidRDefault="00DB1F65" w:rsidP="005C3EB5">
      <w:pPr>
        <w:spacing w:after="0" w:line="240" w:lineRule="auto"/>
      </w:pPr>
    </w:p>
    <w:sectPr w:rsidR="00DB1F65" w:rsidSect="000936D7">
      <w:headerReference w:type="default" r:id="rId9"/>
      <w:footerReference w:type="default" r:id="rId10"/>
      <w:pgSz w:w="12240" w:h="15840"/>
      <w:pgMar w:top="936" w:right="1037" w:bottom="893" w:left="1123" w:header="720" w:footer="1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61A26" w14:textId="77777777" w:rsidR="004F182A" w:rsidRDefault="004F182A">
      <w:pPr>
        <w:spacing w:after="0" w:line="240" w:lineRule="auto"/>
      </w:pPr>
      <w:r>
        <w:separator/>
      </w:r>
    </w:p>
  </w:endnote>
  <w:endnote w:type="continuationSeparator" w:id="0">
    <w:p w14:paraId="363A6E68" w14:textId="77777777" w:rsidR="004F182A" w:rsidRDefault="004F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8943712"/>
      <w:docPartObj>
        <w:docPartGallery w:val="Page Numbers (Bottom of Page)"/>
        <w:docPartUnique/>
      </w:docPartObj>
    </w:sdtPr>
    <w:sdtContent>
      <w:sdt>
        <w:sdtPr>
          <w:id w:val="1728636285"/>
          <w:docPartObj>
            <w:docPartGallery w:val="Page Numbers (Top of Page)"/>
            <w:docPartUnique/>
          </w:docPartObj>
        </w:sdtPr>
        <w:sdtContent>
          <w:p w14:paraId="54DAF649" w14:textId="414C5E76" w:rsidR="000936D7" w:rsidRPr="000936D7" w:rsidRDefault="000936D7" w:rsidP="000936D7">
            <w:pPr>
              <w:pStyle w:val="Pieddepage"/>
              <w:jc w:val="center"/>
              <w:rPr>
                <w:lang w:val="fr-FR"/>
              </w:rPr>
            </w:pPr>
            <w:r w:rsidRPr="00405F74">
              <w:rPr>
                <w:color w:val="666666"/>
                <w:sz w:val="16"/>
                <w:lang w:val="fr-FR"/>
              </w:rPr>
              <w:t>Fiches de poste et canevas de CV – Document de recrutement</w:t>
            </w:r>
            <w:r>
              <w:rPr>
                <w:lang w:val="fr-FR"/>
              </w:rPr>
              <w:t xml:space="preserve">              Page </w:t>
            </w:r>
            <w:r>
              <w:rPr>
                <w:b/>
                <w:bCs/>
                <w:sz w:val="24"/>
                <w:szCs w:val="24"/>
              </w:rPr>
              <w:fldChar w:fldCharType="begin"/>
            </w:r>
            <w:r w:rsidRPr="000936D7">
              <w:rPr>
                <w:b/>
                <w:bCs/>
                <w:lang w:val="fr-FR"/>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sidRPr="000936D7">
              <w:rPr>
                <w:b/>
                <w:bCs/>
                <w:lang w:val="fr-FR"/>
              </w:rPr>
              <w:instrText>NUMPAGES</w:instrText>
            </w:r>
            <w:r>
              <w:rPr>
                <w:b/>
                <w:bCs/>
                <w:sz w:val="24"/>
                <w:szCs w:val="24"/>
              </w:rPr>
              <w:fldChar w:fldCharType="separate"/>
            </w:r>
            <w:r>
              <w:rPr>
                <w:b/>
                <w:bCs/>
                <w:lang w:val="fr-FR"/>
              </w:rPr>
              <w:t>2</w:t>
            </w:r>
            <w:r>
              <w:rPr>
                <w:b/>
                <w:bCs/>
                <w:sz w:val="24"/>
                <w:szCs w:val="24"/>
              </w:rPr>
              <w:fldChar w:fldCharType="end"/>
            </w:r>
          </w:p>
        </w:sdtContent>
      </w:sdt>
    </w:sdtContent>
  </w:sdt>
  <w:p w14:paraId="73BACDA7" w14:textId="179D7689" w:rsidR="00DB1F65" w:rsidRPr="000936D7" w:rsidRDefault="00DB1F65" w:rsidP="000936D7">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2C900" w14:textId="77777777" w:rsidR="004F182A" w:rsidRDefault="004F182A">
      <w:pPr>
        <w:spacing w:after="0" w:line="240" w:lineRule="auto"/>
      </w:pPr>
      <w:r>
        <w:separator/>
      </w:r>
    </w:p>
  </w:footnote>
  <w:footnote w:type="continuationSeparator" w:id="0">
    <w:p w14:paraId="0AE57AD9" w14:textId="77777777" w:rsidR="004F182A" w:rsidRDefault="004F1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6DED" w14:textId="72525F97" w:rsidR="00DB1F65" w:rsidRPr="00405F74" w:rsidRDefault="00DB1F65">
    <w:pPr>
      <w:pStyle w:val="En-tte"/>
      <w:jc w:val="righ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117288770">
    <w:abstractNumId w:val="8"/>
  </w:num>
  <w:num w:numId="2" w16cid:durableId="849374237">
    <w:abstractNumId w:val="6"/>
  </w:num>
  <w:num w:numId="3" w16cid:durableId="325674550">
    <w:abstractNumId w:val="5"/>
  </w:num>
  <w:num w:numId="4" w16cid:durableId="1771050059">
    <w:abstractNumId w:val="4"/>
  </w:num>
  <w:num w:numId="5" w16cid:durableId="1480070337">
    <w:abstractNumId w:val="7"/>
  </w:num>
  <w:num w:numId="6" w16cid:durableId="898173366">
    <w:abstractNumId w:val="3"/>
  </w:num>
  <w:num w:numId="7" w16cid:durableId="1722242518">
    <w:abstractNumId w:val="2"/>
  </w:num>
  <w:num w:numId="8" w16cid:durableId="86080809">
    <w:abstractNumId w:val="1"/>
  </w:num>
  <w:num w:numId="9" w16cid:durableId="169241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12FB"/>
    <w:rsid w:val="000936D7"/>
    <w:rsid w:val="0015074B"/>
    <w:rsid w:val="001C64D6"/>
    <w:rsid w:val="0029639D"/>
    <w:rsid w:val="00301E9C"/>
    <w:rsid w:val="00326F90"/>
    <w:rsid w:val="00365E33"/>
    <w:rsid w:val="003D3EA9"/>
    <w:rsid w:val="00405F74"/>
    <w:rsid w:val="0046797F"/>
    <w:rsid w:val="004F182A"/>
    <w:rsid w:val="005C3EB5"/>
    <w:rsid w:val="006869FE"/>
    <w:rsid w:val="006F22EB"/>
    <w:rsid w:val="0071168A"/>
    <w:rsid w:val="00AA1D8D"/>
    <w:rsid w:val="00B47730"/>
    <w:rsid w:val="00C70CF1"/>
    <w:rsid w:val="00C97A70"/>
    <w:rsid w:val="00CB0664"/>
    <w:rsid w:val="00DB1F65"/>
    <w:rsid w:val="00DC64FC"/>
    <w:rsid w:val="00DF45E9"/>
    <w:rsid w:val="00ED18A6"/>
    <w:rsid w:val="00F702C9"/>
    <w:rsid w:val="00F86E7B"/>
    <w:rsid w:val="00FC693F"/>
    <w:rsid w:val="00FF24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23D326"/>
  <w14:defaultImageDpi w14:val="300"/>
  <w15:docId w15:val="{58F693B2-FD68-436E-9075-FE018711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F702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tementretev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1774</Words>
  <Characters>9757</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Fiches de poste – Équipe du Programme RéTEva–UNICEF</vt:lpstr>
      <vt:lpstr/>
    </vt:vector>
  </TitlesOfParts>
  <Manager/>
  <Company/>
  <LinksUpToDate>false</LinksUpToDate>
  <CharactersWithSpaces>11508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Fiches de poste – Équipe du Programme RéTEva–UNICEF</dc:title>
  <dc:subject>Assistant(e) gestionnaire de projets, Secrétaire-comptable, Assistant(e) en communication</dc:subject>
  <dc:creator>python-docx</dc:creator>
  <cp:keywords>RéTEva, UNICEF, fiches de poste, PSEA, PEAS, sauvegarde, recrutement</cp:keywords>
  <dc:description>generated by python-docx</dc:description>
  <cp:lastModifiedBy>Valentine SAMA</cp:lastModifiedBy>
  <cp:revision>4</cp:revision>
  <dcterms:created xsi:type="dcterms:W3CDTF">2026-08-17T18:46:00Z</dcterms:created>
  <dcterms:modified xsi:type="dcterms:W3CDTF">2026-08-17T20:00:00Z</dcterms:modified>
  <cp:category/>
</cp:coreProperties>
</file>