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FCB6B" w14:textId="0942F128" w:rsidR="00DB1F65" w:rsidRPr="001C64D6" w:rsidRDefault="00DB1F65" w:rsidP="00FB3169">
      <w:pPr>
        <w:spacing w:after="0" w:line="240" w:lineRule="auto"/>
        <w:rPr>
          <w:lang w:val="fr-FR"/>
        </w:rPr>
      </w:pPr>
    </w:p>
    <w:tbl>
      <w:tblPr>
        <w:tblW w:w="0" w:type="auto"/>
        <w:jc w:val="center"/>
        <w:tblLook w:val="04A0" w:firstRow="1" w:lastRow="0" w:firstColumn="1" w:lastColumn="0" w:noHBand="0" w:noVBand="1"/>
      </w:tblPr>
      <w:tblGrid>
        <w:gridCol w:w="10080"/>
      </w:tblGrid>
      <w:tr w:rsidR="00DB1F65" w:rsidRPr="00D76C59" w14:paraId="3F8DA1F0" w14:textId="77777777">
        <w:trPr>
          <w:jc w:val="center"/>
        </w:trPr>
        <w:tc>
          <w:tcPr>
            <w:tcW w:w="10080" w:type="dxa"/>
            <w:shd w:val="clear" w:color="auto" w:fill="315BA5"/>
            <w:vAlign w:val="center"/>
          </w:tcPr>
          <w:p w14:paraId="78AA7D16" w14:textId="77777777" w:rsidR="00DB1F65" w:rsidRPr="001C64D6" w:rsidRDefault="00C97A70" w:rsidP="00FB3169">
            <w:pPr>
              <w:spacing w:after="0" w:line="240" w:lineRule="auto"/>
              <w:jc w:val="center"/>
              <w:rPr>
                <w:lang w:val="fr-FR"/>
              </w:rPr>
            </w:pPr>
            <w:r w:rsidRPr="001C64D6">
              <w:rPr>
                <w:b/>
                <w:color w:val="FFFFFF"/>
                <w:sz w:val="32"/>
                <w:lang w:val="fr-FR"/>
              </w:rPr>
              <w:t>FICHE DE POSTE N° 1 – ASSISTANT(E) GESTIONNAIRE DE PROJETS</w:t>
            </w:r>
          </w:p>
        </w:tc>
      </w:tr>
    </w:tbl>
    <w:p w14:paraId="378A5239" w14:textId="77777777" w:rsidR="00DB1F65" w:rsidRPr="001C64D6" w:rsidRDefault="00C97A70" w:rsidP="00FB3169">
      <w:pPr>
        <w:spacing w:after="0" w:line="240" w:lineRule="auto"/>
        <w:jc w:val="center"/>
        <w:rPr>
          <w:lang w:val="fr-FR"/>
        </w:rPr>
      </w:pPr>
      <w:r w:rsidRPr="001C64D6">
        <w:rPr>
          <w:i/>
          <w:color w:val="ED6615"/>
          <w:lang w:val="fr-FR"/>
        </w:rPr>
        <w:t>Appui à la planification, au suivi opérationnel, au reporting et à la coordination du programme</w:t>
      </w:r>
    </w:p>
    <w:tbl>
      <w:tblPr>
        <w:tblW w:w="0" w:type="auto"/>
        <w:jc w:val="center"/>
        <w:tblLayout w:type="fixed"/>
        <w:tblLook w:val="04A0" w:firstRow="1" w:lastRow="0" w:firstColumn="1" w:lastColumn="0" w:noHBand="0" w:noVBand="1"/>
      </w:tblPr>
      <w:tblGrid>
        <w:gridCol w:w="2831"/>
        <w:gridCol w:w="6696"/>
        <w:gridCol w:w="238"/>
      </w:tblGrid>
      <w:tr w:rsidR="00DB1F65" w:rsidRPr="00D76C59" w14:paraId="554CC517" w14:textId="77777777" w:rsidTr="00DB0E39">
        <w:trPr>
          <w:gridAfter w:val="1"/>
          <w:wAfter w:w="238" w:type="dxa"/>
          <w:jc w:val="center"/>
        </w:trPr>
        <w:tc>
          <w:tcPr>
            <w:tcW w:w="2831"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50812CF9" w14:textId="77777777" w:rsidR="00DB1F65" w:rsidRDefault="00C97A70" w:rsidP="00FB3169">
            <w:pPr>
              <w:spacing w:after="0" w:line="240" w:lineRule="auto"/>
            </w:pPr>
            <w:r>
              <w:rPr>
                <w:b/>
                <w:color w:val="315BA5"/>
                <w:sz w:val="19"/>
              </w:rPr>
              <w:t>Structure</w:t>
            </w:r>
          </w:p>
        </w:tc>
        <w:tc>
          <w:tcPr>
            <w:tcW w:w="6696" w:type="dxa"/>
            <w:tcBorders>
              <w:top w:val="single" w:sz="3" w:space="0" w:color="D9E2E8"/>
              <w:left w:val="single" w:sz="3" w:space="0" w:color="D9E2E8"/>
              <w:bottom w:val="single" w:sz="3" w:space="0" w:color="D9E2E8"/>
              <w:right w:val="single" w:sz="3" w:space="0" w:color="D9E2E8"/>
            </w:tcBorders>
            <w:vAlign w:val="center"/>
          </w:tcPr>
          <w:p w14:paraId="06A72540" w14:textId="77777777" w:rsidR="00DB1F65" w:rsidRPr="001C64D6" w:rsidRDefault="00C97A70" w:rsidP="00FB3169">
            <w:pPr>
              <w:spacing w:after="0" w:line="240" w:lineRule="auto"/>
              <w:rPr>
                <w:lang w:val="fr-FR"/>
              </w:rPr>
            </w:pPr>
            <w:r w:rsidRPr="001C64D6">
              <w:rPr>
                <w:sz w:val="19"/>
                <w:lang w:val="fr-FR"/>
              </w:rPr>
              <w:t>Réseau Togolais de l’Évaluation (RéTEva)</w:t>
            </w:r>
          </w:p>
        </w:tc>
      </w:tr>
      <w:tr w:rsidR="00DB1F65" w:rsidRPr="005003F5" w14:paraId="01E75FBC" w14:textId="77777777" w:rsidTr="00DB0E39">
        <w:trPr>
          <w:gridAfter w:val="1"/>
          <w:wAfter w:w="238" w:type="dxa"/>
          <w:jc w:val="center"/>
        </w:trPr>
        <w:tc>
          <w:tcPr>
            <w:tcW w:w="2831"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7D31F013" w14:textId="77777777" w:rsidR="00DB1F65" w:rsidRDefault="00C97A70" w:rsidP="00FB3169">
            <w:pPr>
              <w:spacing w:after="0" w:line="240" w:lineRule="auto"/>
            </w:pPr>
            <w:r>
              <w:rPr>
                <w:b/>
                <w:color w:val="315BA5"/>
                <w:sz w:val="19"/>
              </w:rPr>
              <w:t>Programme</w:t>
            </w:r>
          </w:p>
        </w:tc>
        <w:tc>
          <w:tcPr>
            <w:tcW w:w="6696" w:type="dxa"/>
            <w:tcBorders>
              <w:top w:val="single" w:sz="3" w:space="0" w:color="D9E2E8"/>
              <w:left w:val="single" w:sz="3" w:space="0" w:color="D9E2E8"/>
              <w:bottom w:val="single" w:sz="3" w:space="0" w:color="D9E2E8"/>
              <w:right w:val="single" w:sz="3" w:space="0" w:color="D9E2E8"/>
            </w:tcBorders>
            <w:vAlign w:val="center"/>
          </w:tcPr>
          <w:p w14:paraId="7FD3F83E" w14:textId="5CD75659" w:rsidR="00DB1F65" w:rsidRPr="001C64D6" w:rsidRDefault="00C97A70" w:rsidP="00FB3169">
            <w:pPr>
              <w:spacing w:after="0" w:line="240" w:lineRule="auto"/>
              <w:rPr>
                <w:lang w:val="fr-FR"/>
              </w:rPr>
            </w:pPr>
            <w:r w:rsidRPr="001C64D6">
              <w:rPr>
                <w:sz w:val="19"/>
                <w:lang w:val="fr-FR"/>
              </w:rPr>
              <w:t xml:space="preserve">Programme mis en œuvre </w:t>
            </w:r>
          </w:p>
        </w:tc>
      </w:tr>
      <w:tr w:rsidR="00DB1F65" w:rsidRPr="00D76C59" w14:paraId="267B7205" w14:textId="77777777" w:rsidTr="00DB0E39">
        <w:trPr>
          <w:gridAfter w:val="1"/>
          <w:wAfter w:w="238" w:type="dxa"/>
          <w:jc w:val="center"/>
        </w:trPr>
        <w:tc>
          <w:tcPr>
            <w:tcW w:w="2831"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2450507E" w14:textId="77777777" w:rsidR="00DB1F65" w:rsidRDefault="00C97A70" w:rsidP="00FB3169">
            <w:pPr>
              <w:spacing w:after="0" w:line="240" w:lineRule="auto"/>
            </w:pPr>
            <w:r>
              <w:rPr>
                <w:b/>
                <w:color w:val="315BA5"/>
                <w:sz w:val="19"/>
              </w:rPr>
              <w:t>Lieu</w:t>
            </w:r>
          </w:p>
        </w:tc>
        <w:tc>
          <w:tcPr>
            <w:tcW w:w="6696" w:type="dxa"/>
            <w:tcBorders>
              <w:top w:val="single" w:sz="3" w:space="0" w:color="D9E2E8"/>
              <w:left w:val="single" w:sz="3" w:space="0" w:color="D9E2E8"/>
              <w:bottom w:val="single" w:sz="3" w:space="0" w:color="D9E2E8"/>
              <w:right w:val="single" w:sz="3" w:space="0" w:color="D9E2E8"/>
            </w:tcBorders>
            <w:vAlign w:val="center"/>
          </w:tcPr>
          <w:p w14:paraId="382CB729" w14:textId="77777777" w:rsidR="00DB1F65" w:rsidRPr="001C64D6" w:rsidRDefault="00C97A70" w:rsidP="00FB3169">
            <w:pPr>
              <w:spacing w:after="0" w:line="240" w:lineRule="auto"/>
              <w:rPr>
                <w:lang w:val="fr-FR"/>
              </w:rPr>
            </w:pPr>
            <w:r w:rsidRPr="001C64D6">
              <w:rPr>
                <w:sz w:val="19"/>
                <w:lang w:val="fr-FR"/>
              </w:rPr>
              <w:t>Lomé, avec déplacements selon les activités</w:t>
            </w:r>
          </w:p>
        </w:tc>
      </w:tr>
      <w:tr w:rsidR="00DB1F65" w:rsidRPr="00D76C59" w14:paraId="5FF13763" w14:textId="77777777" w:rsidTr="00DB0E39">
        <w:trPr>
          <w:gridAfter w:val="1"/>
          <w:wAfter w:w="238" w:type="dxa"/>
          <w:jc w:val="center"/>
        </w:trPr>
        <w:tc>
          <w:tcPr>
            <w:tcW w:w="2831"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68D1E04A" w14:textId="77777777" w:rsidR="00DB1F65" w:rsidRDefault="00C97A70" w:rsidP="00FB3169">
            <w:pPr>
              <w:spacing w:after="0" w:line="240" w:lineRule="auto"/>
            </w:pPr>
            <w:r>
              <w:rPr>
                <w:b/>
                <w:color w:val="315BA5"/>
                <w:sz w:val="19"/>
              </w:rPr>
              <w:t>Supervision</w:t>
            </w:r>
          </w:p>
        </w:tc>
        <w:tc>
          <w:tcPr>
            <w:tcW w:w="6696" w:type="dxa"/>
            <w:tcBorders>
              <w:top w:val="single" w:sz="3" w:space="0" w:color="D9E2E8"/>
              <w:left w:val="single" w:sz="3" w:space="0" w:color="D9E2E8"/>
              <w:bottom w:val="single" w:sz="3" w:space="0" w:color="D9E2E8"/>
              <w:right w:val="single" w:sz="3" w:space="0" w:color="D9E2E8"/>
            </w:tcBorders>
            <w:vAlign w:val="center"/>
          </w:tcPr>
          <w:p w14:paraId="569652BE" w14:textId="77777777" w:rsidR="00DB1F65" w:rsidRPr="001C64D6" w:rsidRDefault="00C97A70" w:rsidP="00FB3169">
            <w:pPr>
              <w:spacing w:after="0" w:line="240" w:lineRule="auto"/>
              <w:rPr>
                <w:lang w:val="fr-FR"/>
              </w:rPr>
            </w:pPr>
            <w:r w:rsidRPr="001C64D6">
              <w:rPr>
                <w:sz w:val="19"/>
                <w:lang w:val="fr-FR"/>
              </w:rPr>
              <w:t>Coordination / responsable de programme désigné(e) par le RéTEva</w:t>
            </w:r>
          </w:p>
        </w:tc>
      </w:tr>
      <w:tr w:rsidR="00DB1F65" w:rsidRPr="00D76C59" w14:paraId="4A1D5BB2" w14:textId="77777777" w:rsidTr="00DB0E39">
        <w:trPr>
          <w:gridAfter w:val="1"/>
          <w:wAfter w:w="238" w:type="dxa"/>
          <w:jc w:val="center"/>
        </w:trPr>
        <w:tc>
          <w:tcPr>
            <w:tcW w:w="2831"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43E6AE2D" w14:textId="77777777" w:rsidR="00DB1F65" w:rsidRDefault="00C97A70" w:rsidP="00FB3169">
            <w:pPr>
              <w:spacing w:after="0" w:line="240" w:lineRule="auto"/>
            </w:pPr>
            <w:r>
              <w:rPr>
                <w:b/>
                <w:color w:val="315BA5"/>
                <w:sz w:val="19"/>
              </w:rPr>
              <w:t>Relations de travail</w:t>
            </w:r>
          </w:p>
        </w:tc>
        <w:tc>
          <w:tcPr>
            <w:tcW w:w="6696" w:type="dxa"/>
            <w:tcBorders>
              <w:top w:val="single" w:sz="3" w:space="0" w:color="D9E2E8"/>
              <w:left w:val="single" w:sz="3" w:space="0" w:color="D9E2E8"/>
              <w:bottom w:val="single" w:sz="3" w:space="0" w:color="D9E2E8"/>
              <w:right w:val="single" w:sz="3" w:space="0" w:color="D9E2E8"/>
            </w:tcBorders>
            <w:vAlign w:val="center"/>
          </w:tcPr>
          <w:p w14:paraId="03B4CCB1" w14:textId="6787B929" w:rsidR="00DB1F65" w:rsidRPr="001C64D6" w:rsidRDefault="00C97A70" w:rsidP="00FB3169">
            <w:pPr>
              <w:spacing w:after="0" w:line="240" w:lineRule="auto"/>
              <w:rPr>
                <w:lang w:val="fr-FR"/>
              </w:rPr>
            </w:pPr>
            <w:r w:rsidRPr="001C64D6">
              <w:rPr>
                <w:sz w:val="19"/>
                <w:lang w:val="fr-FR"/>
              </w:rPr>
              <w:t xml:space="preserve">Équipe </w:t>
            </w:r>
            <w:proofErr w:type="spellStart"/>
            <w:r w:rsidRPr="001C64D6">
              <w:rPr>
                <w:sz w:val="19"/>
                <w:lang w:val="fr-FR"/>
              </w:rPr>
              <w:t>RéTEva</w:t>
            </w:r>
            <w:proofErr w:type="spellEnd"/>
            <w:r w:rsidRPr="001C64D6">
              <w:rPr>
                <w:sz w:val="19"/>
                <w:lang w:val="fr-FR"/>
              </w:rPr>
              <w:t>, partenaires, consultants, prestataires et bénéficiaires</w:t>
            </w:r>
          </w:p>
        </w:tc>
      </w:tr>
      <w:tr w:rsidR="00C21718" w:rsidRPr="005003F5" w14:paraId="660DEFEB" w14:textId="77777777" w:rsidTr="00DB0E39">
        <w:trPr>
          <w:gridAfter w:val="1"/>
          <w:wAfter w:w="238" w:type="dxa"/>
          <w:jc w:val="center"/>
        </w:trPr>
        <w:tc>
          <w:tcPr>
            <w:tcW w:w="2831"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0C0B2DBF" w14:textId="59403665" w:rsidR="00C21718" w:rsidRPr="00BF2B20" w:rsidRDefault="00C21718" w:rsidP="00FB3169">
            <w:pPr>
              <w:spacing w:after="0" w:line="240" w:lineRule="auto"/>
              <w:rPr>
                <w:b/>
                <w:color w:val="315BA5"/>
                <w:sz w:val="19"/>
                <w:lang w:val="fr-FR"/>
              </w:rPr>
            </w:pPr>
            <w:proofErr w:type="spellStart"/>
            <w:r>
              <w:rPr>
                <w:b/>
                <w:color w:val="315BA5"/>
                <w:sz w:val="18"/>
              </w:rPr>
              <w:t>Téléphone</w:t>
            </w:r>
            <w:proofErr w:type="spellEnd"/>
            <w:r>
              <w:rPr>
                <w:b/>
                <w:color w:val="315BA5"/>
                <w:sz w:val="18"/>
              </w:rPr>
              <w:t xml:space="preserve"> </w:t>
            </w:r>
            <w:proofErr w:type="spellStart"/>
            <w:r>
              <w:rPr>
                <w:b/>
                <w:color w:val="315BA5"/>
                <w:sz w:val="18"/>
              </w:rPr>
              <w:t>RéTEva</w:t>
            </w:r>
            <w:proofErr w:type="spellEnd"/>
          </w:p>
        </w:tc>
        <w:tc>
          <w:tcPr>
            <w:tcW w:w="6696" w:type="dxa"/>
            <w:tcBorders>
              <w:top w:val="single" w:sz="3" w:space="0" w:color="D9E2E8"/>
              <w:left w:val="single" w:sz="3" w:space="0" w:color="D9E2E8"/>
              <w:bottom w:val="single" w:sz="3" w:space="0" w:color="D9E2E8"/>
              <w:right w:val="single" w:sz="3" w:space="0" w:color="D9E2E8"/>
            </w:tcBorders>
            <w:vAlign w:val="center"/>
          </w:tcPr>
          <w:p w14:paraId="23E6BDD9" w14:textId="0F73B090" w:rsidR="00C21718" w:rsidRPr="001C64D6" w:rsidRDefault="00C21718" w:rsidP="00FB3169">
            <w:pPr>
              <w:spacing w:after="0" w:line="240" w:lineRule="auto"/>
              <w:rPr>
                <w:sz w:val="19"/>
                <w:lang w:val="fr-FR"/>
              </w:rPr>
            </w:pPr>
            <w:r>
              <w:rPr>
                <w:color w:val="222222"/>
                <w:sz w:val="18"/>
              </w:rPr>
              <w:t>+228 93 49 98 18</w:t>
            </w:r>
          </w:p>
        </w:tc>
      </w:tr>
      <w:tr w:rsidR="00C21718" w14:paraId="3A243EB5" w14:textId="77777777" w:rsidTr="00DB0E39">
        <w:trPr>
          <w:cantSplit/>
          <w:trHeight w:val="22"/>
          <w:jc w:val="center"/>
        </w:trPr>
        <w:tc>
          <w:tcPr>
            <w:tcW w:w="2831" w:type="dxa"/>
            <w:tcBorders>
              <w:top w:val="single" w:sz="4" w:space="0" w:color="D9E2E8"/>
              <w:left w:val="single" w:sz="4" w:space="0" w:color="D9E2E8"/>
              <w:bottom w:val="single" w:sz="4" w:space="0" w:color="D9E2E8"/>
              <w:right w:val="single" w:sz="4" w:space="0" w:color="D9E2E8"/>
            </w:tcBorders>
            <w:shd w:val="clear" w:color="auto" w:fill="EAF2F7"/>
            <w:tcMar>
              <w:top w:w="65" w:type="dxa"/>
              <w:left w:w="80" w:type="dxa"/>
              <w:bottom w:w="65" w:type="dxa"/>
              <w:right w:w="80" w:type="dxa"/>
            </w:tcMar>
            <w:vAlign w:val="center"/>
          </w:tcPr>
          <w:p w14:paraId="1B2186D9" w14:textId="77777777" w:rsidR="00C21718" w:rsidRDefault="00C21718" w:rsidP="00FB3169">
            <w:pPr>
              <w:spacing w:after="0" w:line="240" w:lineRule="auto"/>
            </w:pPr>
            <w:r>
              <w:rPr>
                <w:b/>
                <w:color w:val="315BA5"/>
                <w:sz w:val="18"/>
              </w:rPr>
              <w:t>E-mail de candidature</w:t>
            </w:r>
          </w:p>
        </w:tc>
        <w:tc>
          <w:tcPr>
            <w:tcW w:w="6934" w:type="dxa"/>
            <w:gridSpan w:val="2"/>
            <w:tcBorders>
              <w:top w:val="single" w:sz="4" w:space="0" w:color="D9E2E8"/>
              <w:left w:val="single" w:sz="4" w:space="0" w:color="D9E2E8"/>
              <w:bottom w:val="single" w:sz="4" w:space="0" w:color="D9E2E8"/>
              <w:right w:val="single" w:sz="4" w:space="0" w:color="D9E2E8"/>
            </w:tcBorders>
            <w:tcMar>
              <w:top w:w="65" w:type="dxa"/>
              <w:left w:w="80" w:type="dxa"/>
              <w:bottom w:w="65" w:type="dxa"/>
              <w:right w:w="80" w:type="dxa"/>
            </w:tcMar>
            <w:vAlign w:val="center"/>
          </w:tcPr>
          <w:p w14:paraId="703EF404" w14:textId="68C4C219" w:rsidR="00C21718" w:rsidRDefault="00000000" w:rsidP="00FB3169">
            <w:pPr>
              <w:spacing w:after="0" w:line="240" w:lineRule="auto"/>
            </w:pPr>
            <w:hyperlink r:id="rId8" w:history="1">
              <w:r w:rsidR="00C21718" w:rsidRPr="0031473C">
                <w:rPr>
                  <w:rStyle w:val="Lienhypertexte"/>
                  <w:sz w:val="18"/>
                </w:rPr>
                <w:t>recrutementreteva@gmail.com</w:t>
              </w:r>
            </w:hyperlink>
          </w:p>
        </w:tc>
      </w:tr>
      <w:tr w:rsidR="00C21718" w14:paraId="3C05B6DA" w14:textId="77777777" w:rsidTr="00DB0E39">
        <w:trPr>
          <w:cantSplit/>
          <w:jc w:val="center"/>
        </w:trPr>
        <w:tc>
          <w:tcPr>
            <w:tcW w:w="2831" w:type="dxa"/>
            <w:tcBorders>
              <w:top w:val="single" w:sz="4" w:space="0" w:color="D9E2E8"/>
              <w:left w:val="single" w:sz="4" w:space="0" w:color="D9E2E8"/>
              <w:bottom w:val="single" w:sz="4" w:space="0" w:color="D9E2E8"/>
              <w:right w:val="single" w:sz="4" w:space="0" w:color="D9E2E8"/>
            </w:tcBorders>
            <w:shd w:val="clear" w:color="auto" w:fill="EAF2F7"/>
            <w:tcMar>
              <w:top w:w="65" w:type="dxa"/>
              <w:left w:w="80" w:type="dxa"/>
              <w:bottom w:w="65" w:type="dxa"/>
              <w:right w:w="80" w:type="dxa"/>
            </w:tcMar>
            <w:vAlign w:val="center"/>
          </w:tcPr>
          <w:p w14:paraId="0836FED8" w14:textId="03F9DEC7" w:rsidR="00C21718" w:rsidRDefault="00C21718" w:rsidP="00FB3169">
            <w:pPr>
              <w:spacing w:after="0" w:line="240" w:lineRule="auto"/>
              <w:rPr>
                <w:b/>
                <w:color w:val="315BA5"/>
                <w:sz w:val="18"/>
              </w:rPr>
            </w:pPr>
            <w:r>
              <w:rPr>
                <w:b/>
                <w:color w:val="315BA5"/>
                <w:sz w:val="18"/>
              </w:rPr>
              <w:t>Date de publication</w:t>
            </w:r>
          </w:p>
        </w:tc>
        <w:tc>
          <w:tcPr>
            <w:tcW w:w="6934" w:type="dxa"/>
            <w:gridSpan w:val="2"/>
            <w:tcBorders>
              <w:top w:val="single" w:sz="4" w:space="0" w:color="D9E2E8"/>
              <w:left w:val="single" w:sz="4" w:space="0" w:color="D9E2E8"/>
              <w:bottom w:val="single" w:sz="4" w:space="0" w:color="D9E2E8"/>
              <w:right w:val="single" w:sz="4" w:space="0" w:color="D9E2E8"/>
            </w:tcBorders>
            <w:tcMar>
              <w:top w:w="65" w:type="dxa"/>
              <w:left w:w="80" w:type="dxa"/>
              <w:bottom w:w="65" w:type="dxa"/>
              <w:right w:w="80" w:type="dxa"/>
            </w:tcMar>
            <w:vAlign w:val="center"/>
          </w:tcPr>
          <w:p w14:paraId="40DB66DB" w14:textId="23E41930" w:rsidR="00C21718" w:rsidRDefault="00C21718" w:rsidP="00FB3169">
            <w:pPr>
              <w:spacing w:after="0" w:line="240" w:lineRule="auto"/>
              <w:rPr>
                <w:color w:val="222222"/>
                <w:sz w:val="18"/>
              </w:rPr>
            </w:pPr>
            <w:r>
              <w:rPr>
                <w:color w:val="222222"/>
                <w:sz w:val="18"/>
              </w:rPr>
              <w:t xml:space="preserve">15 </w:t>
            </w:r>
            <w:proofErr w:type="spellStart"/>
            <w:r>
              <w:rPr>
                <w:color w:val="222222"/>
                <w:sz w:val="18"/>
              </w:rPr>
              <w:t>juillet</w:t>
            </w:r>
            <w:proofErr w:type="spellEnd"/>
            <w:r>
              <w:rPr>
                <w:color w:val="222222"/>
                <w:sz w:val="18"/>
              </w:rPr>
              <w:t xml:space="preserve"> 2026</w:t>
            </w:r>
          </w:p>
        </w:tc>
      </w:tr>
      <w:tr w:rsidR="00C21718" w14:paraId="2C300614" w14:textId="77777777" w:rsidTr="00DB0E39">
        <w:trPr>
          <w:cantSplit/>
          <w:jc w:val="center"/>
        </w:trPr>
        <w:tc>
          <w:tcPr>
            <w:tcW w:w="2831" w:type="dxa"/>
            <w:tcBorders>
              <w:top w:val="single" w:sz="4" w:space="0" w:color="D9E2E8"/>
              <w:left w:val="single" w:sz="4" w:space="0" w:color="D9E2E8"/>
              <w:bottom w:val="single" w:sz="4" w:space="0" w:color="D9E2E8"/>
              <w:right w:val="single" w:sz="4" w:space="0" w:color="D9E2E8"/>
            </w:tcBorders>
            <w:shd w:val="clear" w:color="auto" w:fill="EAF2F7"/>
            <w:tcMar>
              <w:top w:w="65" w:type="dxa"/>
              <w:left w:w="80" w:type="dxa"/>
              <w:bottom w:w="65" w:type="dxa"/>
              <w:right w:w="80" w:type="dxa"/>
            </w:tcMar>
            <w:vAlign w:val="center"/>
          </w:tcPr>
          <w:p w14:paraId="01C15FD7" w14:textId="00A71651" w:rsidR="00C21718" w:rsidRDefault="00C21718" w:rsidP="00FB3169">
            <w:pPr>
              <w:spacing w:after="0" w:line="240" w:lineRule="auto"/>
              <w:rPr>
                <w:b/>
                <w:color w:val="315BA5"/>
                <w:sz w:val="18"/>
              </w:rPr>
            </w:pPr>
            <w:r>
              <w:rPr>
                <w:b/>
                <w:color w:val="315BA5"/>
                <w:sz w:val="18"/>
              </w:rPr>
              <w:t xml:space="preserve">Date </w:t>
            </w:r>
            <w:proofErr w:type="spellStart"/>
            <w:r>
              <w:rPr>
                <w:b/>
                <w:color w:val="315BA5"/>
                <w:sz w:val="18"/>
              </w:rPr>
              <w:t>limite</w:t>
            </w:r>
            <w:proofErr w:type="spellEnd"/>
            <w:r>
              <w:rPr>
                <w:b/>
                <w:color w:val="315BA5"/>
                <w:sz w:val="18"/>
              </w:rPr>
              <w:t xml:space="preserve"> de candidature</w:t>
            </w:r>
          </w:p>
        </w:tc>
        <w:tc>
          <w:tcPr>
            <w:tcW w:w="6934" w:type="dxa"/>
            <w:gridSpan w:val="2"/>
            <w:tcBorders>
              <w:top w:val="single" w:sz="4" w:space="0" w:color="D9E2E8"/>
              <w:left w:val="single" w:sz="4" w:space="0" w:color="D9E2E8"/>
              <w:bottom w:val="single" w:sz="4" w:space="0" w:color="D9E2E8"/>
              <w:right w:val="single" w:sz="4" w:space="0" w:color="D9E2E8"/>
            </w:tcBorders>
            <w:tcMar>
              <w:top w:w="65" w:type="dxa"/>
              <w:left w:w="80" w:type="dxa"/>
              <w:bottom w:w="65" w:type="dxa"/>
              <w:right w:w="80" w:type="dxa"/>
            </w:tcMar>
            <w:vAlign w:val="center"/>
          </w:tcPr>
          <w:p w14:paraId="72867B2B" w14:textId="250FC6AB" w:rsidR="00C21718" w:rsidRDefault="00C21718" w:rsidP="00FB3169">
            <w:pPr>
              <w:spacing w:after="0" w:line="240" w:lineRule="auto"/>
              <w:rPr>
                <w:color w:val="222222"/>
                <w:sz w:val="18"/>
              </w:rPr>
            </w:pPr>
            <w:r>
              <w:rPr>
                <w:color w:val="222222"/>
                <w:sz w:val="18"/>
              </w:rPr>
              <w:t xml:space="preserve">30 </w:t>
            </w:r>
            <w:proofErr w:type="spellStart"/>
            <w:r>
              <w:rPr>
                <w:color w:val="222222"/>
                <w:sz w:val="18"/>
              </w:rPr>
              <w:t>août</w:t>
            </w:r>
            <w:proofErr w:type="spellEnd"/>
            <w:r>
              <w:rPr>
                <w:color w:val="222222"/>
                <w:sz w:val="18"/>
              </w:rPr>
              <w:t xml:space="preserve"> 2026</w:t>
            </w:r>
          </w:p>
        </w:tc>
      </w:tr>
      <w:tr w:rsidR="00C21718" w:rsidRPr="00D76C59" w14:paraId="03571C66" w14:textId="77777777" w:rsidTr="00DB0E39">
        <w:trPr>
          <w:cantSplit/>
          <w:jc w:val="center"/>
        </w:trPr>
        <w:tc>
          <w:tcPr>
            <w:tcW w:w="2831" w:type="dxa"/>
            <w:tcBorders>
              <w:top w:val="single" w:sz="4" w:space="0" w:color="D9E2E8"/>
              <w:left w:val="single" w:sz="4" w:space="0" w:color="D9E2E8"/>
              <w:bottom w:val="single" w:sz="4" w:space="0" w:color="D9E2E8"/>
              <w:right w:val="single" w:sz="4" w:space="0" w:color="D9E2E8"/>
            </w:tcBorders>
            <w:shd w:val="clear" w:color="auto" w:fill="EAF2F7"/>
            <w:tcMar>
              <w:top w:w="65" w:type="dxa"/>
              <w:left w:w="80" w:type="dxa"/>
              <w:bottom w:w="65" w:type="dxa"/>
              <w:right w:w="80" w:type="dxa"/>
            </w:tcMar>
            <w:vAlign w:val="center"/>
          </w:tcPr>
          <w:p w14:paraId="51F745A8" w14:textId="69454C29" w:rsidR="00C21718" w:rsidRDefault="00C21718" w:rsidP="00FB3169">
            <w:pPr>
              <w:spacing w:after="0" w:line="240" w:lineRule="auto"/>
              <w:rPr>
                <w:b/>
                <w:color w:val="315BA5"/>
                <w:sz w:val="18"/>
              </w:rPr>
            </w:pPr>
            <w:proofErr w:type="spellStart"/>
            <w:r>
              <w:rPr>
                <w:b/>
                <w:color w:val="315BA5"/>
                <w:sz w:val="18"/>
              </w:rPr>
              <w:t>Objet</w:t>
            </w:r>
            <w:proofErr w:type="spellEnd"/>
            <w:r>
              <w:rPr>
                <w:b/>
                <w:color w:val="315BA5"/>
                <w:sz w:val="18"/>
              </w:rPr>
              <w:t xml:space="preserve"> </w:t>
            </w:r>
            <w:proofErr w:type="spellStart"/>
            <w:r>
              <w:rPr>
                <w:b/>
                <w:color w:val="315BA5"/>
                <w:sz w:val="18"/>
              </w:rPr>
              <w:t>conseillé</w:t>
            </w:r>
            <w:proofErr w:type="spellEnd"/>
            <w:r>
              <w:rPr>
                <w:b/>
                <w:color w:val="315BA5"/>
                <w:sz w:val="18"/>
              </w:rPr>
              <w:t xml:space="preserve"> du </w:t>
            </w:r>
            <w:proofErr w:type="spellStart"/>
            <w:r>
              <w:rPr>
                <w:b/>
                <w:color w:val="315BA5"/>
                <w:sz w:val="18"/>
              </w:rPr>
              <w:t>courriel</w:t>
            </w:r>
            <w:proofErr w:type="spellEnd"/>
          </w:p>
        </w:tc>
        <w:tc>
          <w:tcPr>
            <w:tcW w:w="6934" w:type="dxa"/>
            <w:gridSpan w:val="2"/>
            <w:tcBorders>
              <w:top w:val="single" w:sz="4" w:space="0" w:color="D9E2E8"/>
              <w:left w:val="single" w:sz="4" w:space="0" w:color="D9E2E8"/>
              <w:bottom w:val="single" w:sz="4" w:space="0" w:color="D9E2E8"/>
              <w:right w:val="single" w:sz="4" w:space="0" w:color="D9E2E8"/>
            </w:tcBorders>
            <w:tcMar>
              <w:top w:w="65" w:type="dxa"/>
              <w:left w:w="80" w:type="dxa"/>
              <w:bottom w:w="65" w:type="dxa"/>
              <w:right w:w="80" w:type="dxa"/>
            </w:tcMar>
            <w:vAlign w:val="center"/>
          </w:tcPr>
          <w:p w14:paraId="163827AF" w14:textId="2287B586" w:rsidR="00C21718" w:rsidRPr="00C21718" w:rsidRDefault="00C21718" w:rsidP="00FB3169">
            <w:pPr>
              <w:spacing w:after="0" w:line="240" w:lineRule="auto"/>
              <w:rPr>
                <w:color w:val="222222"/>
                <w:sz w:val="18"/>
                <w:lang w:val="fr-FR"/>
              </w:rPr>
            </w:pPr>
            <w:r w:rsidRPr="001C64D6">
              <w:rPr>
                <w:color w:val="222222"/>
                <w:sz w:val="18"/>
                <w:lang w:val="fr-FR"/>
              </w:rPr>
              <w:t>Candidature – [intitulé du poste] – NOM Prénoms</w:t>
            </w:r>
          </w:p>
        </w:tc>
      </w:tr>
    </w:tbl>
    <w:p w14:paraId="63539ABF" w14:textId="77777777" w:rsidR="00DB1F65" w:rsidRPr="001C64D6" w:rsidRDefault="00DB1F65" w:rsidP="00FB3169">
      <w:pPr>
        <w:spacing w:after="0" w:line="240" w:lineRule="auto"/>
        <w:rPr>
          <w:lang w:val="fr-FR"/>
        </w:rPr>
      </w:pPr>
    </w:p>
    <w:p w14:paraId="19647E7C" w14:textId="77777777" w:rsidR="00DB1F65" w:rsidRPr="001C64D6" w:rsidRDefault="00C97A70" w:rsidP="00FB3169">
      <w:pPr>
        <w:keepNext/>
        <w:spacing w:after="0" w:line="240" w:lineRule="auto"/>
        <w:rPr>
          <w:lang w:val="fr-FR"/>
        </w:rPr>
      </w:pPr>
      <w:r w:rsidRPr="001C64D6">
        <w:rPr>
          <w:b/>
          <w:color w:val="315BA5"/>
          <w:sz w:val="23"/>
          <w:lang w:val="fr-FR"/>
        </w:rPr>
        <w:t>1. FINALITÉ DU POSTE</w:t>
      </w:r>
    </w:p>
    <w:p w14:paraId="3F552081" w14:textId="77777777" w:rsidR="00DB1F65" w:rsidRPr="001C64D6" w:rsidRDefault="00C97A70" w:rsidP="00FB3169">
      <w:pPr>
        <w:spacing w:after="0" w:line="240" w:lineRule="auto"/>
        <w:rPr>
          <w:lang w:val="fr-FR"/>
        </w:rPr>
      </w:pPr>
      <w:r w:rsidRPr="001C64D6">
        <w:rPr>
          <w:lang w:val="fr-FR"/>
        </w:rPr>
        <w:t>Sous la supervision du/de la responsable de programme, l’Assistant(e) gestionnaire de projets contribue à la planification, à l’organisation, à l’exécution et au suivi des activités. Il/elle veille à la disponibilité d’informations fiables sur l’avancement, les résultats, les risques, les décisions et les échéances du programme.</w:t>
      </w:r>
    </w:p>
    <w:p w14:paraId="3FCCDD50" w14:textId="77777777" w:rsidR="00DB1F65" w:rsidRDefault="00C97A70" w:rsidP="00FB3169">
      <w:pPr>
        <w:keepNext/>
        <w:spacing w:after="0" w:line="240" w:lineRule="auto"/>
      </w:pPr>
      <w:r>
        <w:rPr>
          <w:b/>
          <w:color w:val="315BA5"/>
          <w:sz w:val="23"/>
        </w:rPr>
        <w:t>2. RESPONSABILITÉS PRINCIPALES</w:t>
      </w:r>
    </w:p>
    <w:p w14:paraId="315327D8" w14:textId="77777777" w:rsidR="00DB1F65" w:rsidRDefault="00C97A70" w:rsidP="00FB3169">
      <w:pPr>
        <w:keepNext/>
        <w:spacing w:after="0" w:line="240" w:lineRule="auto"/>
      </w:pPr>
      <w:r>
        <w:rPr>
          <w:b/>
          <w:color w:val="ED6615"/>
        </w:rPr>
        <w:t>Planification et coordination</w:t>
      </w:r>
    </w:p>
    <w:p w14:paraId="5E2C64E1" w14:textId="77777777" w:rsidR="00DB1F65" w:rsidRPr="001C64D6" w:rsidRDefault="00C97A70" w:rsidP="00FB3169">
      <w:pPr>
        <w:pStyle w:val="Listepuces"/>
        <w:spacing w:after="0" w:line="240" w:lineRule="auto"/>
        <w:ind w:left="317" w:hanging="173"/>
        <w:rPr>
          <w:lang w:val="fr-FR"/>
        </w:rPr>
      </w:pPr>
      <w:r w:rsidRPr="001C64D6">
        <w:rPr>
          <w:lang w:val="fr-FR"/>
        </w:rPr>
        <w:t>Appuyer l’élaboration et l’actualisation des plans de travail, chronogrammes, matrices d’activités et calendriers.</w:t>
      </w:r>
    </w:p>
    <w:p w14:paraId="6826FCA7" w14:textId="77777777" w:rsidR="00DB1F65" w:rsidRPr="001C64D6" w:rsidRDefault="00C97A70" w:rsidP="00FB3169">
      <w:pPr>
        <w:pStyle w:val="Listepuces"/>
        <w:spacing w:after="0" w:line="240" w:lineRule="auto"/>
        <w:ind w:left="317" w:hanging="173"/>
        <w:rPr>
          <w:lang w:val="fr-FR"/>
        </w:rPr>
      </w:pPr>
      <w:r w:rsidRPr="001C64D6">
        <w:rPr>
          <w:lang w:val="fr-FR"/>
        </w:rPr>
        <w:t>Préparer les réunions techniques, agendas, notes de travail et outils de suivi.</w:t>
      </w:r>
    </w:p>
    <w:p w14:paraId="3AB7889B" w14:textId="77777777" w:rsidR="00DB1F65" w:rsidRPr="001C64D6" w:rsidRDefault="00C97A70" w:rsidP="00FB3169">
      <w:pPr>
        <w:pStyle w:val="Listepuces"/>
        <w:spacing w:after="0" w:line="240" w:lineRule="auto"/>
        <w:ind w:left="317" w:hanging="173"/>
        <w:rPr>
          <w:lang w:val="fr-FR"/>
        </w:rPr>
      </w:pPr>
      <w:r w:rsidRPr="001C64D6">
        <w:rPr>
          <w:lang w:val="fr-FR"/>
        </w:rPr>
        <w:t>Coordonner les relances opérationnelles et assurer le suivi des décisions convenues.</w:t>
      </w:r>
    </w:p>
    <w:p w14:paraId="2E007867" w14:textId="77777777" w:rsidR="00DB1F65" w:rsidRDefault="00C97A70" w:rsidP="00FB3169">
      <w:pPr>
        <w:keepNext/>
        <w:spacing w:after="0" w:line="240" w:lineRule="auto"/>
      </w:pPr>
      <w:r>
        <w:rPr>
          <w:b/>
          <w:color w:val="ED6615"/>
        </w:rPr>
        <w:t>Suivi, résultats et qualité</w:t>
      </w:r>
    </w:p>
    <w:p w14:paraId="6317D5F1" w14:textId="77777777" w:rsidR="00DB1F65" w:rsidRPr="001C64D6" w:rsidRDefault="00C97A70" w:rsidP="00FB3169">
      <w:pPr>
        <w:pStyle w:val="Listepuces"/>
        <w:spacing w:after="0" w:line="240" w:lineRule="auto"/>
        <w:ind w:left="317" w:hanging="173"/>
        <w:rPr>
          <w:lang w:val="fr-FR"/>
        </w:rPr>
      </w:pPr>
      <w:r w:rsidRPr="001C64D6">
        <w:rPr>
          <w:lang w:val="fr-FR"/>
        </w:rPr>
        <w:t>Mettre à jour le tableau de bord du programme, les indicateurs, échéances, risques et actions correctives.</w:t>
      </w:r>
    </w:p>
    <w:p w14:paraId="2477662E" w14:textId="77777777" w:rsidR="00DB1F65" w:rsidRPr="001C64D6" w:rsidRDefault="00C97A70" w:rsidP="00FB3169">
      <w:pPr>
        <w:pStyle w:val="Listepuces"/>
        <w:spacing w:after="0" w:line="240" w:lineRule="auto"/>
        <w:ind w:left="317" w:hanging="173"/>
        <w:rPr>
          <w:lang w:val="fr-FR"/>
        </w:rPr>
      </w:pPr>
      <w:r w:rsidRPr="001C64D6">
        <w:rPr>
          <w:lang w:val="fr-FR"/>
        </w:rPr>
        <w:t>Collecter, vérifier et consolider les informations de mise en œuvre et les pièces de preuve des résultats.</w:t>
      </w:r>
    </w:p>
    <w:p w14:paraId="1397AE35" w14:textId="77777777" w:rsidR="00DB1F65" w:rsidRPr="001C64D6" w:rsidRDefault="00C97A70" w:rsidP="00FB3169">
      <w:pPr>
        <w:pStyle w:val="Listepuces"/>
        <w:spacing w:after="0" w:line="240" w:lineRule="auto"/>
        <w:ind w:left="317" w:hanging="173"/>
        <w:rPr>
          <w:lang w:val="fr-FR"/>
        </w:rPr>
      </w:pPr>
      <w:r w:rsidRPr="001C64D6">
        <w:rPr>
          <w:lang w:val="fr-FR"/>
        </w:rPr>
        <w:t>Identifier les retards ou difficultés, alerter rapidement la supervision et proposer des mesures de rattrapage.</w:t>
      </w:r>
    </w:p>
    <w:p w14:paraId="3D02E346" w14:textId="77777777" w:rsidR="00DB1F65" w:rsidRDefault="00C97A70" w:rsidP="00FB3169">
      <w:pPr>
        <w:keepNext/>
        <w:spacing w:after="0" w:line="240" w:lineRule="auto"/>
      </w:pPr>
      <w:r>
        <w:rPr>
          <w:b/>
          <w:color w:val="ED6615"/>
        </w:rPr>
        <w:t>Reporting et documentation</w:t>
      </w:r>
    </w:p>
    <w:p w14:paraId="32D5BADD" w14:textId="77777777" w:rsidR="00DB1F65" w:rsidRPr="001C64D6" w:rsidRDefault="00C97A70" w:rsidP="00FB3169">
      <w:pPr>
        <w:pStyle w:val="Listepuces"/>
        <w:spacing w:after="0" w:line="240" w:lineRule="auto"/>
        <w:ind w:left="317" w:hanging="173"/>
        <w:rPr>
          <w:lang w:val="fr-FR"/>
        </w:rPr>
      </w:pPr>
      <w:r w:rsidRPr="001C64D6">
        <w:rPr>
          <w:lang w:val="fr-FR"/>
        </w:rPr>
        <w:t>Contribuer aux rapports périodiques, comptes rendus, synthèses et présentations du programme.</w:t>
      </w:r>
    </w:p>
    <w:p w14:paraId="4C6E803C" w14:textId="77777777" w:rsidR="00DB1F65" w:rsidRPr="001C64D6" w:rsidRDefault="00C97A70" w:rsidP="00FB3169">
      <w:pPr>
        <w:pStyle w:val="Listepuces"/>
        <w:spacing w:after="0" w:line="240" w:lineRule="auto"/>
        <w:ind w:left="317" w:hanging="173"/>
        <w:rPr>
          <w:lang w:val="fr-FR"/>
        </w:rPr>
      </w:pPr>
      <w:r w:rsidRPr="001C64D6">
        <w:rPr>
          <w:lang w:val="fr-FR"/>
        </w:rPr>
        <w:t>Organiser les dossiers techniques et assurer la traçabilité des activités et livrables.</w:t>
      </w:r>
    </w:p>
    <w:p w14:paraId="463A505E" w14:textId="77777777" w:rsidR="00DB1F65" w:rsidRPr="001C64D6" w:rsidRDefault="00C97A70" w:rsidP="00FB3169">
      <w:pPr>
        <w:pStyle w:val="Listepuces"/>
        <w:spacing w:after="0" w:line="240" w:lineRule="auto"/>
        <w:ind w:left="317" w:hanging="173"/>
        <w:rPr>
          <w:lang w:val="fr-FR"/>
        </w:rPr>
      </w:pPr>
      <w:r w:rsidRPr="001C64D6">
        <w:rPr>
          <w:lang w:val="fr-FR"/>
        </w:rPr>
        <w:t>Appuyer la préparation des ateliers, missions, formations et autres activités du programme.</w:t>
      </w:r>
    </w:p>
    <w:p w14:paraId="462A066E" w14:textId="77777777" w:rsidR="00DB1F65" w:rsidRDefault="00C97A70" w:rsidP="00FB3169">
      <w:pPr>
        <w:keepNext/>
        <w:spacing w:after="0" w:line="240" w:lineRule="auto"/>
      </w:pPr>
      <w:r>
        <w:rPr>
          <w:b/>
          <w:color w:val="ED6615"/>
        </w:rPr>
        <w:t>Partenariats et appui opérationnel</w:t>
      </w:r>
    </w:p>
    <w:p w14:paraId="55459376" w14:textId="77777777" w:rsidR="00DB1F65" w:rsidRPr="001C64D6" w:rsidRDefault="00C97A70" w:rsidP="00FB3169">
      <w:pPr>
        <w:pStyle w:val="Listepuces"/>
        <w:spacing w:after="0" w:line="240" w:lineRule="auto"/>
        <w:ind w:left="317" w:hanging="173"/>
        <w:rPr>
          <w:lang w:val="fr-FR"/>
        </w:rPr>
      </w:pPr>
      <w:r w:rsidRPr="001C64D6">
        <w:rPr>
          <w:lang w:val="fr-FR"/>
        </w:rPr>
        <w:t>Maintenir une coordination professionnelle avec les partenaires et intervenants selon les instructions reçues.</w:t>
      </w:r>
    </w:p>
    <w:p w14:paraId="6936E61D" w14:textId="77777777" w:rsidR="00DB1F65" w:rsidRPr="001C64D6" w:rsidRDefault="00C97A70" w:rsidP="00FB3169">
      <w:pPr>
        <w:pStyle w:val="Listepuces"/>
        <w:spacing w:after="0" w:line="240" w:lineRule="auto"/>
        <w:ind w:left="317" w:hanging="173"/>
        <w:rPr>
          <w:lang w:val="fr-FR"/>
        </w:rPr>
      </w:pPr>
      <w:r w:rsidRPr="001C64D6">
        <w:rPr>
          <w:lang w:val="fr-FR"/>
        </w:rPr>
        <w:t>Appuyer la collecte des informations requises pour les revues, suivis, audits ou évaluations du programme.</w:t>
      </w:r>
    </w:p>
    <w:p w14:paraId="7A26D4FA" w14:textId="77777777" w:rsidR="00DB1F65" w:rsidRPr="001C64D6" w:rsidRDefault="00C97A70" w:rsidP="00FB3169">
      <w:pPr>
        <w:pStyle w:val="Listepuces"/>
        <w:spacing w:after="0" w:line="240" w:lineRule="auto"/>
        <w:ind w:left="317" w:hanging="173"/>
        <w:rPr>
          <w:lang w:val="fr-FR"/>
        </w:rPr>
      </w:pPr>
      <w:r w:rsidRPr="001C64D6">
        <w:rPr>
          <w:lang w:val="fr-FR"/>
        </w:rPr>
        <w:t>Contribuer à la capitalisation des bonnes pratiques et enseignements tirés.</w:t>
      </w:r>
    </w:p>
    <w:p w14:paraId="3EC570FC" w14:textId="77777777" w:rsidR="00DB1F65" w:rsidRDefault="00C97A70" w:rsidP="00FB3169">
      <w:pPr>
        <w:keepNext/>
        <w:spacing w:after="0" w:line="240" w:lineRule="auto"/>
      </w:pPr>
      <w:r>
        <w:rPr>
          <w:b/>
          <w:color w:val="315BA5"/>
          <w:sz w:val="23"/>
        </w:rPr>
        <w:t>3. RÉSULTATS / LIVRABLES ATTENDUS</w:t>
      </w:r>
    </w:p>
    <w:p w14:paraId="378C3842" w14:textId="77777777" w:rsidR="00DB1F65" w:rsidRPr="001C64D6" w:rsidRDefault="00C97A70" w:rsidP="00FB3169">
      <w:pPr>
        <w:pStyle w:val="Listepuces"/>
        <w:spacing w:after="0" w:line="240" w:lineRule="auto"/>
        <w:ind w:left="317" w:hanging="173"/>
        <w:rPr>
          <w:lang w:val="fr-FR"/>
        </w:rPr>
      </w:pPr>
      <w:r w:rsidRPr="001C64D6">
        <w:rPr>
          <w:lang w:val="fr-FR"/>
        </w:rPr>
        <w:t>Plans de travail et chronogrammes régulièrement actualisés.</w:t>
      </w:r>
    </w:p>
    <w:p w14:paraId="1957051C" w14:textId="77777777" w:rsidR="00DB1F65" w:rsidRPr="001C64D6" w:rsidRDefault="00C97A70" w:rsidP="00FB3169">
      <w:pPr>
        <w:pStyle w:val="Listepuces"/>
        <w:spacing w:after="0" w:line="240" w:lineRule="auto"/>
        <w:ind w:left="317" w:hanging="173"/>
        <w:rPr>
          <w:lang w:val="fr-FR"/>
        </w:rPr>
      </w:pPr>
      <w:r w:rsidRPr="001C64D6">
        <w:rPr>
          <w:lang w:val="fr-FR"/>
        </w:rPr>
        <w:t>Tableau de bord fiable des activités, indicateurs, risques et échéances.</w:t>
      </w:r>
    </w:p>
    <w:p w14:paraId="3A6BC170" w14:textId="77777777" w:rsidR="00DB1F65" w:rsidRPr="001C64D6" w:rsidRDefault="00C97A70" w:rsidP="00FB3169">
      <w:pPr>
        <w:pStyle w:val="Listepuces"/>
        <w:spacing w:after="0" w:line="240" w:lineRule="auto"/>
        <w:ind w:left="317" w:hanging="173"/>
        <w:rPr>
          <w:lang w:val="fr-FR"/>
        </w:rPr>
      </w:pPr>
      <w:r w:rsidRPr="001C64D6">
        <w:rPr>
          <w:lang w:val="fr-FR"/>
        </w:rPr>
        <w:t>Comptes rendus et rapports produits dans les délais et selon les standards attendus.</w:t>
      </w:r>
    </w:p>
    <w:p w14:paraId="52E8BD5A" w14:textId="77777777" w:rsidR="00DB1F65" w:rsidRPr="001C64D6" w:rsidRDefault="00C97A70" w:rsidP="00FB3169">
      <w:pPr>
        <w:pStyle w:val="Listepuces"/>
        <w:spacing w:after="0" w:line="240" w:lineRule="auto"/>
        <w:ind w:left="317" w:hanging="173"/>
        <w:rPr>
          <w:lang w:val="fr-FR"/>
        </w:rPr>
      </w:pPr>
      <w:r w:rsidRPr="001C64D6">
        <w:rPr>
          <w:lang w:val="fr-FR"/>
        </w:rPr>
        <w:t>Dossiers de projet complets, structurés et facilement vérifiables.</w:t>
      </w:r>
    </w:p>
    <w:p w14:paraId="45B51377" w14:textId="77777777" w:rsidR="00DB1F65" w:rsidRPr="001C64D6" w:rsidRDefault="00C97A70" w:rsidP="00FB3169">
      <w:pPr>
        <w:pStyle w:val="Listepuces"/>
        <w:spacing w:after="0" w:line="240" w:lineRule="auto"/>
        <w:ind w:left="317" w:hanging="173"/>
        <w:rPr>
          <w:lang w:val="fr-FR"/>
        </w:rPr>
      </w:pPr>
      <w:r w:rsidRPr="001C64D6">
        <w:rPr>
          <w:lang w:val="fr-FR"/>
        </w:rPr>
        <w:t>Alertes et actions correctives documentées et suivies.</w:t>
      </w:r>
    </w:p>
    <w:p w14:paraId="4EB89A0A" w14:textId="77777777" w:rsidR="00DB1F65" w:rsidRPr="001C64D6" w:rsidRDefault="00C97A70" w:rsidP="00FB3169">
      <w:pPr>
        <w:keepNext/>
        <w:spacing w:after="0" w:line="240" w:lineRule="auto"/>
        <w:rPr>
          <w:lang w:val="fr-FR"/>
        </w:rPr>
      </w:pPr>
      <w:r w:rsidRPr="001C64D6">
        <w:rPr>
          <w:b/>
          <w:color w:val="315BA5"/>
          <w:sz w:val="23"/>
          <w:lang w:val="fr-FR"/>
        </w:rPr>
        <w:t>4. PROFIL RECHERCHÉ</w:t>
      </w:r>
    </w:p>
    <w:p w14:paraId="1AFA5B5C" w14:textId="77777777" w:rsidR="00DB1F65" w:rsidRPr="001C64D6" w:rsidRDefault="00C97A70" w:rsidP="00FB3169">
      <w:pPr>
        <w:spacing w:after="0" w:line="240" w:lineRule="auto"/>
        <w:rPr>
          <w:lang w:val="fr-FR"/>
        </w:rPr>
      </w:pPr>
      <w:r w:rsidRPr="001C64D6">
        <w:rPr>
          <w:b/>
          <w:lang w:val="fr-FR"/>
        </w:rPr>
        <w:t xml:space="preserve">Formation : </w:t>
      </w:r>
      <w:r w:rsidRPr="001C64D6">
        <w:rPr>
          <w:lang w:val="fr-FR"/>
        </w:rPr>
        <w:t>Bac+3 au minimum en gestion de projets, planification, suivi-évaluation, économie, gestion, administration, développement ou domaine pertinent.</w:t>
      </w:r>
    </w:p>
    <w:p w14:paraId="118F9737" w14:textId="77777777" w:rsidR="00DB1F65" w:rsidRPr="001C64D6" w:rsidRDefault="00C97A70" w:rsidP="00FB3169">
      <w:pPr>
        <w:spacing w:after="0" w:line="240" w:lineRule="auto"/>
        <w:rPr>
          <w:lang w:val="fr-FR"/>
        </w:rPr>
      </w:pPr>
      <w:r w:rsidRPr="001C64D6">
        <w:rPr>
          <w:b/>
          <w:lang w:val="fr-FR"/>
        </w:rPr>
        <w:t xml:space="preserve">Expérience : </w:t>
      </w:r>
      <w:r w:rsidRPr="001C64D6">
        <w:rPr>
          <w:lang w:val="fr-FR"/>
        </w:rPr>
        <w:t>Une première expérience professionnelle ou de stage pertinente en gestion de projets, suivi-évaluation, programme de développement, ONG, association, cabinet ou institution est souhaitée.</w:t>
      </w:r>
    </w:p>
    <w:p w14:paraId="4CA8D4B3" w14:textId="77777777" w:rsidR="00DB1F65" w:rsidRPr="001C64D6" w:rsidRDefault="00C97A70" w:rsidP="00FB3169">
      <w:pPr>
        <w:spacing w:after="0" w:line="240" w:lineRule="auto"/>
        <w:rPr>
          <w:lang w:val="fr-FR"/>
        </w:rPr>
      </w:pPr>
      <w:r w:rsidRPr="001C64D6">
        <w:rPr>
          <w:b/>
          <w:lang w:val="fr-FR"/>
        </w:rPr>
        <w:t xml:space="preserve">Langues : </w:t>
      </w:r>
      <w:r w:rsidRPr="001C64D6">
        <w:rPr>
          <w:lang w:val="fr-FR"/>
        </w:rPr>
        <w:t>Excellente maîtrise du français oral et écrit. La connaissance de l’anglais constitue un atout.</w:t>
      </w:r>
    </w:p>
    <w:p w14:paraId="03F4A7F4" w14:textId="77777777" w:rsidR="00DB1F65" w:rsidRPr="001C64D6" w:rsidRDefault="00C97A70" w:rsidP="00FB3169">
      <w:pPr>
        <w:spacing w:after="0" w:line="240" w:lineRule="auto"/>
        <w:rPr>
          <w:lang w:val="fr-FR"/>
        </w:rPr>
      </w:pPr>
      <w:r w:rsidRPr="001C64D6">
        <w:rPr>
          <w:b/>
          <w:lang w:val="fr-FR"/>
        </w:rPr>
        <w:lastRenderedPageBreak/>
        <w:t xml:space="preserve">Informatique : </w:t>
      </w:r>
      <w:r w:rsidRPr="001C64D6">
        <w:rPr>
          <w:lang w:val="fr-FR"/>
        </w:rPr>
        <w:t>Bonne maîtrise de Word, Excel et PowerPoint ; aisance avec les outils numériques de collaboration et de suivi.</w:t>
      </w:r>
    </w:p>
    <w:p w14:paraId="5BDBF5B5" w14:textId="77777777" w:rsidR="00DB1F65" w:rsidRDefault="00C97A70" w:rsidP="00FB3169">
      <w:pPr>
        <w:keepNext/>
        <w:spacing w:after="0" w:line="240" w:lineRule="auto"/>
      </w:pPr>
      <w:r>
        <w:rPr>
          <w:b/>
          <w:color w:val="315BA5"/>
          <w:sz w:val="23"/>
        </w:rPr>
        <w:t>5. COMPÉTENCES CLÉS</w:t>
      </w:r>
    </w:p>
    <w:p w14:paraId="206E1831" w14:textId="77777777" w:rsidR="00DB1F65" w:rsidRPr="001C64D6" w:rsidRDefault="00C97A70" w:rsidP="00FB3169">
      <w:pPr>
        <w:pStyle w:val="Listepuces"/>
        <w:spacing w:after="0" w:line="240" w:lineRule="auto"/>
        <w:ind w:left="317" w:hanging="173"/>
        <w:rPr>
          <w:lang w:val="fr-FR"/>
        </w:rPr>
      </w:pPr>
      <w:r w:rsidRPr="001C64D6">
        <w:rPr>
          <w:lang w:val="fr-FR"/>
        </w:rPr>
        <w:t>Planification et suivi de projets orientés résultats.</w:t>
      </w:r>
    </w:p>
    <w:p w14:paraId="3AA2D7CF" w14:textId="77777777" w:rsidR="00DB1F65" w:rsidRPr="001C64D6" w:rsidRDefault="00C97A70" w:rsidP="00FB3169">
      <w:pPr>
        <w:pStyle w:val="Listepuces"/>
        <w:spacing w:after="0" w:line="240" w:lineRule="auto"/>
        <w:ind w:left="317" w:hanging="173"/>
        <w:rPr>
          <w:lang w:val="fr-FR"/>
        </w:rPr>
      </w:pPr>
      <w:r w:rsidRPr="001C64D6">
        <w:rPr>
          <w:lang w:val="fr-FR"/>
        </w:rPr>
        <w:t>Organisation, analyse, synthèse et rédaction professionnelle.</w:t>
      </w:r>
    </w:p>
    <w:p w14:paraId="143DE908" w14:textId="77777777" w:rsidR="00DB1F65" w:rsidRPr="001C64D6" w:rsidRDefault="00C97A70" w:rsidP="00FB3169">
      <w:pPr>
        <w:pStyle w:val="Listepuces"/>
        <w:spacing w:after="0" w:line="240" w:lineRule="auto"/>
        <w:ind w:left="317" w:hanging="173"/>
        <w:rPr>
          <w:lang w:val="fr-FR"/>
        </w:rPr>
      </w:pPr>
      <w:r w:rsidRPr="001C64D6">
        <w:rPr>
          <w:lang w:val="fr-FR"/>
        </w:rPr>
        <w:t>Utilisation de tableaux de bord, indicateurs et outils de suivi.</w:t>
      </w:r>
    </w:p>
    <w:p w14:paraId="2621A0AA" w14:textId="77777777" w:rsidR="00DB1F65" w:rsidRPr="001C64D6" w:rsidRDefault="00C97A70" w:rsidP="00FB3169">
      <w:pPr>
        <w:pStyle w:val="Listepuces"/>
        <w:spacing w:after="0" w:line="240" w:lineRule="auto"/>
        <w:ind w:left="317" w:hanging="173"/>
        <w:rPr>
          <w:lang w:val="fr-FR"/>
        </w:rPr>
      </w:pPr>
      <w:r w:rsidRPr="001C64D6">
        <w:rPr>
          <w:lang w:val="fr-FR"/>
        </w:rPr>
        <w:t>Capacité à gérer plusieurs échéances et à prioriser.</w:t>
      </w:r>
    </w:p>
    <w:p w14:paraId="731D5B8B" w14:textId="77777777" w:rsidR="00DB1F65" w:rsidRPr="001C64D6" w:rsidRDefault="00C97A70" w:rsidP="00FB3169">
      <w:pPr>
        <w:pStyle w:val="Listepuces"/>
        <w:spacing w:after="0" w:line="240" w:lineRule="auto"/>
        <w:ind w:left="317" w:hanging="173"/>
        <w:rPr>
          <w:lang w:val="fr-FR"/>
        </w:rPr>
      </w:pPr>
      <w:r w:rsidRPr="001C64D6">
        <w:rPr>
          <w:lang w:val="fr-FR"/>
        </w:rPr>
        <w:t>Communication professionnelle et travail avec des interlocuteurs variés.</w:t>
      </w:r>
    </w:p>
    <w:p w14:paraId="484DCFC4" w14:textId="77777777" w:rsidR="00DB1F65" w:rsidRPr="001C64D6" w:rsidRDefault="00C97A70" w:rsidP="00FB3169">
      <w:pPr>
        <w:keepNext/>
        <w:spacing w:after="0" w:line="240" w:lineRule="auto"/>
        <w:rPr>
          <w:lang w:val="fr-FR"/>
        </w:rPr>
      </w:pPr>
      <w:r w:rsidRPr="001C64D6">
        <w:rPr>
          <w:b/>
          <w:color w:val="315BA5"/>
          <w:sz w:val="23"/>
          <w:lang w:val="fr-FR"/>
        </w:rPr>
        <w:t>6. VALEURS ET COMPORTEMENTS ATTENDUS</w:t>
      </w:r>
    </w:p>
    <w:p w14:paraId="6C287E2C" w14:textId="77777777" w:rsidR="00DB1F65" w:rsidRPr="001C64D6" w:rsidRDefault="00C97A70" w:rsidP="00FB3169">
      <w:pPr>
        <w:spacing w:after="0" w:line="240" w:lineRule="auto"/>
        <w:rPr>
          <w:lang w:val="fr-FR"/>
        </w:rPr>
      </w:pPr>
      <w:r w:rsidRPr="001C64D6">
        <w:rPr>
          <w:lang w:val="fr-FR"/>
        </w:rPr>
        <w:t>Le/la titulaire devra faire preuve de comportements compatibles avec les standards des organisations internationales :</w:t>
      </w:r>
    </w:p>
    <w:p w14:paraId="687D545E" w14:textId="77777777" w:rsidR="00DB1F65" w:rsidRPr="001C64D6" w:rsidRDefault="00C97A70" w:rsidP="00FB3169">
      <w:pPr>
        <w:pStyle w:val="Listepuces"/>
        <w:spacing w:after="0" w:line="240" w:lineRule="auto"/>
        <w:ind w:left="317" w:hanging="173"/>
        <w:rPr>
          <w:lang w:val="fr-FR"/>
        </w:rPr>
      </w:pPr>
      <w:r w:rsidRPr="001C64D6">
        <w:rPr>
          <w:lang w:val="fr-FR"/>
        </w:rPr>
        <w:t>Intégrité, discernement et respect de la confidentialité.</w:t>
      </w:r>
    </w:p>
    <w:p w14:paraId="2B1A9A0D" w14:textId="77777777" w:rsidR="00DB1F65" w:rsidRPr="001C64D6" w:rsidRDefault="00C97A70" w:rsidP="00FB3169">
      <w:pPr>
        <w:pStyle w:val="Listepuces"/>
        <w:spacing w:after="0" w:line="240" w:lineRule="auto"/>
        <w:ind w:left="317" w:hanging="173"/>
        <w:rPr>
          <w:lang w:val="fr-FR"/>
        </w:rPr>
      </w:pPr>
      <w:r w:rsidRPr="001C64D6">
        <w:rPr>
          <w:lang w:val="fr-FR"/>
        </w:rPr>
        <w:t>Orientation résultats et sens de la redevabilité.</w:t>
      </w:r>
    </w:p>
    <w:p w14:paraId="3694C0E3" w14:textId="77777777" w:rsidR="00DB1F65" w:rsidRPr="001C64D6" w:rsidRDefault="00C97A70" w:rsidP="00FB3169">
      <w:pPr>
        <w:pStyle w:val="Listepuces"/>
        <w:spacing w:after="0" w:line="240" w:lineRule="auto"/>
        <w:ind w:left="317" w:hanging="173"/>
        <w:rPr>
          <w:lang w:val="fr-FR"/>
        </w:rPr>
      </w:pPr>
      <w:r w:rsidRPr="001C64D6">
        <w:rPr>
          <w:lang w:val="fr-FR"/>
        </w:rPr>
        <w:t>Esprit d’équipe, respect et capacité à construire des relations de travail de confiance.</w:t>
      </w:r>
    </w:p>
    <w:p w14:paraId="03B887FB" w14:textId="77777777" w:rsidR="00DB1F65" w:rsidRPr="001C64D6" w:rsidRDefault="00C97A70" w:rsidP="00FB3169">
      <w:pPr>
        <w:pStyle w:val="Listepuces"/>
        <w:spacing w:after="0" w:line="240" w:lineRule="auto"/>
        <w:ind w:left="317" w:hanging="173"/>
        <w:rPr>
          <w:lang w:val="fr-FR"/>
        </w:rPr>
      </w:pPr>
      <w:r w:rsidRPr="001C64D6">
        <w:rPr>
          <w:lang w:val="fr-FR"/>
        </w:rPr>
        <w:t>Autonomie, initiative et capacité à signaler les risques sans attendre.</w:t>
      </w:r>
    </w:p>
    <w:p w14:paraId="59454E8C" w14:textId="77777777" w:rsidR="00DB1F65" w:rsidRPr="001C64D6" w:rsidRDefault="00C97A70" w:rsidP="00FB3169">
      <w:pPr>
        <w:pStyle w:val="Listepuces"/>
        <w:spacing w:after="0" w:line="240" w:lineRule="auto"/>
        <w:ind w:left="317" w:hanging="173"/>
        <w:rPr>
          <w:lang w:val="fr-FR"/>
        </w:rPr>
      </w:pPr>
      <w:r w:rsidRPr="001C64D6">
        <w:rPr>
          <w:lang w:val="fr-FR"/>
        </w:rPr>
        <w:t>Respect de la diversité, de l’inclusion et de la dignité des bénéficiaires.</w:t>
      </w:r>
    </w:p>
    <w:p w14:paraId="52E32AB3" w14:textId="77777777" w:rsidR="00DB1F65" w:rsidRPr="001C64D6" w:rsidRDefault="00C97A70" w:rsidP="00FB3169">
      <w:pPr>
        <w:keepNext/>
        <w:spacing w:after="0" w:line="240" w:lineRule="auto"/>
        <w:rPr>
          <w:lang w:val="fr-FR"/>
        </w:rPr>
      </w:pPr>
      <w:r w:rsidRPr="001C64D6">
        <w:rPr>
          <w:b/>
          <w:color w:val="315BA5"/>
          <w:sz w:val="23"/>
          <w:lang w:val="fr-FR"/>
        </w:rPr>
        <w:t>7. RESPONSABILITÉS SPÉCIFIQUES DE SAUVEGARDE LIÉES AU POSTE</w:t>
      </w:r>
    </w:p>
    <w:p w14:paraId="6FE9E6B2" w14:textId="77777777" w:rsidR="00DB1F65" w:rsidRPr="001C64D6" w:rsidRDefault="00C97A70" w:rsidP="00FB3169">
      <w:pPr>
        <w:pStyle w:val="Listepuces"/>
        <w:spacing w:after="0" w:line="240" w:lineRule="auto"/>
        <w:ind w:left="317" w:hanging="173"/>
        <w:rPr>
          <w:lang w:val="fr-FR"/>
        </w:rPr>
      </w:pPr>
      <w:r w:rsidRPr="001C64D6">
        <w:rPr>
          <w:lang w:val="fr-FR"/>
        </w:rPr>
        <w:t>Intégrer les risques de sauvegarde et de PSEA/PEAS dans la préparation et le suivi des activités.</w:t>
      </w:r>
    </w:p>
    <w:p w14:paraId="7B443A6A" w14:textId="77777777" w:rsidR="00DB1F65" w:rsidRPr="001C64D6" w:rsidRDefault="00C97A70" w:rsidP="00FB3169">
      <w:pPr>
        <w:pStyle w:val="Listepuces"/>
        <w:spacing w:after="0" w:line="240" w:lineRule="auto"/>
        <w:ind w:left="317" w:hanging="173"/>
        <w:rPr>
          <w:lang w:val="fr-FR"/>
        </w:rPr>
      </w:pPr>
      <w:r w:rsidRPr="001C64D6">
        <w:rPr>
          <w:lang w:val="fr-FR"/>
        </w:rPr>
        <w:t>S’assurer que les personnes mobilisées sur les activités connaissent les règles de conduite et les mécanismes de signalement applicables.</w:t>
      </w:r>
    </w:p>
    <w:p w14:paraId="0381E92D" w14:textId="77777777" w:rsidR="00DB1F65" w:rsidRPr="001C64D6" w:rsidRDefault="00C97A70" w:rsidP="00FB3169">
      <w:pPr>
        <w:pStyle w:val="Listepuces"/>
        <w:spacing w:after="0" w:line="240" w:lineRule="auto"/>
        <w:ind w:left="317" w:hanging="173"/>
        <w:rPr>
          <w:lang w:val="fr-FR"/>
        </w:rPr>
      </w:pPr>
      <w:r w:rsidRPr="001C64D6">
        <w:rPr>
          <w:lang w:val="fr-FR"/>
        </w:rPr>
        <w:t>Veiller à ce que les risques identifiés soient portés sans délai à l’attention des responsables compétents.</w:t>
      </w:r>
    </w:p>
    <w:p w14:paraId="51822DA5" w14:textId="77777777" w:rsidR="002F5363" w:rsidRDefault="002F5363" w:rsidP="00FB3169">
      <w:pPr>
        <w:spacing w:after="0" w:line="240" w:lineRule="auto"/>
        <w:rPr>
          <w:b/>
          <w:color w:val="315BA5"/>
          <w:sz w:val="23"/>
          <w:lang w:val="fr-FR"/>
        </w:rPr>
      </w:pPr>
    </w:p>
    <w:p w14:paraId="29DB0FC8" w14:textId="4CD99050" w:rsidR="00DB1F65" w:rsidRPr="001C64D6" w:rsidRDefault="00C97A70" w:rsidP="00FB3169">
      <w:pPr>
        <w:spacing w:after="0" w:line="240" w:lineRule="auto"/>
        <w:rPr>
          <w:lang w:val="fr-FR"/>
        </w:rPr>
      </w:pPr>
      <w:r w:rsidRPr="001C64D6">
        <w:rPr>
          <w:b/>
          <w:color w:val="315BA5"/>
          <w:sz w:val="23"/>
          <w:lang w:val="fr-FR"/>
        </w:rPr>
        <w:t>EXIGENCE ÉTHIQUE, SAUVEGARDE ET PSEA/PEAS</w:t>
      </w:r>
    </w:p>
    <w:tbl>
      <w:tblPr>
        <w:tblW w:w="0" w:type="auto"/>
        <w:jc w:val="center"/>
        <w:tblLook w:val="04A0" w:firstRow="1" w:lastRow="0" w:firstColumn="1" w:lastColumn="0" w:noHBand="0" w:noVBand="1"/>
      </w:tblPr>
      <w:tblGrid>
        <w:gridCol w:w="10060"/>
      </w:tblGrid>
      <w:tr w:rsidR="00DB1F65" w:rsidRPr="00D76C59" w14:paraId="02D07925" w14:textId="77777777">
        <w:trPr>
          <w:jc w:val="center"/>
        </w:trPr>
        <w:tc>
          <w:tcPr>
            <w:tcW w:w="10080" w:type="dxa"/>
            <w:tcBorders>
              <w:top w:val="single" w:sz="8" w:space="0" w:color="ED6615"/>
              <w:left w:val="single" w:sz="8" w:space="0" w:color="ED6615"/>
              <w:bottom w:val="single" w:sz="8" w:space="0" w:color="ED6615"/>
              <w:right w:val="single" w:sz="8" w:space="0" w:color="ED6615"/>
            </w:tcBorders>
            <w:shd w:val="clear" w:color="auto" w:fill="FDF3EC"/>
            <w:vAlign w:val="center"/>
          </w:tcPr>
          <w:p w14:paraId="53F93A7B" w14:textId="77777777" w:rsidR="00DB1F65" w:rsidRPr="001C64D6" w:rsidRDefault="00C97A70" w:rsidP="00FB3169">
            <w:pPr>
              <w:spacing w:after="0" w:line="240" w:lineRule="auto"/>
              <w:rPr>
                <w:lang w:val="fr-FR"/>
              </w:rPr>
            </w:pPr>
            <w:r w:rsidRPr="001C64D6">
              <w:rPr>
                <w:b/>
                <w:sz w:val="19"/>
                <w:lang w:val="fr-FR"/>
              </w:rPr>
              <w:t>Le RéTEva applique une tolérance zéro à l’égard de toute exploitation ou abus sexuel, harcèlement sexuel, abus d’autorité, violence, maltraitance, négligence, exploitation ou atteinte à la dignité et à la sécurité des enfants et des autres bénéficiaires.</w:t>
            </w:r>
          </w:p>
          <w:p w14:paraId="1B455DD2" w14:textId="77777777" w:rsidR="00DB1F65" w:rsidRPr="001C64D6" w:rsidRDefault="00C97A70" w:rsidP="00FB3169">
            <w:pPr>
              <w:pStyle w:val="Listepuces"/>
              <w:spacing w:after="0" w:line="240" w:lineRule="auto"/>
              <w:ind w:left="288" w:hanging="173"/>
              <w:rPr>
                <w:lang w:val="fr-FR"/>
              </w:rPr>
            </w:pPr>
            <w:r w:rsidRPr="001C64D6">
              <w:rPr>
                <w:sz w:val="19"/>
                <w:lang w:val="fr-FR"/>
              </w:rPr>
              <w:t>Le/la titulaire doit respecter les règles de sauvegarde, de protection de l’enfant, de PSEA/PEAS, de confidentialité, de non-discrimination et de conduite professionnelle applicables au programme.</w:t>
            </w:r>
          </w:p>
          <w:p w14:paraId="4F2D12A9" w14:textId="77777777" w:rsidR="00DB1F65" w:rsidRPr="001C64D6" w:rsidRDefault="00C97A70" w:rsidP="00FB3169">
            <w:pPr>
              <w:pStyle w:val="Listepuces"/>
              <w:spacing w:after="0" w:line="240" w:lineRule="auto"/>
              <w:ind w:left="288" w:hanging="173"/>
              <w:rPr>
                <w:lang w:val="fr-FR"/>
              </w:rPr>
            </w:pPr>
            <w:r w:rsidRPr="001C64D6">
              <w:rPr>
                <w:sz w:val="19"/>
                <w:lang w:val="fr-FR"/>
              </w:rPr>
              <w:t>Il/elle doit signaler sans délai, par les mécanismes prévus, toute suspicion ou allégation portée à sa connaissance, sans mener d’investigation personnelle et en protégeant strictement la confidentialité.</w:t>
            </w:r>
          </w:p>
          <w:p w14:paraId="0F31C147" w14:textId="77777777" w:rsidR="00DB1F65" w:rsidRPr="001C64D6" w:rsidRDefault="00C97A70" w:rsidP="00FB3169">
            <w:pPr>
              <w:pStyle w:val="Listepuces"/>
              <w:spacing w:after="0" w:line="240" w:lineRule="auto"/>
              <w:ind w:left="288" w:hanging="173"/>
              <w:rPr>
                <w:lang w:val="fr-FR"/>
              </w:rPr>
            </w:pPr>
            <w:r w:rsidRPr="001C64D6">
              <w:rPr>
                <w:sz w:val="19"/>
                <w:lang w:val="fr-FR"/>
              </w:rPr>
              <w:t>La signature du Code de conduite, les vérifications de références autorisées et la participation aux formations obligatoires de sauvegarde/PSEA constituent des conditions de recrutement et de maintien dans l’équipe.</w:t>
            </w:r>
          </w:p>
        </w:tc>
      </w:tr>
    </w:tbl>
    <w:p w14:paraId="12C42456" w14:textId="77777777" w:rsidR="00DB1F65" w:rsidRPr="001C64D6" w:rsidRDefault="00DB1F65" w:rsidP="00FB3169">
      <w:pPr>
        <w:spacing w:after="0" w:line="240" w:lineRule="auto"/>
        <w:rPr>
          <w:lang w:val="fr-FR"/>
        </w:rPr>
      </w:pPr>
    </w:p>
    <w:p w14:paraId="09B2AAF3" w14:textId="77777777" w:rsidR="00DB1F65" w:rsidRDefault="00C97A70" w:rsidP="00FB3169">
      <w:pPr>
        <w:keepNext/>
        <w:spacing w:after="0" w:line="240" w:lineRule="auto"/>
      </w:pPr>
      <w:r>
        <w:rPr>
          <w:b/>
          <w:color w:val="315BA5"/>
          <w:sz w:val="23"/>
        </w:rPr>
        <w:t>8. INDICATEURS INDICATIFS DE PERFORMANCE</w:t>
      </w:r>
    </w:p>
    <w:p w14:paraId="2654DD22" w14:textId="77777777" w:rsidR="00DB1F65" w:rsidRPr="001C64D6" w:rsidRDefault="00C97A70" w:rsidP="00FB3169">
      <w:pPr>
        <w:pStyle w:val="Listepuces"/>
        <w:spacing w:after="0" w:line="240" w:lineRule="auto"/>
        <w:ind w:left="317" w:hanging="173"/>
        <w:rPr>
          <w:lang w:val="fr-FR"/>
        </w:rPr>
      </w:pPr>
      <w:r w:rsidRPr="001C64D6">
        <w:rPr>
          <w:lang w:val="fr-FR"/>
        </w:rPr>
        <w:t>Respect des délais et taux de réalisation des activités planifiées.</w:t>
      </w:r>
    </w:p>
    <w:p w14:paraId="20B42550" w14:textId="77777777" w:rsidR="00DB1F65" w:rsidRPr="001C64D6" w:rsidRDefault="00C97A70" w:rsidP="00FB3169">
      <w:pPr>
        <w:pStyle w:val="Listepuces"/>
        <w:spacing w:after="0" w:line="240" w:lineRule="auto"/>
        <w:ind w:left="317" w:hanging="173"/>
        <w:rPr>
          <w:lang w:val="fr-FR"/>
        </w:rPr>
      </w:pPr>
      <w:r w:rsidRPr="001C64D6">
        <w:rPr>
          <w:lang w:val="fr-FR"/>
        </w:rPr>
        <w:t>Fiabilité et actualisation du tableau de bord.</w:t>
      </w:r>
    </w:p>
    <w:p w14:paraId="3A083E3D" w14:textId="77777777" w:rsidR="00DB1F65" w:rsidRPr="001C64D6" w:rsidRDefault="00C97A70" w:rsidP="00FB3169">
      <w:pPr>
        <w:pStyle w:val="Listepuces"/>
        <w:spacing w:after="0" w:line="240" w:lineRule="auto"/>
        <w:ind w:left="317" w:hanging="173"/>
        <w:rPr>
          <w:lang w:val="fr-FR"/>
        </w:rPr>
      </w:pPr>
      <w:r w:rsidRPr="001C64D6">
        <w:rPr>
          <w:lang w:val="fr-FR"/>
        </w:rPr>
        <w:t>Qualité et ponctualité des rapports et comptes rendus.</w:t>
      </w:r>
    </w:p>
    <w:p w14:paraId="69486B45" w14:textId="77777777" w:rsidR="00DB1F65" w:rsidRPr="001C64D6" w:rsidRDefault="00C97A70" w:rsidP="00FB3169">
      <w:pPr>
        <w:pStyle w:val="Listepuces"/>
        <w:spacing w:after="0" w:line="240" w:lineRule="auto"/>
        <w:ind w:left="317" w:hanging="173"/>
        <w:rPr>
          <w:lang w:val="fr-FR"/>
        </w:rPr>
      </w:pPr>
      <w:r w:rsidRPr="001C64D6">
        <w:rPr>
          <w:lang w:val="fr-FR"/>
        </w:rPr>
        <w:t>Délai de remontée et de traitement des alertes.</w:t>
      </w:r>
    </w:p>
    <w:p w14:paraId="1A48305A" w14:textId="77777777" w:rsidR="00DB1F65" w:rsidRDefault="00C97A70" w:rsidP="00FB3169">
      <w:pPr>
        <w:pStyle w:val="Listepuces"/>
        <w:spacing w:after="0" w:line="240" w:lineRule="auto"/>
        <w:ind w:left="317" w:hanging="173"/>
        <w:rPr>
          <w:lang w:val="fr-FR"/>
        </w:rPr>
      </w:pPr>
      <w:r w:rsidRPr="001C64D6">
        <w:rPr>
          <w:lang w:val="fr-FR"/>
        </w:rPr>
        <w:t>Qualité du classement et de la traçabilité des dossiers.</w:t>
      </w:r>
    </w:p>
    <w:p w14:paraId="01F99F40" w14:textId="77777777" w:rsidR="001B16B7" w:rsidRDefault="001B16B7" w:rsidP="00FB3169">
      <w:pPr>
        <w:spacing w:after="0" w:line="240" w:lineRule="auto"/>
        <w:rPr>
          <w:b/>
          <w:color w:val="ED6615"/>
          <w:sz w:val="20"/>
          <w:lang w:val="fr-FR"/>
        </w:rPr>
      </w:pPr>
    </w:p>
    <w:p w14:paraId="0BA6C820" w14:textId="1C9E5A44" w:rsidR="00987139" w:rsidRPr="001C64D6" w:rsidRDefault="00987139" w:rsidP="00FB3169">
      <w:pPr>
        <w:spacing w:after="0" w:line="240" w:lineRule="auto"/>
        <w:rPr>
          <w:lang w:val="fr-FR"/>
        </w:rPr>
      </w:pPr>
      <w:r w:rsidRPr="001C64D6">
        <w:rPr>
          <w:b/>
          <w:color w:val="ED6615"/>
          <w:sz w:val="20"/>
          <w:lang w:val="fr-FR"/>
        </w:rPr>
        <w:t>DOSSIER DE CANDIDATURE À TRANSMETTRE EN UN SEUL ENVOI :</w:t>
      </w:r>
    </w:p>
    <w:p w14:paraId="185821DC" w14:textId="77777777" w:rsidR="00987139" w:rsidRPr="001C64D6" w:rsidRDefault="00987139" w:rsidP="00FB3169">
      <w:pPr>
        <w:pStyle w:val="Listepuces"/>
        <w:spacing w:after="0" w:line="240" w:lineRule="auto"/>
        <w:ind w:left="317" w:hanging="173"/>
        <w:rPr>
          <w:lang w:val="fr-FR"/>
        </w:rPr>
      </w:pPr>
      <w:r w:rsidRPr="001C64D6">
        <w:rPr>
          <w:color w:val="222222"/>
          <w:sz w:val="19"/>
          <w:lang w:val="fr-FR"/>
        </w:rPr>
        <w:t>Lettre de motivation d’une page maximum, précisant le poste sollicité.</w:t>
      </w:r>
    </w:p>
    <w:p w14:paraId="0817AB2C" w14:textId="77777777" w:rsidR="00987139" w:rsidRPr="001C64D6" w:rsidRDefault="00987139" w:rsidP="00FB3169">
      <w:pPr>
        <w:pStyle w:val="Listepuces"/>
        <w:spacing w:after="0" w:line="240" w:lineRule="auto"/>
        <w:ind w:left="317" w:hanging="173"/>
        <w:rPr>
          <w:lang w:val="fr-FR"/>
        </w:rPr>
      </w:pPr>
      <w:r w:rsidRPr="001C64D6">
        <w:rPr>
          <w:color w:val="222222"/>
          <w:sz w:val="19"/>
          <w:lang w:val="fr-FR"/>
        </w:rPr>
        <w:t>CV établi selon le canevas correspondant au poste, quatre pages maximum.</w:t>
      </w:r>
    </w:p>
    <w:p w14:paraId="0F0E7DF2" w14:textId="77777777" w:rsidR="00987139" w:rsidRPr="001C64D6" w:rsidRDefault="00987139" w:rsidP="00FB3169">
      <w:pPr>
        <w:pStyle w:val="Listepuces"/>
        <w:spacing w:after="0" w:line="240" w:lineRule="auto"/>
        <w:ind w:left="317" w:hanging="173"/>
        <w:rPr>
          <w:lang w:val="fr-FR"/>
        </w:rPr>
      </w:pPr>
      <w:r w:rsidRPr="001C64D6">
        <w:rPr>
          <w:color w:val="222222"/>
          <w:sz w:val="19"/>
          <w:lang w:val="fr-FR"/>
        </w:rPr>
        <w:t>Copies des diplômes et des attestations ou certificats pertinents.</w:t>
      </w:r>
    </w:p>
    <w:p w14:paraId="3A0260EA" w14:textId="77777777" w:rsidR="00987139" w:rsidRPr="001C64D6" w:rsidRDefault="00987139" w:rsidP="00FB3169">
      <w:pPr>
        <w:pStyle w:val="Listepuces"/>
        <w:spacing w:after="0" w:line="240" w:lineRule="auto"/>
        <w:ind w:left="317" w:hanging="173"/>
        <w:rPr>
          <w:lang w:val="fr-FR"/>
        </w:rPr>
      </w:pPr>
      <w:r w:rsidRPr="001C64D6">
        <w:rPr>
          <w:color w:val="222222"/>
          <w:sz w:val="19"/>
          <w:lang w:val="fr-FR"/>
        </w:rPr>
        <w:t>Justificatifs des expériences professionnelles pertinentes disponibles.</w:t>
      </w:r>
    </w:p>
    <w:p w14:paraId="084CCD19" w14:textId="77777777" w:rsidR="00987139" w:rsidRPr="001B16B7" w:rsidRDefault="00987139" w:rsidP="00FB3169">
      <w:pPr>
        <w:pStyle w:val="Listepuces"/>
        <w:spacing w:after="0" w:line="240" w:lineRule="auto"/>
        <w:ind w:left="317" w:hanging="173"/>
        <w:rPr>
          <w:lang w:val="fr-FR"/>
        </w:rPr>
      </w:pPr>
      <w:r w:rsidRPr="001C64D6">
        <w:rPr>
          <w:color w:val="222222"/>
          <w:sz w:val="19"/>
          <w:lang w:val="fr-FR"/>
        </w:rPr>
        <w:t>Coordonnées de deux références professionnelles pouvant être contactées par le jury.</w:t>
      </w:r>
    </w:p>
    <w:p w14:paraId="384579C4" w14:textId="77777777" w:rsidR="001B16B7" w:rsidRPr="001C64D6" w:rsidRDefault="001B16B7" w:rsidP="00FB3169">
      <w:pPr>
        <w:pStyle w:val="Listepuces"/>
        <w:numPr>
          <w:ilvl w:val="0"/>
          <w:numId w:val="0"/>
        </w:numPr>
        <w:spacing w:after="0" w:line="240" w:lineRule="auto"/>
        <w:ind w:left="317"/>
        <w:rPr>
          <w:lang w:val="fr-FR"/>
        </w:rPr>
      </w:pPr>
    </w:p>
    <w:tbl>
      <w:tblPr>
        <w:tblW w:w="0" w:type="auto"/>
        <w:jc w:val="center"/>
        <w:tblLook w:val="04A0" w:firstRow="1" w:lastRow="0" w:firstColumn="1" w:lastColumn="0" w:noHBand="0" w:noVBand="1"/>
      </w:tblPr>
      <w:tblGrid>
        <w:gridCol w:w="10060"/>
      </w:tblGrid>
      <w:tr w:rsidR="00987139" w:rsidRPr="00D76C59" w14:paraId="0D096EFA" w14:textId="77777777" w:rsidTr="00F57121">
        <w:trPr>
          <w:jc w:val="center"/>
        </w:trPr>
        <w:tc>
          <w:tcPr>
            <w:tcW w:w="10080" w:type="dxa"/>
            <w:tcBorders>
              <w:top w:val="single" w:sz="8" w:space="0" w:color="ED6615"/>
              <w:left w:val="single" w:sz="8" w:space="0" w:color="ED6615"/>
              <w:bottom w:val="single" w:sz="8" w:space="0" w:color="ED6615"/>
              <w:right w:val="single" w:sz="8" w:space="0" w:color="ED6615"/>
            </w:tcBorders>
            <w:shd w:val="clear" w:color="auto" w:fill="FCE9DC"/>
            <w:tcMar>
              <w:top w:w="100" w:type="dxa"/>
              <w:left w:w="110" w:type="dxa"/>
              <w:bottom w:w="100" w:type="dxa"/>
              <w:right w:w="110" w:type="dxa"/>
            </w:tcMar>
            <w:vAlign w:val="center"/>
          </w:tcPr>
          <w:p w14:paraId="0564F4A1" w14:textId="77777777" w:rsidR="00987139" w:rsidRPr="001C64D6" w:rsidRDefault="00987139" w:rsidP="00FB3169">
            <w:pPr>
              <w:spacing w:after="0" w:line="240" w:lineRule="auto"/>
              <w:jc w:val="center"/>
              <w:rPr>
                <w:lang w:val="fr-FR"/>
              </w:rPr>
            </w:pPr>
            <w:r w:rsidRPr="001C64D6">
              <w:rPr>
                <w:b/>
                <w:color w:val="ED6615"/>
                <w:sz w:val="22"/>
                <w:lang w:val="fr-FR"/>
              </w:rPr>
              <w:t>TOUT DOSSIER INCOMPLET NE SERA PAS TRAITÉ.</w:t>
            </w:r>
          </w:p>
        </w:tc>
      </w:tr>
    </w:tbl>
    <w:p w14:paraId="3DF31FEC" w14:textId="77777777" w:rsidR="00987139" w:rsidRPr="001C64D6" w:rsidRDefault="00987139" w:rsidP="00FB3169">
      <w:pPr>
        <w:spacing w:after="0" w:line="240" w:lineRule="auto"/>
        <w:rPr>
          <w:lang w:val="fr-FR"/>
        </w:rPr>
      </w:pPr>
      <w:r w:rsidRPr="001C64D6">
        <w:rPr>
          <w:i/>
          <w:color w:val="666666"/>
          <w:sz w:val="18"/>
          <w:lang w:val="fr-FR"/>
        </w:rPr>
        <w:t>Les candidatures sont examinées sur la base des exigences du poste, des expériences vérifiables, de l’intégrité professionnelle et de l’adhésion aux principes de sauvegarde et de PSEA/PEAS.</w:t>
      </w:r>
    </w:p>
    <w:p w14:paraId="5E73B0F4" w14:textId="331C75EE" w:rsidR="00DB1F65" w:rsidRDefault="00987139" w:rsidP="00FB3169">
      <w:pPr>
        <w:spacing w:after="0" w:line="240" w:lineRule="auto"/>
        <w:rPr>
          <w:lang w:val="fr-FR"/>
        </w:rPr>
      </w:pPr>
      <w:r w:rsidRPr="001C64D6">
        <w:rPr>
          <w:lang w:val="fr-FR"/>
        </w:rPr>
        <w:br w:type="page"/>
      </w:r>
    </w:p>
    <w:p w14:paraId="1CF96710" w14:textId="20EAD632" w:rsidR="00DB1F65" w:rsidRPr="001C64D6" w:rsidRDefault="00DB1F65" w:rsidP="00FB3169">
      <w:pPr>
        <w:spacing w:after="0" w:line="240" w:lineRule="auto"/>
        <w:rPr>
          <w:lang w:val="fr-FR"/>
        </w:rPr>
      </w:pPr>
    </w:p>
    <w:tbl>
      <w:tblPr>
        <w:tblW w:w="0" w:type="auto"/>
        <w:jc w:val="center"/>
        <w:tblLook w:val="04A0" w:firstRow="1" w:lastRow="0" w:firstColumn="1" w:lastColumn="0" w:noHBand="0" w:noVBand="1"/>
      </w:tblPr>
      <w:tblGrid>
        <w:gridCol w:w="10080"/>
      </w:tblGrid>
      <w:tr w:rsidR="00DB1F65" w:rsidRPr="00D76C59" w14:paraId="694903FB" w14:textId="77777777">
        <w:trPr>
          <w:jc w:val="center"/>
        </w:trPr>
        <w:tc>
          <w:tcPr>
            <w:tcW w:w="10080" w:type="dxa"/>
            <w:shd w:val="clear" w:color="auto" w:fill="ED6615"/>
            <w:tcMar>
              <w:top w:w="100" w:type="dxa"/>
              <w:left w:w="100" w:type="dxa"/>
              <w:bottom w:w="100" w:type="dxa"/>
              <w:right w:w="100" w:type="dxa"/>
            </w:tcMar>
            <w:vAlign w:val="center"/>
          </w:tcPr>
          <w:p w14:paraId="26F39287" w14:textId="515DE86A" w:rsidR="00DB1F65" w:rsidRPr="001C64D6" w:rsidRDefault="00C97A70" w:rsidP="00FB3169">
            <w:pPr>
              <w:spacing w:after="0" w:line="240" w:lineRule="auto"/>
              <w:jc w:val="center"/>
              <w:rPr>
                <w:lang w:val="fr-FR"/>
              </w:rPr>
            </w:pPr>
            <w:r w:rsidRPr="001C64D6">
              <w:rPr>
                <w:b/>
                <w:color w:val="FFFFFF"/>
                <w:sz w:val="32"/>
                <w:lang w:val="fr-FR"/>
              </w:rPr>
              <w:t>CANEVAS DE CV STANDARDISÉS</w:t>
            </w:r>
          </w:p>
        </w:tc>
      </w:tr>
    </w:tbl>
    <w:p w14:paraId="312AA434" w14:textId="77777777" w:rsidR="00DB1F65" w:rsidRPr="001C64D6" w:rsidRDefault="00C97A70" w:rsidP="00FB3169">
      <w:pPr>
        <w:spacing w:after="0" w:line="240" w:lineRule="auto"/>
        <w:jc w:val="center"/>
        <w:rPr>
          <w:lang w:val="fr-FR"/>
        </w:rPr>
      </w:pPr>
      <w:r w:rsidRPr="001C64D6">
        <w:rPr>
          <w:i/>
          <w:color w:val="315BA5"/>
          <w:sz w:val="20"/>
          <w:lang w:val="fr-FR"/>
        </w:rPr>
        <w:t>Canevas conçus pour faciliter une comparaison rapide, équitable et documentée des candidatures par le jury.</w:t>
      </w:r>
    </w:p>
    <w:p w14:paraId="52E7BAD6" w14:textId="77777777" w:rsidR="00C10FA0" w:rsidRPr="00D76C59" w:rsidRDefault="00C10FA0" w:rsidP="00FB3169">
      <w:pPr>
        <w:keepNext/>
        <w:spacing w:after="0" w:line="240" w:lineRule="auto"/>
        <w:rPr>
          <w:b/>
          <w:color w:val="315BA5"/>
          <w:sz w:val="20"/>
          <w:szCs w:val="16"/>
          <w:lang w:val="fr-FR"/>
        </w:rPr>
      </w:pPr>
    </w:p>
    <w:p w14:paraId="4BEA2792" w14:textId="6C27EE24" w:rsidR="00DB1F65" w:rsidRDefault="00C97A70" w:rsidP="00FB3169">
      <w:pPr>
        <w:keepNext/>
        <w:spacing w:after="0" w:line="240" w:lineRule="auto"/>
      </w:pPr>
      <w:r>
        <w:rPr>
          <w:b/>
          <w:color w:val="315BA5"/>
          <w:sz w:val="25"/>
        </w:rPr>
        <w:t>INSTRUCTIONS COMMUNES AUX CANDIDATS</w:t>
      </w:r>
    </w:p>
    <w:p w14:paraId="70FCED38" w14:textId="77777777" w:rsidR="00DB1F65" w:rsidRPr="001C64D6" w:rsidRDefault="00C97A70" w:rsidP="00FB3169">
      <w:pPr>
        <w:pStyle w:val="Listepuces"/>
        <w:spacing w:after="0" w:line="240" w:lineRule="auto"/>
        <w:ind w:left="317" w:hanging="173"/>
        <w:rPr>
          <w:lang w:val="fr-FR"/>
        </w:rPr>
      </w:pPr>
      <w:r w:rsidRPr="001C64D6">
        <w:rPr>
          <w:sz w:val="19"/>
          <w:lang w:val="fr-FR"/>
        </w:rPr>
        <w:t>Utiliser uniquement le canevas correspondant au poste sollicité et conserver l’ordre des rubriques.</w:t>
      </w:r>
    </w:p>
    <w:p w14:paraId="32256DBD" w14:textId="77777777" w:rsidR="00DB1F65" w:rsidRPr="001C64D6" w:rsidRDefault="00C97A70" w:rsidP="00FB3169">
      <w:pPr>
        <w:pStyle w:val="Listepuces"/>
        <w:spacing w:after="0" w:line="240" w:lineRule="auto"/>
        <w:ind w:left="317" w:hanging="173"/>
        <w:rPr>
          <w:lang w:val="fr-FR"/>
        </w:rPr>
      </w:pPr>
      <w:r w:rsidRPr="001C64D6">
        <w:rPr>
          <w:sz w:val="19"/>
          <w:lang w:val="fr-FR"/>
        </w:rPr>
        <w:t>Limiter le CV à quatre pages maximum ; privilégier les informations directement liées au poste.</w:t>
      </w:r>
    </w:p>
    <w:p w14:paraId="60EFB0D1" w14:textId="77777777" w:rsidR="00DB1F65" w:rsidRPr="001C64D6" w:rsidRDefault="00C97A70" w:rsidP="00FB3169">
      <w:pPr>
        <w:pStyle w:val="Listepuces"/>
        <w:spacing w:after="0" w:line="240" w:lineRule="auto"/>
        <w:ind w:left="317" w:hanging="173"/>
        <w:rPr>
          <w:lang w:val="fr-FR"/>
        </w:rPr>
      </w:pPr>
      <w:r w:rsidRPr="001C64D6">
        <w:rPr>
          <w:sz w:val="19"/>
          <w:lang w:val="fr-FR"/>
        </w:rPr>
        <w:t>Présenter les expériences de la plus récente à la plus ancienne et indiquer les mois et années.</w:t>
      </w:r>
    </w:p>
    <w:p w14:paraId="665F34DD" w14:textId="77777777" w:rsidR="00DB1F65" w:rsidRPr="001C64D6" w:rsidRDefault="00C97A70" w:rsidP="00FB3169">
      <w:pPr>
        <w:pStyle w:val="Listepuces"/>
        <w:spacing w:after="0" w:line="240" w:lineRule="auto"/>
        <w:ind w:left="317" w:hanging="173"/>
        <w:rPr>
          <w:lang w:val="fr-FR"/>
        </w:rPr>
      </w:pPr>
      <w:r w:rsidRPr="001C64D6">
        <w:rPr>
          <w:sz w:val="19"/>
          <w:lang w:val="fr-FR"/>
        </w:rPr>
        <w:t>Décrire des résultats ou réalisations vérifiables plutôt que des formulations générales.</w:t>
      </w:r>
    </w:p>
    <w:p w14:paraId="6D7BF48C" w14:textId="77777777" w:rsidR="00DB1F65" w:rsidRPr="001C64D6" w:rsidRDefault="00C97A70" w:rsidP="00FB3169">
      <w:pPr>
        <w:pStyle w:val="Listepuces"/>
        <w:spacing w:after="0" w:line="240" w:lineRule="auto"/>
        <w:ind w:left="317" w:hanging="173"/>
        <w:rPr>
          <w:lang w:val="fr-FR"/>
        </w:rPr>
      </w:pPr>
      <w:r w:rsidRPr="001C64D6">
        <w:rPr>
          <w:sz w:val="19"/>
          <w:lang w:val="fr-FR"/>
        </w:rPr>
        <w:t>Ne déclarer que les diplômes, expériences, outils et compétences pouvant être justifiés en cas de demande.</w:t>
      </w:r>
    </w:p>
    <w:p w14:paraId="47619F23" w14:textId="77777777" w:rsidR="00DB1F65" w:rsidRPr="001C64D6" w:rsidRDefault="00C97A70" w:rsidP="00FB3169">
      <w:pPr>
        <w:pStyle w:val="Listepuces"/>
        <w:spacing w:after="0" w:line="240" w:lineRule="auto"/>
        <w:ind w:left="317" w:hanging="173"/>
        <w:rPr>
          <w:lang w:val="fr-FR"/>
        </w:rPr>
      </w:pPr>
      <w:r w:rsidRPr="001C64D6">
        <w:rPr>
          <w:sz w:val="19"/>
          <w:lang w:val="fr-FR"/>
        </w:rPr>
        <w:t>Une même personne peut candidater à plusieurs postes, mais doit transmettre un dossier distinct et un CV adapté à chaque poste.</w:t>
      </w:r>
    </w:p>
    <w:p w14:paraId="0722DA5C" w14:textId="77777777" w:rsidR="00DB1F65" w:rsidRPr="001C64D6" w:rsidRDefault="00C97A70" w:rsidP="00FB3169">
      <w:pPr>
        <w:spacing w:after="0" w:line="240" w:lineRule="auto"/>
        <w:rPr>
          <w:lang w:val="fr-FR"/>
        </w:rPr>
      </w:pPr>
      <w:r w:rsidRPr="001C64D6">
        <w:rPr>
          <w:b/>
          <w:color w:val="ED6615"/>
          <w:sz w:val="19"/>
          <w:lang w:val="fr-FR"/>
        </w:rPr>
        <w:t>RAPPEL : tout dossier incomplet ne sera pas traité.</w:t>
      </w:r>
    </w:p>
    <w:p w14:paraId="5F1FAA53" w14:textId="09292578" w:rsidR="00DB1F65" w:rsidRPr="001C64D6" w:rsidRDefault="00DB1F65" w:rsidP="00FB3169">
      <w:pPr>
        <w:spacing w:after="0" w:line="240" w:lineRule="auto"/>
        <w:rPr>
          <w:lang w:val="fr-FR"/>
        </w:rPr>
      </w:pPr>
    </w:p>
    <w:tbl>
      <w:tblPr>
        <w:tblW w:w="0" w:type="auto"/>
        <w:jc w:val="center"/>
        <w:tblLook w:val="04A0" w:firstRow="1" w:lastRow="0" w:firstColumn="1" w:lastColumn="0" w:noHBand="0" w:noVBand="1"/>
      </w:tblPr>
      <w:tblGrid>
        <w:gridCol w:w="10080"/>
      </w:tblGrid>
      <w:tr w:rsidR="00DB1F65" w:rsidRPr="00D76C59" w14:paraId="1EA77222" w14:textId="77777777">
        <w:trPr>
          <w:jc w:val="center"/>
        </w:trPr>
        <w:tc>
          <w:tcPr>
            <w:tcW w:w="10080" w:type="dxa"/>
            <w:shd w:val="clear" w:color="auto" w:fill="315BA5"/>
            <w:tcMar>
              <w:top w:w="100" w:type="dxa"/>
              <w:left w:w="100" w:type="dxa"/>
              <w:bottom w:w="100" w:type="dxa"/>
              <w:right w:w="100" w:type="dxa"/>
            </w:tcMar>
            <w:vAlign w:val="center"/>
          </w:tcPr>
          <w:p w14:paraId="5CD6271D" w14:textId="77777777" w:rsidR="00DB1F65" w:rsidRPr="001C64D6" w:rsidRDefault="00C97A70" w:rsidP="00FB3169">
            <w:pPr>
              <w:spacing w:after="0" w:line="240" w:lineRule="auto"/>
              <w:jc w:val="center"/>
              <w:rPr>
                <w:lang w:val="fr-FR"/>
              </w:rPr>
            </w:pPr>
            <w:r w:rsidRPr="001C64D6">
              <w:rPr>
                <w:b/>
                <w:color w:val="FFFFFF"/>
                <w:sz w:val="30"/>
                <w:lang w:val="fr-FR"/>
              </w:rPr>
              <w:t>CANEVAS DE CV N° 1 – ASSISTANT(E) GESTIONNAIRE DE PROJETS</w:t>
            </w:r>
          </w:p>
        </w:tc>
      </w:tr>
    </w:tbl>
    <w:p w14:paraId="18D239BA" w14:textId="77777777" w:rsidR="00DB1F65" w:rsidRPr="001C64D6" w:rsidRDefault="00C97A70" w:rsidP="00FB3169">
      <w:pPr>
        <w:spacing w:after="0" w:line="240" w:lineRule="auto"/>
        <w:jc w:val="center"/>
        <w:rPr>
          <w:lang w:val="fr-FR"/>
        </w:rPr>
      </w:pPr>
      <w:r w:rsidRPr="001C64D6">
        <w:rPr>
          <w:i/>
          <w:color w:val="ED6615"/>
          <w:sz w:val="19"/>
          <w:lang w:val="fr-FR"/>
        </w:rPr>
        <w:t>À utiliser obligatoirement pour la candidature – maximum 4 pages</w:t>
      </w:r>
    </w:p>
    <w:p w14:paraId="53FD50F6" w14:textId="77777777" w:rsidR="00DB1F65" w:rsidRDefault="00C97A70" w:rsidP="00FB3169">
      <w:pPr>
        <w:keepNext/>
        <w:spacing w:after="0" w:line="240" w:lineRule="auto"/>
      </w:pPr>
      <w:r>
        <w:rPr>
          <w:b/>
          <w:color w:val="315BA5"/>
          <w:sz w:val="25"/>
        </w:rPr>
        <w:t>1. IDENTIFICATION ET DISPONIBILITÉ</w:t>
      </w:r>
    </w:p>
    <w:tbl>
      <w:tblPr>
        <w:tblW w:w="0" w:type="auto"/>
        <w:jc w:val="center"/>
        <w:tblLayout w:type="fixed"/>
        <w:tblLook w:val="04A0" w:firstRow="1" w:lastRow="0" w:firstColumn="1" w:lastColumn="0" w:noHBand="0" w:noVBand="1"/>
      </w:tblPr>
      <w:tblGrid>
        <w:gridCol w:w="3024"/>
        <w:gridCol w:w="6480"/>
      </w:tblGrid>
      <w:tr w:rsidR="00DB1F65" w14:paraId="54C64BF6"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3817D6A4" w14:textId="77777777" w:rsidR="00DB1F65" w:rsidRDefault="00C97A70" w:rsidP="00FB3169">
            <w:pPr>
              <w:spacing w:after="0" w:line="240" w:lineRule="auto"/>
            </w:pPr>
            <w:r>
              <w:rPr>
                <w:b/>
                <w:color w:val="315BA5"/>
                <w:sz w:val="18"/>
              </w:rPr>
              <w:t>Nom et prénoms</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592334A" w14:textId="77777777" w:rsidR="00DB1F65" w:rsidRDefault="00C97A70" w:rsidP="00FB3169">
            <w:pPr>
              <w:spacing w:after="0" w:line="240" w:lineRule="auto"/>
            </w:pPr>
            <w:r>
              <w:rPr>
                <w:i/>
                <w:color w:val="777777"/>
                <w:sz w:val="18"/>
              </w:rPr>
              <w:t>[À compléter]</w:t>
            </w:r>
          </w:p>
        </w:tc>
      </w:tr>
      <w:tr w:rsidR="00DB1F65" w14:paraId="5EFA23CC"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65D1167" w14:textId="77777777" w:rsidR="00DB1F65" w:rsidRDefault="00C97A70" w:rsidP="00FB3169">
            <w:pPr>
              <w:spacing w:after="0" w:line="240" w:lineRule="auto"/>
            </w:pPr>
            <w:r>
              <w:rPr>
                <w:b/>
                <w:color w:val="315BA5"/>
                <w:sz w:val="18"/>
              </w:rPr>
              <w:t>Téléphone / WhatsApp</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B7191FB" w14:textId="77777777" w:rsidR="00DB1F65" w:rsidRDefault="00C97A70" w:rsidP="00FB3169">
            <w:pPr>
              <w:spacing w:after="0" w:line="240" w:lineRule="auto"/>
            </w:pPr>
            <w:r>
              <w:rPr>
                <w:i/>
                <w:color w:val="777777"/>
                <w:sz w:val="18"/>
              </w:rPr>
              <w:t>[À compléter]</w:t>
            </w:r>
          </w:p>
        </w:tc>
      </w:tr>
      <w:tr w:rsidR="00DB1F65" w14:paraId="0C41AF1D"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3D3C2C3D" w14:textId="77777777" w:rsidR="00DB1F65" w:rsidRDefault="00C97A70" w:rsidP="00FB3169">
            <w:pPr>
              <w:spacing w:after="0" w:line="240" w:lineRule="auto"/>
            </w:pPr>
            <w:r>
              <w:rPr>
                <w:b/>
                <w:color w:val="315BA5"/>
                <w:sz w:val="18"/>
              </w:rPr>
              <w:t>Adresse e-mail</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87A05EA" w14:textId="77777777" w:rsidR="00DB1F65" w:rsidRDefault="00C97A70" w:rsidP="00FB3169">
            <w:pPr>
              <w:spacing w:after="0" w:line="240" w:lineRule="auto"/>
            </w:pPr>
            <w:r>
              <w:rPr>
                <w:i/>
                <w:color w:val="777777"/>
                <w:sz w:val="18"/>
              </w:rPr>
              <w:t>[À compléter]</w:t>
            </w:r>
          </w:p>
        </w:tc>
      </w:tr>
      <w:tr w:rsidR="00DB1F65" w14:paraId="3D652C5E"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4EE79B7D" w14:textId="77777777" w:rsidR="00DB1F65" w:rsidRDefault="00C97A70" w:rsidP="00FB3169">
            <w:pPr>
              <w:spacing w:after="0" w:line="240" w:lineRule="auto"/>
            </w:pPr>
            <w:r>
              <w:rPr>
                <w:b/>
                <w:color w:val="315BA5"/>
                <w:sz w:val="18"/>
              </w:rPr>
              <w:t>Lieu de résidence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644EDD8" w14:textId="77777777" w:rsidR="00DB1F65" w:rsidRDefault="00C97A70" w:rsidP="00FB3169">
            <w:pPr>
              <w:spacing w:after="0" w:line="240" w:lineRule="auto"/>
            </w:pPr>
            <w:r>
              <w:rPr>
                <w:i/>
                <w:color w:val="777777"/>
                <w:sz w:val="18"/>
              </w:rPr>
              <w:t>[Ville / préfecture / pays]</w:t>
            </w:r>
          </w:p>
        </w:tc>
      </w:tr>
      <w:tr w:rsidR="00DB1F65" w14:paraId="0ED4162F"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6D63F520" w14:textId="77777777" w:rsidR="00DB1F65" w:rsidRDefault="00C97A70" w:rsidP="00FB3169">
            <w:pPr>
              <w:spacing w:after="0" w:line="240" w:lineRule="auto"/>
            </w:pPr>
            <w:r>
              <w:rPr>
                <w:b/>
                <w:color w:val="315BA5"/>
                <w:sz w:val="18"/>
              </w:rPr>
              <w:t>Nationalité</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EBFCACE" w14:textId="77777777" w:rsidR="00DB1F65" w:rsidRDefault="00C97A70" w:rsidP="00FB3169">
            <w:pPr>
              <w:spacing w:after="0" w:line="240" w:lineRule="auto"/>
            </w:pPr>
            <w:r>
              <w:rPr>
                <w:i/>
                <w:color w:val="777777"/>
                <w:sz w:val="18"/>
              </w:rPr>
              <w:t>[À compléter]</w:t>
            </w:r>
          </w:p>
        </w:tc>
      </w:tr>
      <w:tr w:rsidR="00DB1F65" w14:paraId="27DD1CE4"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7963B847" w14:textId="77777777" w:rsidR="00DB1F65" w:rsidRDefault="00C97A70" w:rsidP="00FB3169">
            <w:pPr>
              <w:spacing w:after="0" w:line="240" w:lineRule="auto"/>
            </w:pPr>
            <w:r>
              <w:rPr>
                <w:b/>
                <w:color w:val="315BA5"/>
                <w:sz w:val="18"/>
              </w:rPr>
              <w:t>Disponibilité / préavis</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1A16645" w14:textId="77777777" w:rsidR="00DB1F65" w:rsidRDefault="00C97A70" w:rsidP="00FB3169">
            <w:pPr>
              <w:spacing w:after="0" w:line="240" w:lineRule="auto"/>
            </w:pPr>
            <w:r>
              <w:rPr>
                <w:i/>
                <w:color w:val="777777"/>
                <w:sz w:val="18"/>
              </w:rPr>
              <w:t>[À compléter]</w:t>
            </w:r>
          </w:p>
        </w:tc>
      </w:tr>
    </w:tbl>
    <w:p w14:paraId="68AA16AB" w14:textId="77777777" w:rsidR="00DB1F65" w:rsidRPr="001C64D6" w:rsidRDefault="00C97A70" w:rsidP="00FB3169">
      <w:pPr>
        <w:spacing w:after="0" w:line="240" w:lineRule="auto"/>
        <w:rPr>
          <w:lang w:val="fr-FR"/>
        </w:rPr>
      </w:pPr>
      <w:r w:rsidRPr="001C64D6">
        <w:rPr>
          <w:i/>
          <w:color w:val="666666"/>
          <w:sz w:val="17"/>
          <w:lang w:val="fr-FR"/>
        </w:rPr>
        <w:t>Ne pas joindre de photo et ne pas indiquer la situation matrimoniale, la religion ou toute autre information personnelle sans lien avec le poste.</w:t>
      </w:r>
    </w:p>
    <w:p w14:paraId="60347A2B" w14:textId="77777777" w:rsidR="00DB1F65" w:rsidRPr="001C64D6" w:rsidRDefault="00C97A70" w:rsidP="00FB3169">
      <w:pPr>
        <w:keepNext/>
        <w:spacing w:after="0" w:line="240" w:lineRule="auto"/>
        <w:rPr>
          <w:lang w:val="fr-FR"/>
        </w:rPr>
      </w:pPr>
      <w:r w:rsidRPr="001C64D6">
        <w:rPr>
          <w:b/>
          <w:color w:val="315BA5"/>
          <w:sz w:val="25"/>
          <w:lang w:val="fr-FR"/>
        </w:rPr>
        <w:t>2. SYNTHÈSE DU PROFIL – LECTURE RAPIDE DU JURY</w:t>
      </w:r>
    </w:p>
    <w:tbl>
      <w:tblPr>
        <w:tblW w:w="0" w:type="auto"/>
        <w:jc w:val="center"/>
        <w:tblLayout w:type="fixed"/>
        <w:tblLook w:val="04A0" w:firstRow="1" w:lastRow="0" w:firstColumn="1" w:lastColumn="0" w:noHBand="0" w:noVBand="1"/>
      </w:tblPr>
      <w:tblGrid>
        <w:gridCol w:w="3024"/>
        <w:gridCol w:w="6480"/>
      </w:tblGrid>
      <w:tr w:rsidR="00DB1F65" w14:paraId="751C3654"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83FB643" w14:textId="77777777" w:rsidR="00DB1F65" w:rsidRDefault="00C97A70" w:rsidP="00FB3169">
            <w:pPr>
              <w:spacing w:after="0" w:line="240" w:lineRule="auto"/>
            </w:pPr>
            <w:r>
              <w:rPr>
                <w:b/>
                <w:color w:val="315BA5"/>
                <w:sz w:val="18"/>
              </w:rPr>
              <w:t>Diplôme le plus élevé</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F3FFEBC" w14:textId="77777777" w:rsidR="00DB1F65" w:rsidRDefault="00C97A70" w:rsidP="00FB3169">
            <w:pPr>
              <w:spacing w:after="0" w:line="240" w:lineRule="auto"/>
            </w:pPr>
            <w:r>
              <w:rPr>
                <w:i/>
                <w:color w:val="777777"/>
                <w:sz w:val="18"/>
              </w:rPr>
              <w:t>[Intitulé, domaine, établissement, année]</w:t>
            </w:r>
          </w:p>
        </w:tc>
      </w:tr>
      <w:tr w:rsidR="00DB1F65" w14:paraId="6052C526"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65D3205" w14:textId="77777777" w:rsidR="00DB1F65" w:rsidRDefault="00C97A70" w:rsidP="00FB3169">
            <w:pPr>
              <w:spacing w:after="0" w:line="240" w:lineRule="auto"/>
            </w:pPr>
            <w:r>
              <w:rPr>
                <w:b/>
                <w:color w:val="315BA5"/>
                <w:sz w:val="18"/>
              </w:rPr>
              <w:t>Expérience pertinente cumulée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054CD3F" w14:textId="77777777" w:rsidR="00DB1F65" w:rsidRDefault="00C97A70" w:rsidP="00FB3169">
            <w:pPr>
              <w:spacing w:after="0" w:line="240" w:lineRule="auto"/>
            </w:pPr>
            <w:r>
              <w:rPr>
                <w:i/>
                <w:color w:val="777777"/>
                <w:sz w:val="18"/>
              </w:rPr>
              <w:t>[Nombre d’années / mois]</w:t>
            </w:r>
          </w:p>
        </w:tc>
      </w:tr>
      <w:tr w:rsidR="00DB1F65" w:rsidRPr="00D76C59" w14:paraId="29AC5216"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626225C8" w14:textId="77777777" w:rsidR="00DB1F65" w:rsidRPr="001C64D6" w:rsidRDefault="00C97A70" w:rsidP="00FB3169">
            <w:pPr>
              <w:spacing w:after="0" w:line="240" w:lineRule="auto"/>
              <w:rPr>
                <w:lang w:val="fr-FR"/>
              </w:rPr>
            </w:pPr>
            <w:r w:rsidRPr="001C64D6">
              <w:rPr>
                <w:b/>
                <w:color w:val="315BA5"/>
                <w:sz w:val="18"/>
                <w:lang w:val="fr-FR"/>
              </w:rPr>
              <w:t>Expérience en gestion de projets / suivi-évaluation</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A5067D5" w14:textId="77777777" w:rsidR="00DB1F65" w:rsidRPr="001C64D6" w:rsidRDefault="00C97A70" w:rsidP="00FB3169">
            <w:pPr>
              <w:spacing w:after="0" w:line="240" w:lineRule="auto"/>
              <w:rPr>
                <w:lang w:val="fr-FR"/>
              </w:rPr>
            </w:pPr>
            <w:r w:rsidRPr="001C64D6">
              <w:rPr>
                <w:i/>
                <w:color w:val="777777"/>
                <w:sz w:val="18"/>
                <w:lang w:val="fr-FR"/>
              </w:rPr>
              <w:t>[Nombre d’années / mois + contexte principal]</w:t>
            </w:r>
          </w:p>
        </w:tc>
      </w:tr>
      <w:tr w:rsidR="00DB1F65" w14:paraId="5D1B8858"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2D5EB8F" w14:textId="77777777" w:rsidR="00DB1F65" w:rsidRPr="001C64D6" w:rsidRDefault="00C97A70" w:rsidP="00FB3169">
            <w:pPr>
              <w:spacing w:after="0" w:line="240" w:lineRule="auto"/>
              <w:rPr>
                <w:lang w:val="fr-FR"/>
              </w:rPr>
            </w:pPr>
            <w:r w:rsidRPr="001C64D6">
              <w:rPr>
                <w:b/>
                <w:color w:val="315BA5"/>
                <w:sz w:val="18"/>
                <w:lang w:val="fr-FR"/>
              </w:rPr>
              <w:t>Expérience avec ONG / programme de développement / organisation internationale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3BAB76B" w14:textId="77777777" w:rsidR="00DB1F65" w:rsidRDefault="00C97A70" w:rsidP="00FB3169">
            <w:pPr>
              <w:spacing w:after="0" w:line="240" w:lineRule="auto"/>
            </w:pPr>
            <w:r>
              <w:rPr>
                <w:i/>
                <w:color w:val="777777"/>
                <w:sz w:val="18"/>
              </w:rPr>
              <w:t>[Oui / Non – préciser brièvement]</w:t>
            </w:r>
          </w:p>
        </w:tc>
      </w:tr>
      <w:tr w:rsidR="00DB1F65" w14:paraId="228C8388"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044A7735" w14:textId="77777777" w:rsidR="00DB1F65" w:rsidRPr="001C64D6" w:rsidRDefault="00C97A70" w:rsidP="00FB3169">
            <w:pPr>
              <w:spacing w:after="0" w:line="240" w:lineRule="auto"/>
              <w:rPr>
                <w:lang w:val="fr-FR"/>
              </w:rPr>
            </w:pPr>
            <w:r w:rsidRPr="001C64D6">
              <w:rPr>
                <w:b/>
                <w:color w:val="315BA5"/>
                <w:sz w:val="18"/>
                <w:lang w:val="fr-FR"/>
              </w:rPr>
              <w:t>Maîtrise d’Excel et des tableaux de suivi</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7CBDA8F" w14:textId="77777777" w:rsidR="00DB1F65" w:rsidRDefault="00C97A70" w:rsidP="00FB3169">
            <w:pPr>
              <w:spacing w:after="0" w:line="240" w:lineRule="auto"/>
            </w:pPr>
            <w:r>
              <w:rPr>
                <w:i/>
                <w:color w:val="777777"/>
                <w:sz w:val="18"/>
              </w:rPr>
              <w:t>[Base / autonome / avancé + exemple]</w:t>
            </w:r>
          </w:p>
        </w:tc>
      </w:tr>
      <w:tr w:rsidR="00DB1F65" w:rsidRPr="00D76C59" w14:paraId="485026E8"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039EBB3F" w14:textId="77777777" w:rsidR="00DB1F65" w:rsidRPr="001C64D6" w:rsidRDefault="00C97A70" w:rsidP="00FB3169">
            <w:pPr>
              <w:spacing w:after="0" w:line="240" w:lineRule="auto"/>
              <w:rPr>
                <w:lang w:val="fr-FR"/>
              </w:rPr>
            </w:pPr>
            <w:r w:rsidRPr="001C64D6">
              <w:rPr>
                <w:b/>
                <w:color w:val="315BA5"/>
                <w:sz w:val="18"/>
                <w:lang w:val="fr-FR"/>
              </w:rPr>
              <w:t>Formation PSEA/PEAS ou sauvegarde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B821442" w14:textId="77777777" w:rsidR="00DB1F65" w:rsidRPr="001C64D6" w:rsidRDefault="00C97A70" w:rsidP="00FB3169">
            <w:pPr>
              <w:spacing w:after="0" w:line="240" w:lineRule="auto"/>
              <w:rPr>
                <w:lang w:val="fr-FR"/>
              </w:rPr>
            </w:pPr>
            <w:r w:rsidRPr="001C64D6">
              <w:rPr>
                <w:i/>
                <w:color w:val="777777"/>
                <w:sz w:val="18"/>
                <w:lang w:val="fr-FR"/>
              </w:rPr>
              <w:t>[Oui / Non – préciser si oui]</w:t>
            </w:r>
          </w:p>
        </w:tc>
      </w:tr>
    </w:tbl>
    <w:p w14:paraId="45F160BB" w14:textId="77777777" w:rsidR="00DB1F65" w:rsidRDefault="00C97A70" w:rsidP="00FB3169">
      <w:pPr>
        <w:keepNext/>
        <w:spacing w:after="0" w:line="240" w:lineRule="auto"/>
      </w:pPr>
      <w:r>
        <w:rPr>
          <w:b/>
          <w:color w:val="315BA5"/>
          <w:sz w:val="25"/>
        </w:rPr>
        <w:t>3. FORMATION ACADÉMIQUE</w:t>
      </w:r>
    </w:p>
    <w:tbl>
      <w:tblPr>
        <w:tblW w:w="0" w:type="auto"/>
        <w:jc w:val="center"/>
        <w:tblLayout w:type="fixed"/>
        <w:tblLook w:val="04A0" w:firstRow="1" w:lastRow="0" w:firstColumn="1" w:lastColumn="0" w:noHBand="0" w:noVBand="1"/>
      </w:tblPr>
      <w:tblGrid>
        <w:gridCol w:w="2520"/>
        <w:gridCol w:w="2520"/>
        <w:gridCol w:w="3096"/>
        <w:gridCol w:w="2592"/>
      </w:tblGrid>
      <w:tr w:rsidR="00DB1F65" w14:paraId="489E1800"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818C697" w14:textId="77777777" w:rsidR="00DB1F65" w:rsidRDefault="00C97A70" w:rsidP="00FB3169">
            <w:pPr>
              <w:spacing w:after="0" w:line="240" w:lineRule="auto"/>
              <w:jc w:val="center"/>
            </w:pPr>
            <w:r>
              <w:rPr>
                <w:b/>
                <w:color w:val="FFFFFF"/>
                <w:sz w:val="17"/>
              </w:rPr>
              <w:t>Période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98774D5" w14:textId="77777777" w:rsidR="00DB1F65" w:rsidRDefault="00C97A70" w:rsidP="00FB3169">
            <w:pPr>
              <w:spacing w:after="0" w:line="240" w:lineRule="auto"/>
              <w:jc w:val="center"/>
            </w:pPr>
            <w:r>
              <w:rPr>
                <w:b/>
                <w:color w:val="FFFFFF"/>
                <w:sz w:val="17"/>
              </w:rPr>
              <w:t>Diplôme / niveau</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C99F162" w14:textId="77777777" w:rsidR="00DB1F65" w:rsidRDefault="00C97A70" w:rsidP="00FB3169">
            <w:pPr>
              <w:spacing w:after="0" w:line="240" w:lineRule="auto"/>
              <w:jc w:val="center"/>
            </w:pPr>
            <w:r>
              <w:rPr>
                <w:b/>
                <w:color w:val="FFFFFF"/>
                <w:sz w:val="17"/>
              </w:rPr>
              <w:t>Établissement – pays</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8CE2CEB" w14:textId="77777777" w:rsidR="00DB1F65" w:rsidRDefault="00C97A70" w:rsidP="00FB3169">
            <w:pPr>
              <w:spacing w:after="0" w:line="240" w:lineRule="auto"/>
              <w:jc w:val="center"/>
            </w:pPr>
            <w:r>
              <w:rPr>
                <w:b/>
                <w:color w:val="FFFFFF"/>
                <w:sz w:val="17"/>
              </w:rPr>
              <w:t>Domaine / spécialité</w:t>
            </w:r>
          </w:p>
        </w:tc>
      </w:tr>
      <w:tr w:rsidR="00DB1F65" w14:paraId="01E4C44B" w14:textId="77777777">
        <w:trPr>
          <w:cantSplit/>
          <w:jc w:val="center"/>
        </w:trPr>
        <w:tc>
          <w:tcPr>
            <w:tcW w:w="180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40B8FAA" w14:textId="77777777" w:rsidR="00DB1F65" w:rsidRDefault="00C97A70" w:rsidP="00FB3169">
            <w:pPr>
              <w:spacing w:after="0" w:line="240" w:lineRule="auto"/>
            </w:pPr>
            <w:r>
              <w:rPr>
                <w:i/>
                <w:color w:val="666666"/>
                <w:sz w:val="17"/>
              </w:rPr>
              <w:t>[MM/AAAA – MM/AAAA]</w:t>
            </w:r>
          </w:p>
        </w:tc>
        <w:tc>
          <w:tcPr>
            <w:tcW w:w="216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A935A86" w14:textId="77777777" w:rsidR="00DB1F65" w:rsidRDefault="00C97A70" w:rsidP="00FB3169">
            <w:pPr>
              <w:spacing w:after="0" w:line="240" w:lineRule="auto"/>
            </w:pPr>
            <w:r>
              <w:rPr>
                <w:i/>
                <w:color w:val="666666"/>
                <w:sz w:val="17"/>
              </w:rPr>
              <w:t>[Diplôme]</w:t>
            </w:r>
          </w:p>
        </w:tc>
        <w:tc>
          <w:tcPr>
            <w:tcW w:w="309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204CAEF" w14:textId="77777777" w:rsidR="00DB1F65" w:rsidRDefault="00C97A70" w:rsidP="00FB3169">
            <w:pPr>
              <w:spacing w:after="0" w:line="240" w:lineRule="auto"/>
            </w:pPr>
            <w:r>
              <w:rPr>
                <w:i/>
                <w:color w:val="666666"/>
                <w:sz w:val="17"/>
              </w:rPr>
              <w:t>[Établissement, pays]</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CE9D6DE" w14:textId="77777777" w:rsidR="00DB1F65" w:rsidRDefault="00C97A70" w:rsidP="00FB3169">
            <w:pPr>
              <w:spacing w:after="0" w:line="240" w:lineRule="auto"/>
            </w:pPr>
            <w:r>
              <w:rPr>
                <w:i/>
                <w:color w:val="666666"/>
                <w:sz w:val="17"/>
              </w:rPr>
              <w:t>[Spécialité]</w:t>
            </w:r>
          </w:p>
        </w:tc>
      </w:tr>
      <w:tr w:rsidR="00DB1F65" w14:paraId="4F5F6AFA" w14:textId="77777777">
        <w:trPr>
          <w:cantSplit/>
          <w:jc w:val="center"/>
        </w:trPr>
        <w:tc>
          <w:tcPr>
            <w:tcW w:w="180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04B19D9" w14:textId="77777777" w:rsidR="00DB1F65" w:rsidRDefault="00C97A70" w:rsidP="00FB3169">
            <w:pPr>
              <w:spacing w:after="0" w:line="240" w:lineRule="auto"/>
            </w:pPr>
            <w:r>
              <w:rPr>
                <w:i/>
                <w:color w:val="666666"/>
                <w:sz w:val="17"/>
              </w:rPr>
              <w:t>[MM/AAAA – MM/AAAA]</w:t>
            </w:r>
          </w:p>
        </w:tc>
        <w:tc>
          <w:tcPr>
            <w:tcW w:w="216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C2B75A7" w14:textId="77777777" w:rsidR="00DB1F65" w:rsidRDefault="00C97A70" w:rsidP="00FB3169">
            <w:pPr>
              <w:spacing w:after="0" w:line="240" w:lineRule="auto"/>
            </w:pPr>
            <w:r>
              <w:rPr>
                <w:i/>
                <w:color w:val="666666"/>
                <w:sz w:val="17"/>
              </w:rPr>
              <w:t>[Diplôme]</w:t>
            </w:r>
          </w:p>
        </w:tc>
        <w:tc>
          <w:tcPr>
            <w:tcW w:w="309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A4D46C2" w14:textId="77777777" w:rsidR="00DB1F65" w:rsidRDefault="00C97A70" w:rsidP="00FB3169">
            <w:pPr>
              <w:spacing w:after="0" w:line="240" w:lineRule="auto"/>
            </w:pPr>
            <w:r>
              <w:rPr>
                <w:i/>
                <w:color w:val="666666"/>
                <w:sz w:val="17"/>
              </w:rPr>
              <w:t>[Établissement, pays]</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1A05812" w14:textId="77777777" w:rsidR="00DB1F65" w:rsidRDefault="00C97A70" w:rsidP="00FB3169">
            <w:pPr>
              <w:spacing w:after="0" w:line="240" w:lineRule="auto"/>
            </w:pPr>
            <w:r>
              <w:rPr>
                <w:i/>
                <w:color w:val="666666"/>
                <w:sz w:val="17"/>
              </w:rPr>
              <w:t>[Spécialité]</w:t>
            </w:r>
          </w:p>
        </w:tc>
      </w:tr>
    </w:tbl>
    <w:p w14:paraId="1A97DAC1" w14:textId="77777777" w:rsidR="00DB1F65" w:rsidRDefault="00C97A70" w:rsidP="00FB3169">
      <w:pPr>
        <w:keepNext/>
        <w:spacing w:after="0" w:line="240" w:lineRule="auto"/>
      </w:pPr>
      <w:r>
        <w:rPr>
          <w:b/>
          <w:color w:val="315BA5"/>
          <w:sz w:val="25"/>
        </w:rPr>
        <w:t>4. FORMATIONS COMPLÉMENTAIRES ET CERTIFICATIONS PERTINENTES</w:t>
      </w:r>
    </w:p>
    <w:tbl>
      <w:tblPr>
        <w:tblW w:w="0" w:type="auto"/>
        <w:jc w:val="center"/>
        <w:tblLayout w:type="fixed"/>
        <w:tblLook w:val="04A0" w:firstRow="1" w:lastRow="0" w:firstColumn="1" w:lastColumn="0" w:noHBand="0" w:noVBand="1"/>
      </w:tblPr>
      <w:tblGrid>
        <w:gridCol w:w="2520"/>
        <w:gridCol w:w="4320"/>
        <w:gridCol w:w="2736"/>
        <w:gridCol w:w="2520"/>
      </w:tblGrid>
      <w:tr w:rsidR="00DB1F65" w14:paraId="1DA0515C"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4EAFE119" w14:textId="77777777" w:rsidR="00DB1F65" w:rsidRDefault="00C97A70" w:rsidP="00FB3169">
            <w:pPr>
              <w:spacing w:after="0" w:line="240" w:lineRule="auto"/>
              <w:jc w:val="center"/>
            </w:pPr>
            <w:r>
              <w:rPr>
                <w:b/>
                <w:color w:val="FFFFFF"/>
                <w:sz w:val="16"/>
              </w:rPr>
              <w:t>Année</w:t>
            </w:r>
          </w:p>
        </w:tc>
        <w:tc>
          <w:tcPr>
            <w:tcW w:w="252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4C5B64C2" w14:textId="77777777" w:rsidR="00DB1F65" w:rsidRDefault="00C97A70" w:rsidP="00FB3169">
            <w:pPr>
              <w:spacing w:after="0" w:line="240" w:lineRule="auto"/>
              <w:jc w:val="center"/>
            </w:pPr>
            <w:r>
              <w:rPr>
                <w:b/>
                <w:color w:val="FFFFFF"/>
                <w:sz w:val="16"/>
              </w:rPr>
              <w:t>Formation / certification</w:t>
            </w:r>
          </w:p>
        </w:tc>
        <w:tc>
          <w:tcPr>
            <w:tcW w:w="252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693536CC" w14:textId="77777777" w:rsidR="00DB1F65" w:rsidRDefault="00C97A70" w:rsidP="00FB3169">
            <w:pPr>
              <w:spacing w:after="0" w:line="240" w:lineRule="auto"/>
              <w:jc w:val="center"/>
            </w:pPr>
            <w:r>
              <w:rPr>
                <w:b/>
                <w:color w:val="FFFFFF"/>
                <w:sz w:val="16"/>
              </w:rPr>
              <w:t>Organisme</w:t>
            </w:r>
          </w:p>
        </w:tc>
        <w:tc>
          <w:tcPr>
            <w:tcW w:w="252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39842586" w14:textId="77777777" w:rsidR="00DB1F65" w:rsidRDefault="00C97A70" w:rsidP="00FB3169">
            <w:pPr>
              <w:spacing w:after="0" w:line="240" w:lineRule="auto"/>
              <w:jc w:val="center"/>
            </w:pPr>
            <w:r>
              <w:rPr>
                <w:b/>
                <w:color w:val="FFFFFF"/>
                <w:sz w:val="16"/>
              </w:rPr>
              <w:t>Justificatif</w:t>
            </w:r>
          </w:p>
        </w:tc>
      </w:tr>
      <w:tr w:rsidR="00DB1F65" w14:paraId="4EE389B0" w14:textId="77777777">
        <w:trPr>
          <w:cantSplit/>
          <w:jc w:val="center"/>
        </w:trPr>
        <w:tc>
          <w:tcPr>
            <w:tcW w:w="108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A5DFB6F" w14:textId="77777777" w:rsidR="00DB1F65" w:rsidRDefault="00C97A70" w:rsidP="00FB3169">
            <w:pPr>
              <w:spacing w:after="0" w:line="240" w:lineRule="auto"/>
            </w:pPr>
            <w:r>
              <w:rPr>
                <w:i/>
                <w:color w:val="666666"/>
                <w:sz w:val="16"/>
              </w:rPr>
              <w:t>[AAAA]</w:t>
            </w:r>
          </w:p>
        </w:tc>
        <w:tc>
          <w:tcPr>
            <w:tcW w:w="43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2838FF6" w14:textId="77777777" w:rsidR="00DB1F65" w:rsidRPr="001C64D6" w:rsidRDefault="00C97A70" w:rsidP="00FB3169">
            <w:pPr>
              <w:spacing w:after="0" w:line="240" w:lineRule="auto"/>
              <w:rPr>
                <w:lang w:val="fr-FR"/>
              </w:rPr>
            </w:pPr>
            <w:r w:rsidRPr="001C64D6">
              <w:rPr>
                <w:i/>
                <w:color w:val="666666"/>
                <w:sz w:val="16"/>
                <w:lang w:val="fr-FR"/>
              </w:rPr>
              <w:t>[Ex. PSEA/PEAS, sauvegarde, Excel, gestion de projet…]</w:t>
            </w:r>
          </w:p>
        </w:tc>
        <w:tc>
          <w:tcPr>
            <w:tcW w:w="273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C36CAE0" w14:textId="77777777" w:rsidR="00DB1F65" w:rsidRDefault="00C97A70" w:rsidP="00FB3169">
            <w:pPr>
              <w:spacing w:after="0" w:line="240" w:lineRule="auto"/>
            </w:pPr>
            <w:r>
              <w:rPr>
                <w:i/>
                <w:color w:val="666666"/>
                <w:sz w:val="16"/>
              </w:rPr>
              <w:t>[Organisme]</w:t>
            </w:r>
          </w:p>
        </w:tc>
        <w:tc>
          <w:tcPr>
            <w:tcW w:w="15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D11CC9E" w14:textId="77777777" w:rsidR="00DB1F65" w:rsidRDefault="00C97A70" w:rsidP="00FB3169">
            <w:pPr>
              <w:spacing w:after="0" w:line="240" w:lineRule="auto"/>
            </w:pPr>
            <w:r>
              <w:rPr>
                <w:i/>
                <w:color w:val="666666"/>
                <w:sz w:val="16"/>
              </w:rPr>
              <w:t>[Oui / Non]</w:t>
            </w:r>
          </w:p>
        </w:tc>
      </w:tr>
      <w:tr w:rsidR="00DB1F65" w14:paraId="123CA141" w14:textId="77777777">
        <w:trPr>
          <w:cantSplit/>
          <w:jc w:val="center"/>
        </w:trPr>
        <w:tc>
          <w:tcPr>
            <w:tcW w:w="108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A25F8F0" w14:textId="77777777" w:rsidR="00DB1F65" w:rsidRDefault="00C97A70" w:rsidP="00FB3169">
            <w:pPr>
              <w:spacing w:after="0" w:line="240" w:lineRule="auto"/>
            </w:pPr>
            <w:r>
              <w:rPr>
                <w:i/>
                <w:color w:val="666666"/>
                <w:sz w:val="16"/>
              </w:rPr>
              <w:t>[AAAA]</w:t>
            </w:r>
          </w:p>
        </w:tc>
        <w:tc>
          <w:tcPr>
            <w:tcW w:w="43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DCBB40D" w14:textId="77777777" w:rsidR="00DB1F65" w:rsidRDefault="00C97A70" w:rsidP="00FB3169">
            <w:pPr>
              <w:spacing w:after="0" w:line="240" w:lineRule="auto"/>
            </w:pPr>
            <w:r>
              <w:rPr>
                <w:i/>
                <w:color w:val="666666"/>
                <w:sz w:val="16"/>
              </w:rPr>
              <w:t>[Formation]</w:t>
            </w:r>
          </w:p>
        </w:tc>
        <w:tc>
          <w:tcPr>
            <w:tcW w:w="273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AC73EA6" w14:textId="77777777" w:rsidR="00DB1F65" w:rsidRDefault="00C97A70" w:rsidP="00FB3169">
            <w:pPr>
              <w:spacing w:after="0" w:line="240" w:lineRule="auto"/>
            </w:pPr>
            <w:r>
              <w:rPr>
                <w:i/>
                <w:color w:val="666666"/>
                <w:sz w:val="16"/>
              </w:rPr>
              <w:t>[Organisme]</w:t>
            </w:r>
          </w:p>
        </w:tc>
        <w:tc>
          <w:tcPr>
            <w:tcW w:w="15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8BB3DC0" w14:textId="77777777" w:rsidR="00DB1F65" w:rsidRDefault="00C97A70" w:rsidP="00FB3169">
            <w:pPr>
              <w:spacing w:after="0" w:line="240" w:lineRule="auto"/>
            </w:pPr>
            <w:r>
              <w:rPr>
                <w:i/>
                <w:color w:val="666666"/>
                <w:sz w:val="16"/>
              </w:rPr>
              <w:t>[Oui / Non]</w:t>
            </w:r>
          </w:p>
        </w:tc>
      </w:tr>
    </w:tbl>
    <w:p w14:paraId="3B02FE6D" w14:textId="77777777" w:rsidR="00DB1F65" w:rsidRDefault="00C97A70" w:rsidP="00FB3169">
      <w:pPr>
        <w:keepNext/>
        <w:spacing w:after="0" w:line="240" w:lineRule="auto"/>
      </w:pPr>
      <w:r>
        <w:rPr>
          <w:b/>
          <w:color w:val="315BA5"/>
          <w:sz w:val="25"/>
        </w:rPr>
        <w:t>5. EXPÉRIENCES PROFESSIONNELLES PERTINENTES</w:t>
      </w:r>
    </w:p>
    <w:p w14:paraId="7CE75DD5" w14:textId="77777777" w:rsidR="00DB1F65" w:rsidRPr="001C64D6" w:rsidRDefault="00C97A70" w:rsidP="00FB3169">
      <w:pPr>
        <w:spacing w:after="0" w:line="240" w:lineRule="auto"/>
        <w:rPr>
          <w:lang w:val="fr-FR"/>
        </w:rPr>
      </w:pPr>
      <w:r w:rsidRPr="001C64D6">
        <w:rPr>
          <w:i/>
          <w:color w:val="666666"/>
          <w:sz w:val="17"/>
          <w:lang w:val="fr-FR"/>
        </w:rPr>
        <w:t>Présenter en priorité les expériences les plus pertinentes pour le poste, de la plus récente à la plus ancienne.</w:t>
      </w:r>
    </w:p>
    <w:tbl>
      <w:tblPr>
        <w:tblW w:w="0" w:type="auto"/>
        <w:jc w:val="center"/>
        <w:tblLayout w:type="fixed"/>
        <w:tblLook w:val="04A0" w:firstRow="1" w:lastRow="0" w:firstColumn="1" w:lastColumn="0" w:noHBand="0" w:noVBand="1"/>
      </w:tblPr>
      <w:tblGrid>
        <w:gridCol w:w="2520"/>
        <w:gridCol w:w="2520"/>
        <w:gridCol w:w="2520"/>
        <w:gridCol w:w="4032"/>
      </w:tblGrid>
      <w:tr w:rsidR="00DB1F65" w14:paraId="2979EA5E"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307A419" w14:textId="77777777" w:rsidR="00DB1F65" w:rsidRDefault="00C97A70" w:rsidP="00FB3169">
            <w:pPr>
              <w:spacing w:after="0" w:line="240" w:lineRule="auto"/>
              <w:jc w:val="center"/>
            </w:pPr>
            <w:r>
              <w:rPr>
                <w:b/>
                <w:color w:val="FFFFFF"/>
                <w:sz w:val="16"/>
              </w:rPr>
              <w:lastRenderedPageBreak/>
              <w:t>Période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72F2653" w14:textId="77777777" w:rsidR="00DB1F65" w:rsidRDefault="00C97A70" w:rsidP="00FB3169">
            <w:pPr>
              <w:spacing w:after="0" w:line="240" w:lineRule="auto"/>
              <w:jc w:val="center"/>
            </w:pPr>
            <w:r>
              <w:rPr>
                <w:b/>
                <w:color w:val="FFFFFF"/>
                <w:sz w:val="16"/>
              </w:rPr>
              <w:t>Organisation / projet</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6DE36CA" w14:textId="77777777" w:rsidR="00DB1F65" w:rsidRDefault="00C97A70" w:rsidP="00FB3169">
            <w:pPr>
              <w:spacing w:after="0" w:line="240" w:lineRule="auto"/>
              <w:jc w:val="center"/>
            </w:pPr>
            <w:r>
              <w:rPr>
                <w:b/>
                <w:color w:val="FFFFFF"/>
                <w:sz w:val="16"/>
              </w:rPr>
              <w:t>Fonction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5E8A7CA" w14:textId="77777777" w:rsidR="00DB1F65" w:rsidRDefault="00C97A70" w:rsidP="00FB3169">
            <w:pPr>
              <w:spacing w:after="0" w:line="240" w:lineRule="auto"/>
              <w:jc w:val="center"/>
            </w:pPr>
            <w:r>
              <w:rPr>
                <w:b/>
                <w:color w:val="FFFFFF"/>
                <w:sz w:val="16"/>
              </w:rPr>
              <w:t>Responsabilités et résultats clés</w:t>
            </w:r>
          </w:p>
        </w:tc>
      </w:tr>
      <w:tr w:rsidR="00DB1F65" w:rsidRPr="00D76C59" w14:paraId="72BA26A2" w14:textId="77777777">
        <w:trPr>
          <w:cantSplit/>
          <w:jc w:val="center"/>
        </w:trPr>
        <w:tc>
          <w:tcPr>
            <w:tcW w:w="1656"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520E6E6" w14:textId="77777777" w:rsidR="00DB1F65" w:rsidRDefault="00C97A70" w:rsidP="00FB3169">
            <w:pPr>
              <w:spacing w:after="0" w:line="240" w:lineRule="auto"/>
            </w:pPr>
            <w:r>
              <w:rPr>
                <w:i/>
                <w:color w:val="666666"/>
                <w:sz w:val="16"/>
              </w:rPr>
              <w:t>[MM/AAAA – MM/AAAA]</w:t>
            </w:r>
          </w:p>
        </w:tc>
        <w:tc>
          <w:tcPr>
            <w:tcW w:w="237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A46DBBA" w14:textId="77777777" w:rsidR="00DB1F65" w:rsidRDefault="00C97A70" w:rsidP="00FB3169">
            <w:pPr>
              <w:spacing w:after="0" w:line="240" w:lineRule="auto"/>
            </w:pPr>
            <w:r>
              <w:rPr>
                <w:i/>
                <w:color w:val="666666"/>
                <w:sz w:val="16"/>
              </w:rPr>
              <w:t>[Organisation / projet]</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B681DB4" w14:textId="77777777" w:rsidR="00DB1F65" w:rsidRDefault="00C97A70" w:rsidP="00FB3169">
            <w:pPr>
              <w:spacing w:after="0" w:line="240" w:lineRule="auto"/>
            </w:pPr>
            <w:r>
              <w:rPr>
                <w:i/>
                <w:color w:val="666666"/>
                <w:sz w:val="16"/>
              </w:rPr>
              <w:t>[Fonction]</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4483F88" w14:textId="77777777" w:rsidR="00DB1F65" w:rsidRPr="001C64D6" w:rsidRDefault="00C97A70" w:rsidP="00FB3169">
            <w:pPr>
              <w:spacing w:after="0" w:line="240" w:lineRule="auto"/>
              <w:rPr>
                <w:lang w:val="fr-FR"/>
              </w:rPr>
            </w:pPr>
            <w:r w:rsidRPr="001C64D6">
              <w:rPr>
                <w:i/>
                <w:color w:val="666666"/>
                <w:sz w:val="16"/>
                <w:lang w:val="fr-FR"/>
              </w:rPr>
              <w:t>[3 à 5 éléments concrets, résultats obtenus, outils utilisés]</w:t>
            </w:r>
          </w:p>
        </w:tc>
      </w:tr>
      <w:tr w:rsidR="00DB1F65" w14:paraId="03081F43" w14:textId="77777777">
        <w:trPr>
          <w:cantSplit/>
          <w:jc w:val="center"/>
        </w:trPr>
        <w:tc>
          <w:tcPr>
            <w:tcW w:w="1656"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A691A12" w14:textId="77777777" w:rsidR="00DB1F65" w:rsidRDefault="00C97A70" w:rsidP="00FB3169">
            <w:pPr>
              <w:spacing w:after="0" w:line="240" w:lineRule="auto"/>
            </w:pPr>
            <w:r>
              <w:rPr>
                <w:i/>
                <w:color w:val="666666"/>
                <w:sz w:val="16"/>
              </w:rPr>
              <w:t>[MM/AAAA – MM/AAAA]</w:t>
            </w:r>
          </w:p>
        </w:tc>
        <w:tc>
          <w:tcPr>
            <w:tcW w:w="237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D1A233E" w14:textId="77777777" w:rsidR="00DB1F65" w:rsidRDefault="00C97A70" w:rsidP="00FB3169">
            <w:pPr>
              <w:spacing w:after="0" w:line="240" w:lineRule="auto"/>
            </w:pPr>
            <w:r>
              <w:rPr>
                <w:i/>
                <w:color w:val="666666"/>
                <w:sz w:val="16"/>
              </w:rPr>
              <w:t>[Organisation / projet]</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EC6E148" w14:textId="77777777" w:rsidR="00DB1F65" w:rsidRDefault="00C97A70" w:rsidP="00FB3169">
            <w:pPr>
              <w:spacing w:after="0" w:line="240" w:lineRule="auto"/>
            </w:pPr>
            <w:r>
              <w:rPr>
                <w:i/>
                <w:color w:val="666666"/>
                <w:sz w:val="16"/>
              </w:rPr>
              <w:t>[Fonction]</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EBD663E" w14:textId="77777777" w:rsidR="00DB1F65" w:rsidRDefault="00C97A70" w:rsidP="00FB3169">
            <w:pPr>
              <w:spacing w:after="0" w:line="240" w:lineRule="auto"/>
            </w:pPr>
            <w:r>
              <w:rPr>
                <w:i/>
                <w:color w:val="666666"/>
                <w:sz w:val="16"/>
              </w:rPr>
              <w:t>[Responsabilités / résultats]</w:t>
            </w:r>
          </w:p>
        </w:tc>
      </w:tr>
      <w:tr w:rsidR="00DB1F65" w14:paraId="29B93865" w14:textId="77777777">
        <w:trPr>
          <w:cantSplit/>
          <w:jc w:val="center"/>
        </w:trPr>
        <w:tc>
          <w:tcPr>
            <w:tcW w:w="1656"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9A3EC6F" w14:textId="77777777" w:rsidR="00DB1F65" w:rsidRDefault="00C97A70" w:rsidP="00FB3169">
            <w:pPr>
              <w:spacing w:after="0" w:line="240" w:lineRule="auto"/>
            </w:pPr>
            <w:r>
              <w:rPr>
                <w:i/>
                <w:color w:val="666666"/>
                <w:sz w:val="16"/>
              </w:rPr>
              <w:t>[MM/AAAA – MM/AAAA]</w:t>
            </w:r>
          </w:p>
        </w:tc>
        <w:tc>
          <w:tcPr>
            <w:tcW w:w="237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0B246C7" w14:textId="77777777" w:rsidR="00DB1F65" w:rsidRDefault="00C97A70" w:rsidP="00FB3169">
            <w:pPr>
              <w:spacing w:after="0" w:line="240" w:lineRule="auto"/>
            </w:pPr>
            <w:r>
              <w:rPr>
                <w:i/>
                <w:color w:val="666666"/>
                <w:sz w:val="16"/>
              </w:rPr>
              <w:t>[Organisation / projet]</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25212B6" w14:textId="77777777" w:rsidR="00DB1F65" w:rsidRDefault="00C97A70" w:rsidP="00FB3169">
            <w:pPr>
              <w:spacing w:after="0" w:line="240" w:lineRule="auto"/>
            </w:pPr>
            <w:r>
              <w:rPr>
                <w:i/>
                <w:color w:val="666666"/>
                <w:sz w:val="16"/>
              </w:rPr>
              <w:t>[Fonction]</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1A4C8D5" w14:textId="77777777" w:rsidR="00DB1F65" w:rsidRDefault="00C97A70" w:rsidP="00FB3169">
            <w:pPr>
              <w:spacing w:after="0" w:line="240" w:lineRule="auto"/>
            </w:pPr>
            <w:r>
              <w:rPr>
                <w:i/>
                <w:color w:val="666666"/>
                <w:sz w:val="16"/>
              </w:rPr>
              <w:t>[Responsabilités / résultats]</w:t>
            </w:r>
          </w:p>
        </w:tc>
      </w:tr>
    </w:tbl>
    <w:p w14:paraId="41B54A31" w14:textId="77777777" w:rsidR="00DB1F65" w:rsidRPr="001C64D6" w:rsidRDefault="00C97A70" w:rsidP="00FB3169">
      <w:pPr>
        <w:keepNext/>
        <w:spacing w:after="0" w:line="240" w:lineRule="auto"/>
        <w:rPr>
          <w:lang w:val="fr-FR"/>
        </w:rPr>
      </w:pPr>
      <w:r w:rsidRPr="001C64D6">
        <w:rPr>
          <w:b/>
          <w:color w:val="315BA5"/>
          <w:sz w:val="25"/>
          <w:lang w:val="fr-FR"/>
        </w:rPr>
        <w:t>6. MATRICE DES COMPÉTENCES DIRECTEMENT LIÉES AU POSTE</w:t>
      </w:r>
    </w:p>
    <w:tbl>
      <w:tblPr>
        <w:tblW w:w="0" w:type="auto"/>
        <w:jc w:val="center"/>
        <w:tblLayout w:type="fixed"/>
        <w:tblLook w:val="04A0" w:firstRow="1" w:lastRow="0" w:firstColumn="1" w:lastColumn="0" w:noHBand="0" w:noVBand="1"/>
      </w:tblPr>
      <w:tblGrid>
        <w:gridCol w:w="3672"/>
        <w:gridCol w:w="3360"/>
        <w:gridCol w:w="4032"/>
      </w:tblGrid>
      <w:tr w:rsidR="00DB1F65" w14:paraId="3FCBD2FD" w14:textId="77777777">
        <w:trPr>
          <w:cantSplit/>
          <w:tblHeader/>
          <w:jc w:val="center"/>
        </w:trPr>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62EC146D" w14:textId="77777777" w:rsidR="00DB1F65" w:rsidRDefault="00C97A70" w:rsidP="00FB3169">
            <w:pPr>
              <w:spacing w:after="0" w:line="240" w:lineRule="auto"/>
              <w:jc w:val="center"/>
            </w:pPr>
            <w:r>
              <w:rPr>
                <w:b/>
                <w:color w:val="FFFFFF"/>
                <w:sz w:val="16"/>
              </w:rPr>
              <w:t>Compétence</w:t>
            </w:r>
          </w:p>
        </w:tc>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15D87ADC" w14:textId="77777777" w:rsidR="00DB1F65" w:rsidRDefault="00C97A70" w:rsidP="00FB3169">
            <w:pPr>
              <w:spacing w:after="0" w:line="240" w:lineRule="auto"/>
              <w:jc w:val="center"/>
            </w:pPr>
            <w:r>
              <w:rPr>
                <w:b/>
                <w:color w:val="FFFFFF"/>
                <w:sz w:val="16"/>
              </w:rPr>
              <w:t>Niveau / durée de pratique</w:t>
            </w:r>
          </w:p>
        </w:tc>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2CEDF48F" w14:textId="77777777" w:rsidR="00DB1F65" w:rsidRDefault="00C97A70" w:rsidP="00FB3169">
            <w:pPr>
              <w:spacing w:after="0" w:line="240" w:lineRule="auto"/>
              <w:jc w:val="center"/>
            </w:pPr>
            <w:r>
              <w:rPr>
                <w:b/>
                <w:color w:val="FFFFFF"/>
                <w:sz w:val="16"/>
              </w:rPr>
              <w:t>Expérience ou preuve concrète</w:t>
            </w:r>
          </w:p>
        </w:tc>
      </w:tr>
      <w:tr w:rsidR="00DB1F65" w14:paraId="7DF79D79"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96A00DD" w14:textId="77777777" w:rsidR="00DB1F65" w:rsidRPr="001C64D6" w:rsidRDefault="00C97A70" w:rsidP="00FB3169">
            <w:pPr>
              <w:spacing w:after="0" w:line="240" w:lineRule="auto"/>
              <w:rPr>
                <w:lang w:val="fr-FR"/>
              </w:rPr>
            </w:pPr>
            <w:r w:rsidRPr="001C64D6">
              <w:rPr>
                <w:color w:val="222222"/>
                <w:sz w:val="16"/>
                <w:lang w:val="fr-FR"/>
              </w:rPr>
              <w:t>Planification, plans de travail et chronogrammes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2AFE6AB" w14:textId="77777777" w:rsidR="00DB1F65" w:rsidRDefault="00C97A70" w:rsidP="00FB3169">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130F36D" w14:textId="77777777" w:rsidR="00DB1F65" w:rsidRDefault="00C97A70" w:rsidP="00FB3169">
            <w:pPr>
              <w:spacing w:after="0" w:line="240" w:lineRule="auto"/>
            </w:pPr>
            <w:r>
              <w:rPr>
                <w:i/>
                <w:color w:val="666666"/>
                <w:sz w:val="16"/>
              </w:rPr>
              <w:t>[Projet ou exemple précis]</w:t>
            </w:r>
          </w:p>
        </w:tc>
      </w:tr>
      <w:tr w:rsidR="00DB1F65" w14:paraId="799FC945"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1F6114FC" w14:textId="77777777" w:rsidR="00DB1F65" w:rsidRPr="001C64D6" w:rsidRDefault="00C97A70" w:rsidP="00FB3169">
            <w:pPr>
              <w:spacing w:after="0" w:line="240" w:lineRule="auto"/>
              <w:rPr>
                <w:lang w:val="fr-FR"/>
              </w:rPr>
            </w:pPr>
            <w:r w:rsidRPr="001C64D6">
              <w:rPr>
                <w:color w:val="222222"/>
                <w:sz w:val="16"/>
                <w:lang w:val="fr-FR"/>
              </w:rPr>
              <w:t>Suivi des indicateurs et tableaux de bord</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A6EBBEB" w14:textId="77777777" w:rsidR="00DB1F65" w:rsidRDefault="00C97A70" w:rsidP="00FB3169">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52C254D" w14:textId="77777777" w:rsidR="00DB1F65" w:rsidRDefault="00C97A70" w:rsidP="00FB3169">
            <w:pPr>
              <w:spacing w:after="0" w:line="240" w:lineRule="auto"/>
            </w:pPr>
            <w:r>
              <w:rPr>
                <w:i/>
                <w:color w:val="666666"/>
                <w:sz w:val="16"/>
              </w:rPr>
              <w:t>[Outil / exemple]</w:t>
            </w:r>
          </w:p>
        </w:tc>
      </w:tr>
      <w:tr w:rsidR="00DB1F65" w14:paraId="3FAF44B0"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1F95528" w14:textId="77777777" w:rsidR="00DB1F65" w:rsidRDefault="00C97A70" w:rsidP="00FB3169">
            <w:pPr>
              <w:spacing w:after="0" w:line="240" w:lineRule="auto"/>
            </w:pPr>
            <w:r>
              <w:rPr>
                <w:color w:val="222222"/>
                <w:sz w:val="16"/>
              </w:rPr>
              <w:t>Reporting et rédaction professionnelle</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5448106" w14:textId="77777777" w:rsidR="00DB1F65" w:rsidRDefault="00C97A70" w:rsidP="00FB3169">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016A470" w14:textId="77777777" w:rsidR="00DB1F65" w:rsidRDefault="00C97A70" w:rsidP="00FB3169">
            <w:pPr>
              <w:spacing w:after="0" w:line="240" w:lineRule="auto"/>
            </w:pPr>
            <w:r>
              <w:rPr>
                <w:i/>
                <w:color w:val="666666"/>
                <w:sz w:val="16"/>
              </w:rPr>
              <w:t>[Rapports / comptes rendus produits]</w:t>
            </w:r>
          </w:p>
        </w:tc>
      </w:tr>
      <w:tr w:rsidR="00DB1F65" w14:paraId="3E6F24BA"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1EAF246" w14:textId="77777777" w:rsidR="00DB1F65" w:rsidRPr="001C64D6" w:rsidRDefault="00C97A70" w:rsidP="00FB3169">
            <w:pPr>
              <w:spacing w:after="0" w:line="240" w:lineRule="auto"/>
              <w:rPr>
                <w:lang w:val="fr-FR"/>
              </w:rPr>
            </w:pPr>
            <w:r w:rsidRPr="001C64D6">
              <w:rPr>
                <w:color w:val="222222"/>
                <w:sz w:val="16"/>
                <w:lang w:val="fr-FR"/>
              </w:rPr>
              <w:t>Coordination d’activités, ateliers ou missions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D5D3534" w14:textId="77777777" w:rsidR="00DB1F65" w:rsidRDefault="00C97A70" w:rsidP="00FB3169">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BCEFA90" w14:textId="77777777" w:rsidR="00DB1F65" w:rsidRDefault="00C97A70" w:rsidP="00FB3169">
            <w:pPr>
              <w:spacing w:after="0" w:line="240" w:lineRule="auto"/>
            </w:pPr>
            <w:r>
              <w:rPr>
                <w:i/>
                <w:color w:val="666666"/>
                <w:sz w:val="16"/>
              </w:rPr>
              <w:t>[Exemple]</w:t>
            </w:r>
          </w:p>
        </w:tc>
      </w:tr>
      <w:tr w:rsidR="00DB1F65" w14:paraId="226376A3"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8E0D92C" w14:textId="77777777" w:rsidR="00DB1F65" w:rsidRPr="001C64D6" w:rsidRDefault="00C97A70" w:rsidP="00FB3169">
            <w:pPr>
              <w:spacing w:after="0" w:line="240" w:lineRule="auto"/>
              <w:rPr>
                <w:lang w:val="fr-FR"/>
              </w:rPr>
            </w:pPr>
            <w:r w:rsidRPr="001C64D6">
              <w:rPr>
                <w:color w:val="222222"/>
                <w:sz w:val="16"/>
                <w:lang w:val="fr-FR"/>
              </w:rPr>
              <w:t>Gestion documentaire et traçabilité des livrables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4F85282" w14:textId="77777777" w:rsidR="00DB1F65" w:rsidRDefault="00C97A70" w:rsidP="00FB3169">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5824A25" w14:textId="77777777" w:rsidR="00DB1F65" w:rsidRDefault="00C97A70" w:rsidP="00FB3169">
            <w:pPr>
              <w:spacing w:after="0" w:line="240" w:lineRule="auto"/>
            </w:pPr>
            <w:r>
              <w:rPr>
                <w:i/>
                <w:color w:val="666666"/>
                <w:sz w:val="16"/>
              </w:rPr>
              <w:t>[Exemple]</w:t>
            </w:r>
          </w:p>
        </w:tc>
      </w:tr>
      <w:tr w:rsidR="00DB1F65" w14:paraId="526F79F6"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CCB152B" w14:textId="77777777" w:rsidR="00DB1F65" w:rsidRPr="001C64D6" w:rsidRDefault="00C97A70" w:rsidP="00FB3169">
            <w:pPr>
              <w:spacing w:after="0" w:line="240" w:lineRule="auto"/>
              <w:rPr>
                <w:lang w:val="fr-FR"/>
              </w:rPr>
            </w:pPr>
            <w:r w:rsidRPr="001C64D6">
              <w:rPr>
                <w:color w:val="222222"/>
                <w:sz w:val="16"/>
                <w:lang w:val="fr-FR"/>
              </w:rPr>
              <w:t>Excel / outils numériques de suivi</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5F7F72C" w14:textId="77777777" w:rsidR="00DB1F65" w:rsidRDefault="00C97A70" w:rsidP="00FB3169">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4D24A0C" w14:textId="77777777" w:rsidR="00DB1F65" w:rsidRDefault="00C97A70" w:rsidP="00FB3169">
            <w:pPr>
              <w:spacing w:after="0" w:line="240" w:lineRule="auto"/>
            </w:pPr>
            <w:r>
              <w:rPr>
                <w:i/>
                <w:color w:val="666666"/>
                <w:sz w:val="16"/>
              </w:rPr>
              <w:t>[Fonctions / outils maîtrisés]</w:t>
            </w:r>
          </w:p>
        </w:tc>
      </w:tr>
    </w:tbl>
    <w:p w14:paraId="19A6B6C6" w14:textId="77777777" w:rsidR="00DB1F65" w:rsidRDefault="00C97A70" w:rsidP="00FB3169">
      <w:pPr>
        <w:keepNext/>
        <w:spacing w:after="0" w:line="240" w:lineRule="auto"/>
      </w:pPr>
      <w:r>
        <w:rPr>
          <w:b/>
          <w:color w:val="315BA5"/>
          <w:sz w:val="25"/>
        </w:rPr>
        <w:t>7. OUTILS NUMÉRIQUES ET LANGUES</w:t>
      </w:r>
    </w:p>
    <w:tbl>
      <w:tblPr>
        <w:tblW w:w="0" w:type="auto"/>
        <w:jc w:val="center"/>
        <w:tblLayout w:type="fixed"/>
        <w:tblLook w:val="04A0" w:firstRow="1" w:lastRow="0" w:firstColumn="1" w:lastColumn="0" w:noHBand="0" w:noVBand="1"/>
      </w:tblPr>
      <w:tblGrid>
        <w:gridCol w:w="3360"/>
        <w:gridCol w:w="3888"/>
        <w:gridCol w:w="4104"/>
      </w:tblGrid>
      <w:tr w:rsidR="00DB1F65" w14:paraId="6066D7FE" w14:textId="77777777">
        <w:trPr>
          <w:cantSplit/>
          <w:tblHeader/>
          <w:jc w:val="center"/>
        </w:trPr>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2BBE8CB1" w14:textId="77777777" w:rsidR="00DB1F65" w:rsidRDefault="00C97A70" w:rsidP="00FB3169">
            <w:pPr>
              <w:spacing w:after="0" w:line="240" w:lineRule="auto"/>
              <w:jc w:val="center"/>
            </w:pPr>
            <w:r>
              <w:rPr>
                <w:b/>
                <w:color w:val="FFFFFF"/>
                <w:sz w:val="17"/>
              </w:rPr>
              <w:t>Rubrique</w:t>
            </w:r>
          </w:p>
        </w:tc>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8283612" w14:textId="77777777" w:rsidR="00DB1F65" w:rsidRDefault="00C97A70" w:rsidP="00FB3169">
            <w:pPr>
              <w:spacing w:after="0" w:line="240" w:lineRule="auto"/>
              <w:jc w:val="center"/>
            </w:pPr>
            <w:r>
              <w:rPr>
                <w:b/>
                <w:color w:val="FFFFFF"/>
                <w:sz w:val="17"/>
              </w:rPr>
              <w:t>Élément</w:t>
            </w:r>
          </w:p>
        </w:tc>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9AF2D3A" w14:textId="77777777" w:rsidR="00DB1F65" w:rsidRDefault="00C97A70" w:rsidP="00FB3169">
            <w:pPr>
              <w:spacing w:after="0" w:line="240" w:lineRule="auto"/>
              <w:jc w:val="center"/>
            </w:pPr>
            <w:r>
              <w:rPr>
                <w:b/>
                <w:color w:val="FFFFFF"/>
                <w:sz w:val="17"/>
              </w:rPr>
              <w:t>Niveau / précision</w:t>
            </w:r>
          </w:p>
        </w:tc>
      </w:tr>
      <w:tr w:rsidR="00DB1F65" w14:paraId="65C15B40"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47927E1" w14:textId="77777777" w:rsidR="00DB1F65" w:rsidRDefault="00C97A70" w:rsidP="00FB3169">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6FBBF34" w14:textId="77777777" w:rsidR="00DB1F65" w:rsidRDefault="00C97A70" w:rsidP="00FB3169">
            <w:pPr>
              <w:spacing w:after="0" w:line="240" w:lineRule="auto"/>
            </w:pPr>
            <w:r>
              <w:rPr>
                <w:color w:val="222222"/>
                <w:sz w:val="17"/>
              </w:rPr>
              <w:t>Word</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2E2E6E9" w14:textId="77777777" w:rsidR="00DB1F65" w:rsidRDefault="00C97A70" w:rsidP="00FB3169">
            <w:pPr>
              <w:spacing w:after="0" w:line="240" w:lineRule="auto"/>
            </w:pPr>
            <w:r>
              <w:rPr>
                <w:i/>
                <w:color w:val="666666"/>
                <w:sz w:val="17"/>
              </w:rPr>
              <w:t>[Base / autonome / avancé]</w:t>
            </w:r>
          </w:p>
        </w:tc>
      </w:tr>
      <w:tr w:rsidR="00DB1F65" w:rsidRPr="00D76C59" w14:paraId="305AF81B"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5D68196" w14:textId="77777777" w:rsidR="00DB1F65" w:rsidRDefault="00C97A70" w:rsidP="00FB3169">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1364171" w14:textId="77777777" w:rsidR="00DB1F65" w:rsidRDefault="00C97A70" w:rsidP="00FB3169">
            <w:pPr>
              <w:spacing w:after="0" w:line="240" w:lineRule="auto"/>
            </w:pPr>
            <w:r>
              <w:rPr>
                <w:color w:val="222222"/>
                <w:sz w:val="17"/>
              </w:rPr>
              <w:t>Excel</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9795FBF" w14:textId="77777777" w:rsidR="00DB1F65" w:rsidRPr="001C64D6" w:rsidRDefault="00C97A70" w:rsidP="00FB3169">
            <w:pPr>
              <w:spacing w:after="0" w:line="240" w:lineRule="auto"/>
              <w:rPr>
                <w:lang w:val="fr-FR"/>
              </w:rPr>
            </w:pPr>
            <w:r w:rsidRPr="001C64D6">
              <w:rPr>
                <w:i/>
                <w:color w:val="666666"/>
                <w:sz w:val="17"/>
                <w:lang w:val="fr-FR"/>
              </w:rPr>
              <w:t>[Base / autonome / avancé – préciser fonctions maîtrisées]</w:t>
            </w:r>
          </w:p>
        </w:tc>
      </w:tr>
      <w:tr w:rsidR="00DB1F65" w14:paraId="5DC94AC1"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CECF5DB" w14:textId="77777777" w:rsidR="00DB1F65" w:rsidRDefault="00C97A70" w:rsidP="00FB3169">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9A0A86E" w14:textId="77777777" w:rsidR="00DB1F65" w:rsidRDefault="00C97A70" w:rsidP="00FB3169">
            <w:pPr>
              <w:spacing w:after="0" w:line="240" w:lineRule="auto"/>
            </w:pPr>
            <w:r>
              <w:rPr>
                <w:color w:val="222222"/>
                <w:sz w:val="17"/>
              </w:rPr>
              <w:t>PowerPoint / outils collaboratifs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36A3D95" w14:textId="77777777" w:rsidR="00DB1F65" w:rsidRDefault="00C97A70" w:rsidP="00FB3169">
            <w:pPr>
              <w:spacing w:after="0" w:line="240" w:lineRule="auto"/>
            </w:pPr>
            <w:r>
              <w:rPr>
                <w:i/>
                <w:color w:val="666666"/>
                <w:sz w:val="17"/>
              </w:rPr>
              <w:t>[Préciser]</w:t>
            </w:r>
          </w:p>
        </w:tc>
      </w:tr>
      <w:tr w:rsidR="00DB1F65" w14:paraId="1648F606"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E45AED9" w14:textId="77777777" w:rsidR="00DB1F65" w:rsidRDefault="00C97A70" w:rsidP="00FB3169">
            <w:pPr>
              <w:spacing w:after="0" w:line="240" w:lineRule="auto"/>
            </w:pPr>
            <w:r>
              <w:rPr>
                <w:color w:val="222222"/>
                <w:sz w:val="17"/>
              </w:rPr>
              <w:t>Langue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251816B" w14:textId="77777777" w:rsidR="00DB1F65" w:rsidRDefault="00C97A70" w:rsidP="00FB3169">
            <w:pPr>
              <w:spacing w:after="0" w:line="240" w:lineRule="auto"/>
            </w:pPr>
            <w:r>
              <w:rPr>
                <w:color w:val="222222"/>
                <w:sz w:val="17"/>
              </w:rPr>
              <w:t>Français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BDE9D65" w14:textId="77777777" w:rsidR="00DB1F65" w:rsidRDefault="00C97A70" w:rsidP="00FB3169">
            <w:pPr>
              <w:spacing w:after="0" w:line="240" w:lineRule="auto"/>
            </w:pPr>
            <w:r>
              <w:rPr>
                <w:i/>
                <w:color w:val="666666"/>
                <w:sz w:val="17"/>
              </w:rPr>
              <w:t>[Oral / écrit]</w:t>
            </w:r>
          </w:p>
        </w:tc>
      </w:tr>
      <w:tr w:rsidR="00DB1F65" w14:paraId="0C1D655A"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812FEDA" w14:textId="77777777" w:rsidR="00DB1F65" w:rsidRDefault="00C97A70" w:rsidP="00FB3169">
            <w:pPr>
              <w:spacing w:after="0" w:line="240" w:lineRule="auto"/>
            </w:pPr>
            <w:r>
              <w:rPr>
                <w:color w:val="222222"/>
                <w:sz w:val="17"/>
              </w:rPr>
              <w:t>Langue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BC7AD49" w14:textId="77777777" w:rsidR="00DB1F65" w:rsidRDefault="00C97A70" w:rsidP="00FB3169">
            <w:pPr>
              <w:spacing w:after="0" w:line="240" w:lineRule="auto"/>
            </w:pPr>
            <w:r>
              <w:rPr>
                <w:color w:val="222222"/>
                <w:sz w:val="17"/>
              </w:rPr>
              <w:t>Anglais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64FBD49" w14:textId="77777777" w:rsidR="00DB1F65" w:rsidRDefault="00C97A70" w:rsidP="00FB3169">
            <w:pPr>
              <w:spacing w:after="0" w:line="240" w:lineRule="auto"/>
            </w:pPr>
            <w:r>
              <w:rPr>
                <w:i/>
                <w:color w:val="666666"/>
                <w:sz w:val="17"/>
              </w:rPr>
              <w:t>[Oral / écrit – si applicable]</w:t>
            </w:r>
          </w:p>
        </w:tc>
      </w:tr>
    </w:tbl>
    <w:p w14:paraId="5EC5DA47" w14:textId="77777777" w:rsidR="00DB1F65" w:rsidRPr="001C64D6" w:rsidRDefault="00C97A70" w:rsidP="00FB3169">
      <w:pPr>
        <w:keepNext/>
        <w:spacing w:after="0" w:line="240" w:lineRule="auto"/>
        <w:rPr>
          <w:lang w:val="fr-FR"/>
        </w:rPr>
      </w:pPr>
      <w:r w:rsidRPr="001C64D6">
        <w:rPr>
          <w:b/>
          <w:color w:val="315BA5"/>
          <w:sz w:val="25"/>
          <w:lang w:val="fr-FR"/>
        </w:rPr>
        <w:t>8. SAUVEGARDE, PROTECTION DE L’ENFANT ET PSEA/PEAS</w:t>
      </w:r>
    </w:p>
    <w:tbl>
      <w:tblPr>
        <w:tblW w:w="0" w:type="auto"/>
        <w:jc w:val="center"/>
        <w:tblLayout w:type="fixed"/>
        <w:tblLook w:val="04A0" w:firstRow="1" w:lastRow="0" w:firstColumn="1" w:lastColumn="0" w:noHBand="0" w:noVBand="1"/>
      </w:tblPr>
      <w:tblGrid>
        <w:gridCol w:w="6624"/>
        <w:gridCol w:w="5040"/>
      </w:tblGrid>
      <w:tr w:rsidR="00DB1F65" w:rsidRPr="00D76C59" w14:paraId="3FCC2ECE" w14:textId="77777777">
        <w:trPr>
          <w:cantSplit/>
          <w:tblHeader/>
          <w:jc w:val="center"/>
        </w:trPr>
        <w:tc>
          <w:tcPr>
            <w:tcW w:w="504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753B28D" w14:textId="77777777" w:rsidR="00DB1F65" w:rsidRDefault="00C97A70" w:rsidP="00FB3169">
            <w:pPr>
              <w:spacing w:after="0" w:line="240" w:lineRule="auto"/>
              <w:jc w:val="center"/>
            </w:pPr>
            <w:r>
              <w:rPr>
                <w:b/>
                <w:color w:val="FFFFFF"/>
                <w:sz w:val="17"/>
              </w:rPr>
              <w:t>Question</w:t>
            </w:r>
          </w:p>
        </w:tc>
        <w:tc>
          <w:tcPr>
            <w:tcW w:w="504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0F5C67C" w14:textId="77777777" w:rsidR="00DB1F65" w:rsidRPr="001C64D6" w:rsidRDefault="00C97A70" w:rsidP="00FB3169">
            <w:pPr>
              <w:spacing w:after="0" w:line="240" w:lineRule="auto"/>
              <w:jc w:val="center"/>
              <w:rPr>
                <w:lang w:val="fr-FR"/>
              </w:rPr>
            </w:pPr>
            <w:r w:rsidRPr="001C64D6">
              <w:rPr>
                <w:b/>
                <w:color w:val="FFFFFF"/>
                <w:sz w:val="17"/>
                <w:lang w:val="fr-FR"/>
              </w:rPr>
              <w:t>Réponse du/de la candidat(e)</w:t>
            </w:r>
          </w:p>
        </w:tc>
      </w:tr>
      <w:tr w:rsidR="00DB1F65" w:rsidRPr="00D76C59" w14:paraId="0480B756" w14:textId="77777777">
        <w:trPr>
          <w:cantSplit/>
          <w:jc w:val="center"/>
        </w:trPr>
        <w:tc>
          <w:tcPr>
            <w:tcW w:w="662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172C71AD" w14:textId="77777777" w:rsidR="00DB1F65" w:rsidRPr="001C64D6" w:rsidRDefault="00C97A70" w:rsidP="00FB3169">
            <w:pPr>
              <w:spacing w:after="0" w:line="240" w:lineRule="auto"/>
              <w:rPr>
                <w:lang w:val="fr-FR"/>
              </w:rPr>
            </w:pPr>
            <w:r w:rsidRPr="001C64D6">
              <w:rPr>
                <w:color w:val="222222"/>
                <w:sz w:val="17"/>
                <w:lang w:val="fr-FR"/>
              </w:rPr>
              <w:t>Avez-vous déjà suivi une formation PSEA/PEAS ou sauvegarde ?</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F11AF59" w14:textId="77777777" w:rsidR="00DB1F65" w:rsidRPr="001C64D6" w:rsidRDefault="00C97A70" w:rsidP="00FB3169">
            <w:pPr>
              <w:spacing w:after="0" w:line="240" w:lineRule="auto"/>
              <w:rPr>
                <w:lang w:val="fr-FR"/>
              </w:rPr>
            </w:pPr>
            <w:r w:rsidRPr="001C64D6">
              <w:rPr>
                <w:i/>
                <w:color w:val="666666"/>
                <w:sz w:val="17"/>
                <w:lang w:val="fr-FR"/>
              </w:rPr>
              <w:t>[Oui / Non. Si oui, préciser organisme et année]</w:t>
            </w:r>
          </w:p>
        </w:tc>
      </w:tr>
      <w:tr w:rsidR="00DB1F65" w14:paraId="6955EB6C" w14:textId="77777777">
        <w:trPr>
          <w:cantSplit/>
          <w:jc w:val="center"/>
        </w:trPr>
        <w:tc>
          <w:tcPr>
            <w:tcW w:w="662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9061517" w14:textId="77777777" w:rsidR="00DB1F65" w:rsidRPr="001C64D6" w:rsidRDefault="00C97A70" w:rsidP="00FB3169">
            <w:pPr>
              <w:spacing w:after="0" w:line="240" w:lineRule="auto"/>
              <w:rPr>
                <w:lang w:val="fr-FR"/>
              </w:rPr>
            </w:pPr>
            <w:r w:rsidRPr="001C64D6">
              <w:rPr>
                <w:color w:val="222222"/>
                <w:sz w:val="17"/>
                <w:lang w:val="fr-FR"/>
              </w:rPr>
              <w:t>Acceptez-vous de respecter le Code de conduite et la politique de tolérance zéro du programme ?</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963EBB2" w14:textId="77777777" w:rsidR="00DB1F65" w:rsidRDefault="00C97A70" w:rsidP="00FB3169">
            <w:pPr>
              <w:spacing w:after="0" w:line="240" w:lineRule="auto"/>
            </w:pPr>
            <w:r>
              <w:rPr>
                <w:i/>
                <w:color w:val="666666"/>
                <w:sz w:val="17"/>
              </w:rPr>
              <w:t>[Oui / Non]</w:t>
            </w:r>
          </w:p>
        </w:tc>
      </w:tr>
      <w:tr w:rsidR="00DB1F65" w14:paraId="3A073F24" w14:textId="77777777">
        <w:trPr>
          <w:cantSplit/>
          <w:jc w:val="center"/>
        </w:trPr>
        <w:tc>
          <w:tcPr>
            <w:tcW w:w="662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0356D52" w14:textId="77777777" w:rsidR="00DB1F65" w:rsidRPr="001C64D6" w:rsidRDefault="00C97A70" w:rsidP="00FB3169">
            <w:pPr>
              <w:spacing w:after="0" w:line="240" w:lineRule="auto"/>
              <w:rPr>
                <w:lang w:val="fr-FR"/>
              </w:rPr>
            </w:pPr>
            <w:r w:rsidRPr="001C64D6">
              <w:rPr>
                <w:color w:val="222222"/>
                <w:sz w:val="17"/>
                <w:lang w:val="fr-FR"/>
              </w:rPr>
              <w:t>Acceptez-vous les vérifications de références professionnelles prévues dans le processus de recrutement ?</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CAFA986" w14:textId="77777777" w:rsidR="00DB1F65" w:rsidRDefault="00C97A70" w:rsidP="00FB3169">
            <w:pPr>
              <w:spacing w:after="0" w:line="240" w:lineRule="auto"/>
            </w:pPr>
            <w:r>
              <w:rPr>
                <w:i/>
                <w:color w:val="666666"/>
                <w:sz w:val="17"/>
              </w:rPr>
              <w:t>[Oui / Non]</w:t>
            </w:r>
          </w:p>
        </w:tc>
      </w:tr>
    </w:tbl>
    <w:p w14:paraId="430E0A2A" w14:textId="77777777" w:rsidR="00DB1F65" w:rsidRDefault="00C97A70" w:rsidP="00FB3169">
      <w:pPr>
        <w:keepNext/>
        <w:spacing w:after="0" w:line="240" w:lineRule="auto"/>
      </w:pPr>
      <w:r>
        <w:rPr>
          <w:b/>
          <w:color w:val="315BA5"/>
          <w:sz w:val="25"/>
        </w:rPr>
        <w:t>9. RÉFÉRENCES PROFESSIONNELLES</w:t>
      </w:r>
    </w:p>
    <w:p w14:paraId="0CA8CF0B" w14:textId="77777777" w:rsidR="00DB1F65" w:rsidRPr="001C64D6" w:rsidRDefault="00C97A70" w:rsidP="00FB3169">
      <w:pPr>
        <w:spacing w:after="0" w:line="240" w:lineRule="auto"/>
        <w:rPr>
          <w:lang w:val="fr-FR"/>
        </w:rPr>
      </w:pPr>
      <w:r w:rsidRPr="001C64D6">
        <w:rPr>
          <w:i/>
          <w:color w:val="666666"/>
          <w:sz w:val="17"/>
          <w:lang w:val="fr-FR"/>
        </w:rPr>
        <w:t>Fournir deux références professionnelles récentes pouvant confirmer les fonctions et périodes déclarées.</w:t>
      </w:r>
    </w:p>
    <w:tbl>
      <w:tblPr>
        <w:tblW w:w="0" w:type="auto"/>
        <w:jc w:val="center"/>
        <w:tblLayout w:type="fixed"/>
        <w:tblLook w:val="04A0" w:firstRow="1" w:lastRow="0" w:firstColumn="1" w:lastColumn="0" w:noHBand="0" w:noVBand="1"/>
      </w:tblPr>
      <w:tblGrid>
        <w:gridCol w:w="2520"/>
        <w:gridCol w:w="2520"/>
        <w:gridCol w:w="2520"/>
        <w:gridCol w:w="3312"/>
      </w:tblGrid>
      <w:tr w:rsidR="00DB1F65" w14:paraId="2E28573C"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31B8E0C" w14:textId="77777777" w:rsidR="00DB1F65" w:rsidRDefault="00C97A70" w:rsidP="00FB3169">
            <w:pPr>
              <w:spacing w:after="0" w:line="240" w:lineRule="auto"/>
              <w:jc w:val="center"/>
            </w:pPr>
            <w:r>
              <w:rPr>
                <w:b/>
                <w:color w:val="FFFFFF"/>
                <w:sz w:val="16"/>
              </w:rPr>
              <w:t>Nom et fonction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3252CEB" w14:textId="77777777" w:rsidR="00DB1F65" w:rsidRDefault="00C97A70" w:rsidP="00FB3169">
            <w:pPr>
              <w:spacing w:after="0" w:line="240" w:lineRule="auto"/>
              <w:jc w:val="center"/>
            </w:pPr>
            <w:r>
              <w:rPr>
                <w:b/>
                <w:color w:val="FFFFFF"/>
                <w:sz w:val="16"/>
              </w:rPr>
              <w:t>Organisation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438DC96" w14:textId="77777777" w:rsidR="00DB1F65" w:rsidRDefault="00C97A70" w:rsidP="00FB3169">
            <w:pPr>
              <w:spacing w:after="0" w:line="240" w:lineRule="auto"/>
              <w:jc w:val="center"/>
            </w:pPr>
            <w:r>
              <w:rPr>
                <w:b/>
                <w:color w:val="FFFFFF"/>
                <w:sz w:val="16"/>
              </w:rPr>
              <w:t>Téléphone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4731638" w14:textId="77777777" w:rsidR="00DB1F65" w:rsidRDefault="00C97A70" w:rsidP="00FB3169">
            <w:pPr>
              <w:spacing w:after="0" w:line="240" w:lineRule="auto"/>
              <w:jc w:val="center"/>
            </w:pPr>
            <w:r>
              <w:rPr>
                <w:b/>
                <w:color w:val="FFFFFF"/>
                <w:sz w:val="16"/>
              </w:rPr>
              <w:t>E-mail / relation professionnelle</w:t>
            </w:r>
          </w:p>
        </w:tc>
      </w:tr>
      <w:tr w:rsidR="00DB1F65" w:rsidRPr="00D76C59" w14:paraId="13F489BF" w14:textId="77777777">
        <w:trPr>
          <w:cantSplit/>
          <w:jc w:val="center"/>
        </w:trPr>
        <w:tc>
          <w:tcPr>
            <w:tcW w:w="24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CA75A0F" w14:textId="77777777" w:rsidR="00DB1F65" w:rsidRDefault="00C97A70" w:rsidP="00FB3169">
            <w:pPr>
              <w:spacing w:after="0" w:line="240" w:lineRule="auto"/>
            </w:pPr>
            <w:r>
              <w:rPr>
                <w:i/>
                <w:color w:val="666666"/>
                <w:sz w:val="16"/>
              </w:rPr>
              <w:t>[À compléter]</w:t>
            </w:r>
          </w:p>
        </w:tc>
        <w:tc>
          <w:tcPr>
            <w:tcW w:w="23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B36D34F" w14:textId="77777777" w:rsidR="00DB1F65" w:rsidRDefault="00C97A70" w:rsidP="00FB3169">
            <w:pPr>
              <w:spacing w:after="0" w:line="240" w:lineRule="auto"/>
            </w:pPr>
            <w:r>
              <w:rPr>
                <w:i/>
                <w:color w:val="666666"/>
                <w:sz w:val="16"/>
              </w:rPr>
              <w:t>[Organisation]</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15539B8" w14:textId="77777777" w:rsidR="00DB1F65" w:rsidRDefault="00C97A70" w:rsidP="00FB3169">
            <w:pPr>
              <w:spacing w:after="0" w:line="240" w:lineRule="auto"/>
            </w:pPr>
            <w:r>
              <w:rPr>
                <w:i/>
                <w:color w:val="666666"/>
                <w:sz w:val="16"/>
              </w:rPr>
              <w:t>[Téléphone]</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D940E46" w14:textId="77777777" w:rsidR="00DB1F65" w:rsidRPr="001C64D6" w:rsidRDefault="00C97A70" w:rsidP="00FB3169">
            <w:pPr>
              <w:spacing w:after="0" w:line="240" w:lineRule="auto"/>
              <w:rPr>
                <w:lang w:val="fr-FR"/>
              </w:rPr>
            </w:pPr>
            <w:r w:rsidRPr="001C64D6">
              <w:rPr>
                <w:i/>
                <w:color w:val="666666"/>
                <w:sz w:val="16"/>
                <w:lang w:val="fr-FR"/>
              </w:rPr>
              <w:t>[E-mail / ex. superviseur direct]</w:t>
            </w:r>
          </w:p>
        </w:tc>
      </w:tr>
      <w:tr w:rsidR="00DB1F65" w14:paraId="18951A55" w14:textId="77777777">
        <w:trPr>
          <w:cantSplit/>
          <w:jc w:val="center"/>
        </w:trPr>
        <w:tc>
          <w:tcPr>
            <w:tcW w:w="24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7551099" w14:textId="77777777" w:rsidR="00DB1F65" w:rsidRDefault="00C97A70" w:rsidP="00FB3169">
            <w:pPr>
              <w:spacing w:after="0" w:line="240" w:lineRule="auto"/>
            </w:pPr>
            <w:r>
              <w:rPr>
                <w:i/>
                <w:color w:val="666666"/>
                <w:sz w:val="16"/>
              </w:rPr>
              <w:t xml:space="preserve">[À </w:t>
            </w:r>
            <w:proofErr w:type="spellStart"/>
            <w:r>
              <w:rPr>
                <w:i/>
                <w:color w:val="666666"/>
                <w:sz w:val="16"/>
              </w:rPr>
              <w:t>compléter</w:t>
            </w:r>
            <w:proofErr w:type="spellEnd"/>
            <w:r>
              <w:rPr>
                <w:i/>
                <w:color w:val="666666"/>
                <w:sz w:val="16"/>
              </w:rPr>
              <w:t>]</w:t>
            </w:r>
          </w:p>
        </w:tc>
        <w:tc>
          <w:tcPr>
            <w:tcW w:w="23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56A7781" w14:textId="77777777" w:rsidR="00DB1F65" w:rsidRDefault="00C97A70" w:rsidP="00FB3169">
            <w:pPr>
              <w:spacing w:after="0" w:line="240" w:lineRule="auto"/>
            </w:pPr>
            <w:r>
              <w:rPr>
                <w:i/>
                <w:color w:val="666666"/>
                <w:sz w:val="16"/>
              </w:rPr>
              <w:t>[Organisation]</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07752FF" w14:textId="77777777" w:rsidR="00DB1F65" w:rsidRDefault="00C97A70" w:rsidP="00FB3169">
            <w:pPr>
              <w:spacing w:after="0" w:line="240" w:lineRule="auto"/>
            </w:pPr>
            <w:r>
              <w:rPr>
                <w:i/>
                <w:color w:val="666666"/>
                <w:sz w:val="16"/>
              </w:rPr>
              <w:t>[Téléphone]</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CB7F73F" w14:textId="77777777" w:rsidR="00DB1F65" w:rsidRDefault="00C97A70" w:rsidP="00FB3169">
            <w:pPr>
              <w:spacing w:after="0" w:line="240" w:lineRule="auto"/>
            </w:pPr>
            <w:r>
              <w:rPr>
                <w:i/>
                <w:color w:val="666666"/>
                <w:sz w:val="16"/>
              </w:rPr>
              <w:t>[E-mail / relation]</w:t>
            </w:r>
          </w:p>
        </w:tc>
      </w:tr>
    </w:tbl>
    <w:p w14:paraId="2B1FFEAE" w14:textId="77777777" w:rsidR="00DB1F65" w:rsidRPr="001C64D6" w:rsidRDefault="00C97A70" w:rsidP="00FB3169">
      <w:pPr>
        <w:keepNext/>
        <w:spacing w:after="0" w:line="240" w:lineRule="auto"/>
        <w:rPr>
          <w:lang w:val="fr-FR"/>
        </w:rPr>
      </w:pPr>
      <w:r w:rsidRPr="001C64D6">
        <w:rPr>
          <w:b/>
          <w:color w:val="315BA5"/>
          <w:sz w:val="25"/>
          <w:lang w:val="fr-FR"/>
        </w:rPr>
        <w:t>10. DÉCLARATION DU/DE LA CANDIDAT(E)</w:t>
      </w:r>
    </w:p>
    <w:p w14:paraId="057A1DD9" w14:textId="77777777" w:rsidR="00DB1F65" w:rsidRPr="001C64D6" w:rsidRDefault="00C97A70" w:rsidP="00FB3169">
      <w:pPr>
        <w:spacing w:after="0" w:line="240" w:lineRule="auto"/>
        <w:rPr>
          <w:lang w:val="fr-FR"/>
        </w:rPr>
      </w:pPr>
      <w:r w:rsidRPr="001C64D6">
        <w:rPr>
          <w:sz w:val="18"/>
          <w:lang w:val="fr-FR"/>
        </w:rPr>
        <w:t>Je certifie exactes les informations contenues dans ce CV. Je comprends que toute fausse déclaration ou information matériellement inexacte peut entraîner l’exclusion du processus de recrutement. Je m’engage, si je suis retenu(e), à respecter les règles de confidentialité, d’éthique, de sauvegarde, de protection de l’enfant et de PSEA/PEAS applicables au programme.</w:t>
      </w:r>
    </w:p>
    <w:tbl>
      <w:tblPr>
        <w:tblW w:w="0" w:type="auto"/>
        <w:jc w:val="center"/>
        <w:tblLayout w:type="fixed"/>
        <w:tblLook w:val="04A0" w:firstRow="1" w:lastRow="0" w:firstColumn="1" w:lastColumn="0" w:noHBand="0" w:noVBand="1"/>
      </w:tblPr>
      <w:tblGrid>
        <w:gridCol w:w="2520"/>
        <w:gridCol w:w="2520"/>
        <w:gridCol w:w="2520"/>
        <w:gridCol w:w="2520"/>
      </w:tblGrid>
      <w:tr w:rsidR="00DB1F65" w14:paraId="23C4CD85" w14:textId="77777777">
        <w:trP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EAF2F7"/>
            <w:tcMar>
              <w:top w:w="55" w:type="dxa"/>
              <w:left w:w="65" w:type="dxa"/>
              <w:bottom w:w="55" w:type="dxa"/>
              <w:right w:w="65" w:type="dxa"/>
            </w:tcMar>
            <w:vAlign w:val="center"/>
          </w:tcPr>
          <w:p w14:paraId="38D7CFFF" w14:textId="77777777" w:rsidR="00DB1F65" w:rsidRDefault="00C97A70" w:rsidP="00FB3169">
            <w:pPr>
              <w:spacing w:after="0" w:line="240" w:lineRule="auto"/>
            </w:pPr>
            <w:r>
              <w:rPr>
                <w:b/>
                <w:color w:val="315BA5"/>
                <w:sz w:val="17"/>
              </w:rPr>
              <w:t>Lieu et date</w:t>
            </w:r>
          </w:p>
        </w:tc>
        <w:tc>
          <w:tcPr>
            <w:tcW w:w="2520" w:type="dxa"/>
            <w:tcBorders>
              <w:top w:val="single" w:sz="4" w:space="0" w:color="D9E2E8"/>
              <w:left w:val="single" w:sz="4" w:space="0" w:color="D9E2E8"/>
              <w:bottom w:val="single" w:sz="4" w:space="0" w:color="D9E2E8"/>
              <w:right w:val="single" w:sz="4" w:space="0" w:color="D9E2E8"/>
            </w:tcBorders>
            <w:tcMar>
              <w:top w:w="55" w:type="dxa"/>
              <w:left w:w="65" w:type="dxa"/>
              <w:bottom w:w="55" w:type="dxa"/>
              <w:right w:w="65" w:type="dxa"/>
            </w:tcMar>
            <w:vAlign w:val="center"/>
          </w:tcPr>
          <w:p w14:paraId="4A532C06" w14:textId="77777777" w:rsidR="00DB1F65" w:rsidRDefault="00C97A70" w:rsidP="00FB3169">
            <w:pPr>
              <w:spacing w:after="0" w:line="240" w:lineRule="auto"/>
            </w:pPr>
            <w:r>
              <w:rPr>
                <w:i/>
                <w:color w:val="777777"/>
                <w:sz w:val="17"/>
              </w:rPr>
              <w:t>[À compléter]</w:t>
            </w:r>
          </w:p>
        </w:tc>
        <w:tc>
          <w:tcPr>
            <w:tcW w:w="2520" w:type="dxa"/>
            <w:tcBorders>
              <w:top w:val="single" w:sz="4" w:space="0" w:color="D9E2E8"/>
              <w:left w:val="single" w:sz="4" w:space="0" w:color="D9E2E8"/>
              <w:bottom w:val="single" w:sz="4" w:space="0" w:color="D9E2E8"/>
              <w:right w:val="single" w:sz="4" w:space="0" w:color="D9E2E8"/>
            </w:tcBorders>
            <w:shd w:val="clear" w:color="auto" w:fill="EAF2F7"/>
            <w:tcMar>
              <w:top w:w="55" w:type="dxa"/>
              <w:left w:w="65" w:type="dxa"/>
              <w:bottom w:w="55" w:type="dxa"/>
              <w:right w:w="65" w:type="dxa"/>
            </w:tcMar>
            <w:vAlign w:val="center"/>
          </w:tcPr>
          <w:p w14:paraId="73CCB978" w14:textId="77777777" w:rsidR="00DB1F65" w:rsidRDefault="00C97A70" w:rsidP="00FB3169">
            <w:pPr>
              <w:spacing w:after="0" w:line="240" w:lineRule="auto"/>
            </w:pPr>
            <w:r>
              <w:rPr>
                <w:b/>
                <w:color w:val="315BA5"/>
                <w:sz w:val="17"/>
              </w:rPr>
              <w:t>Nom et signature</w:t>
            </w:r>
          </w:p>
        </w:tc>
        <w:tc>
          <w:tcPr>
            <w:tcW w:w="2520" w:type="dxa"/>
            <w:tcBorders>
              <w:top w:val="single" w:sz="4" w:space="0" w:color="D9E2E8"/>
              <w:left w:val="single" w:sz="4" w:space="0" w:color="D9E2E8"/>
              <w:bottom w:val="single" w:sz="4" w:space="0" w:color="D9E2E8"/>
              <w:right w:val="single" w:sz="4" w:space="0" w:color="D9E2E8"/>
            </w:tcBorders>
            <w:tcMar>
              <w:top w:w="55" w:type="dxa"/>
              <w:left w:w="65" w:type="dxa"/>
              <w:bottom w:w="55" w:type="dxa"/>
              <w:right w:w="65" w:type="dxa"/>
            </w:tcMar>
            <w:vAlign w:val="center"/>
          </w:tcPr>
          <w:p w14:paraId="0FF421E3" w14:textId="77777777" w:rsidR="00DB1F65" w:rsidRDefault="00C97A70" w:rsidP="00FB3169">
            <w:pPr>
              <w:spacing w:after="0" w:line="240" w:lineRule="auto"/>
            </w:pPr>
            <w:r>
              <w:rPr>
                <w:i/>
                <w:color w:val="777777"/>
                <w:sz w:val="17"/>
              </w:rPr>
              <w:t>[À compléter]</w:t>
            </w:r>
          </w:p>
        </w:tc>
      </w:tr>
    </w:tbl>
    <w:p w14:paraId="55416A98" w14:textId="77777777" w:rsidR="00C97A70" w:rsidRDefault="00C97A70" w:rsidP="00FB3169">
      <w:pPr>
        <w:spacing w:after="0" w:line="240" w:lineRule="auto"/>
      </w:pPr>
    </w:p>
    <w:sectPr w:rsidR="00C97A70" w:rsidSect="00DB0E39">
      <w:headerReference w:type="default" r:id="rId9"/>
      <w:footerReference w:type="default" r:id="rId10"/>
      <w:pgSz w:w="12240" w:h="15840"/>
      <w:pgMar w:top="936" w:right="1037" w:bottom="893" w:left="1123" w:header="720" w:footer="1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8DAC1" w14:textId="77777777" w:rsidR="0011508C" w:rsidRDefault="0011508C">
      <w:pPr>
        <w:spacing w:after="0" w:line="240" w:lineRule="auto"/>
      </w:pPr>
      <w:r>
        <w:separator/>
      </w:r>
    </w:p>
  </w:endnote>
  <w:endnote w:type="continuationSeparator" w:id="0">
    <w:p w14:paraId="47D1F50A" w14:textId="77777777" w:rsidR="0011508C" w:rsidRDefault="00115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6F16E" w14:textId="6AC1139F" w:rsidR="00DB0E39" w:rsidRPr="00DB0E39" w:rsidRDefault="00DB0E39" w:rsidP="00DB0E39">
    <w:pPr>
      <w:pStyle w:val="Pieddepage"/>
      <w:jc w:val="center"/>
      <w:rPr>
        <w:lang w:val="fr-FR"/>
      </w:rPr>
    </w:pPr>
    <w:r w:rsidRPr="00405F74">
      <w:rPr>
        <w:color w:val="666666"/>
        <w:sz w:val="16"/>
        <w:lang w:val="fr-FR"/>
      </w:rPr>
      <w:t>Fiches de poste et canevas de CV – Document de recrutement</w:t>
    </w:r>
    <w:r>
      <w:rPr>
        <w:lang w:val="fr-FR"/>
      </w:rPr>
      <w:t xml:space="preserve">    </w:t>
    </w:r>
    <w:r w:rsidRPr="00DB0E39">
      <w:rPr>
        <w:lang w:val="fr-FR"/>
      </w:rPr>
      <w:t xml:space="preserve">  </w:t>
    </w:r>
    <w:sdt>
      <w:sdtPr>
        <w:id w:val="-1710401724"/>
        <w:docPartObj>
          <w:docPartGallery w:val="Page Numbers (Bottom of Page)"/>
          <w:docPartUnique/>
        </w:docPartObj>
      </w:sdtPr>
      <w:sdtContent>
        <w:sdt>
          <w:sdtPr>
            <w:id w:val="1728636285"/>
            <w:docPartObj>
              <w:docPartGallery w:val="Page Numbers (Top of Page)"/>
              <w:docPartUnique/>
            </w:docPartObj>
          </w:sdtPr>
          <w:sdtContent>
            <w:r>
              <w:rPr>
                <w:lang w:val="fr-FR"/>
              </w:rPr>
              <w:t xml:space="preserve">Page </w:t>
            </w:r>
            <w:r>
              <w:rPr>
                <w:b/>
                <w:bCs/>
                <w:sz w:val="24"/>
                <w:szCs w:val="24"/>
              </w:rPr>
              <w:fldChar w:fldCharType="begin"/>
            </w:r>
            <w:r w:rsidRPr="00DB0E39">
              <w:rPr>
                <w:b/>
                <w:bCs/>
                <w:lang w:val="fr-FR"/>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sidRPr="00DB0E39">
              <w:rPr>
                <w:b/>
                <w:bCs/>
                <w:lang w:val="fr-FR"/>
              </w:rPr>
              <w:instrText>NUMPAGES</w:instrText>
            </w:r>
            <w:r>
              <w:rPr>
                <w:b/>
                <w:bCs/>
                <w:sz w:val="24"/>
                <w:szCs w:val="24"/>
              </w:rPr>
              <w:fldChar w:fldCharType="separate"/>
            </w:r>
            <w:r>
              <w:rPr>
                <w:b/>
                <w:bCs/>
                <w:lang w:val="fr-FR"/>
              </w:rPr>
              <w:t>2</w:t>
            </w:r>
            <w:r>
              <w:rPr>
                <w:b/>
                <w:bCs/>
                <w:sz w:val="24"/>
                <w:szCs w:val="24"/>
              </w:rPr>
              <w:fldChar w:fldCharType="end"/>
            </w:r>
          </w:sdtContent>
        </w:sdt>
      </w:sdtContent>
    </w:sdt>
  </w:p>
  <w:p w14:paraId="73BACDA7" w14:textId="03069464" w:rsidR="00DB1F65" w:rsidRPr="00DB0E39" w:rsidRDefault="00DB1F65" w:rsidP="002A7961">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3F1AC" w14:textId="77777777" w:rsidR="0011508C" w:rsidRDefault="0011508C">
      <w:pPr>
        <w:spacing w:after="0" w:line="240" w:lineRule="auto"/>
      </w:pPr>
      <w:r>
        <w:separator/>
      </w:r>
    </w:p>
  </w:footnote>
  <w:footnote w:type="continuationSeparator" w:id="0">
    <w:p w14:paraId="50022F1D" w14:textId="77777777" w:rsidR="0011508C" w:rsidRDefault="00115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6DED" w14:textId="051E9E9A" w:rsidR="00DB1F65" w:rsidRPr="00405F74" w:rsidRDefault="00C97A70">
    <w:pPr>
      <w:pStyle w:val="En-tte"/>
      <w:jc w:val="right"/>
      <w:rPr>
        <w:lang w:val="fr-FR"/>
      </w:rPr>
    </w:pPr>
    <w:proofErr w:type="spellStart"/>
    <w:r w:rsidRPr="00405F74">
      <w:rPr>
        <w:color w:val="315BA5"/>
        <w:sz w:val="17"/>
        <w:lang w:val="fr-FR"/>
      </w:rPr>
      <w:t>RéTEva</w:t>
    </w:r>
    <w:proofErr w:type="spellEnd"/>
    <w:r w:rsidRPr="00405F74">
      <w:rPr>
        <w:color w:val="315BA5"/>
        <w:sz w:val="17"/>
        <w:lang w:val="fr-FR"/>
      </w:rPr>
      <w:t xml:space="preserve">  |  Équipe du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117288770">
    <w:abstractNumId w:val="8"/>
  </w:num>
  <w:num w:numId="2" w16cid:durableId="849374237">
    <w:abstractNumId w:val="6"/>
  </w:num>
  <w:num w:numId="3" w16cid:durableId="325674550">
    <w:abstractNumId w:val="5"/>
  </w:num>
  <w:num w:numId="4" w16cid:durableId="1771050059">
    <w:abstractNumId w:val="4"/>
  </w:num>
  <w:num w:numId="5" w16cid:durableId="1480070337">
    <w:abstractNumId w:val="7"/>
  </w:num>
  <w:num w:numId="6" w16cid:durableId="898173366">
    <w:abstractNumId w:val="3"/>
  </w:num>
  <w:num w:numId="7" w16cid:durableId="1722242518">
    <w:abstractNumId w:val="2"/>
  </w:num>
  <w:num w:numId="8" w16cid:durableId="86080809">
    <w:abstractNumId w:val="1"/>
  </w:num>
  <w:num w:numId="9" w16cid:durableId="169241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12FB"/>
    <w:rsid w:val="000D3CAE"/>
    <w:rsid w:val="0011508C"/>
    <w:rsid w:val="0015074B"/>
    <w:rsid w:val="001B16B7"/>
    <w:rsid w:val="001C64D6"/>
    <w:rsid w:val="0029639D"/>
    <w:rsid w:val="002A7961"/>
    <w:rsid w:val="002F5363"/>
    <w:rsid w:val="00301E9C"/>
    <w:rsid w:val="00326F90"/>
    <w:rsid w:val="00365E33"/>
    <w:rsid w:val="00405F74"/>
    <w:rsid w:val="004950D0"/>
    <w:rsid w:val="005003F5"/>
    <w:rsid w:val="00563E88"/>
    <w:rsid w:val="005F3759"/>
    <w:rsid w:val="00662FA1"/>
    <w:rsid w:val="00787670"/>
    <w:rsid w:val="00987139"/>
    <w:rsid w:val="00AA1D8D"/>
    <w:rsid w:val="00B47730"/>
    <w:rsid w:val="00BF2B20"/>
    <w:rsid w:val="00C10FA0"/>
    <w:rsid w:val="00C21718"/>
    <w:rsid w:val="00C70CF1"/>
    <w:rsid w:val="00C97A70"/>
    <w:rsid w:val="00CB0664"/>
    <w:rsid w:val="00D76C59"/>
    <w:rsid w:val="00D93AA5"/>
    <w:rsid w:val="00DB0E39"/>
    <w:rsid w:val="00DB1F65"/>
    <w:rsid w:val="00E329D6"/>
    <w:rsid w:val="00E74793"/>
    <w:rsid w:val="00FB3169"/>
    <w:rsid w:val="00FC693F"/>
    <w:rsid w:val="00FD3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23D326"/>
  <w14:defaultImageDpi w14:val="300"/>
  <w15:docId w15:val="{58F693B2-FD68-436E-9075-FE018711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BF2B20"/>
    <w:rPr>
      <w:color w:val="0000FF" w:themeColor="hyperlink"/>
      <w:u w:val="single"/>
    </w:rPr>
  </w:style>
  <w:style w:type="character" w:styleId="Mentionnonrsolue">
    <w:name w:val="Unresolved Mention"/>
    <w:basedOn w:val="Policepardfaut"/>
    <w:uiPriority w:val="99"/>
    <w:semiHidden/>
    <w:unhideWhenUsed/>
    <w:rsid w:val="00BF2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tementretev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1787</Words>
  <Characters>9833</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Fiches de poste – Équipe du Programme RéTEva–UNICEF</vt:lpstr>
      <vt:lpstr/>
    </vt:vector>
  </TitlesOfParts>
  <Manager/>
  <Company/>
  <LinksUpToDate>false</LinksUpToDate>
  <CharactersWithSpaces>11597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Fiches de poste – Équipe du Programme RéTEva–UNICEF</dc:title>
  <dc:subject>Assistant(e) gestionnaire de projets, Secrétaire-comptable, Assistant(e) en communication</dc:subject>
  <dc:creator>python-docx</dc:creator>
  <cp:keywords>RéTEva, UNICEF, fiches de poste, PSEA, PEAS, sauvegarde, recrutement</cp:keywords>
  <dc:description>generated by python-docx</dc:description>
  <cp:lastModifiedBy>Valentine SAMA</cp:lastModifiedBy>
  <cp:revision>3</cp:revision>
  <dcterms:created xsi:type="dcterms:W3CDTF">2026-08-17T18:58:00Z</dcterms:created>
  <dcterms:modified xsi:type="dcterms:W3CDTF">2026-08-17T19:40:00Z</dcterms:modified>
  <cp:category/>
</cp:coreProperties>
</file>